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185" w:rsidRDefault="00E41A6A">
      <w:pPr>
        <w:pStyle w:val="ActuatorBookTitle"/>
        <w:spacing/>
        <w:rPr>
          <w:rFonts w:hint="eastAsia"/>
        </w:rPr>
      </w:pPr>
      <w:r>
        <w:t>ACTUATOR</w:t>
      </w:r>
    </w:p>
    <w:p w:rsidR="00095185" w:rsidRDefault="00E41A6A">
      <w:pPr>
        <w:pStyle w:val="ActuatorBookSubtitle"/>
        <w:rPr>
          <w:rFonts w:hint="eastAsia"/>
        </w:rPr>
      </w:pPr>
      <w:r>
        <w:t>VOLUME I</w:t>
      </w:r>
    </w:p>
    <w:p w:rsidR="00095185" w:rsidRDefault="00E41A6A">
      <w:pPr>
        <w:pStyle w:val="ActuatorByline"/>
        <w:spacing/>
        <w:ind/>
      </w:pPr>
      <w:r>
        <w:t>By Glenn McDowell</w:t>
      </w:r>
    </w:p>
    <w:p w:rsidR="00095185" w:rsidRDefault="00E41A6A">
      <w:r/>
    </w:p>
    <w:p w:rsidR="00095185" w:rsidRDefault="00E41A6A">
      <w:pPr>
        <w:pStyle w:val="ActuatorChapterTitle"/>
        <w:rPr>
          <w:rFonts w:hint="eastAsia"/>
        </w:rPr>
      </w:pPr>
      <w:r>
        <w:t>Prologue: Operation Sleepwalker</w:t>
      </w:r>
    </w:p>
    <w:p>
      <w:pPr>
        <w:pStyle w:val="ActuatorSceneStart"/>
      </w:pPr>
      <w:r>
        <w:t>Operation Sleepwalker was built on language that made human beings easier to use: host, subordinate, asset, weapon.</w:t>
      </w:r>
    </w:p>
    <w:p>
      <w:r>
        <w:t>None of those words described what it meant to remember your own name while someone else could override your body, or to survive a war only to discover that the people who had used you were now deciding whether you were allowed to keep living.</w:t>
      </w:r>
    </w:p>
    <w:p>
      <w:r>
        <w:t>By 2100, people had learned to call the Eastern Tirade history. Twenty years after it became World War III, armies had withdrawn from most fronts, but sanctions, cyberattacks, political sabotage, and covert operations still moved beneath rebuilt cities while governments prepared for the next open conflict.</w:t>
      </w:r>
    </w:p>
    <w:p>
      <w:r>
        <w:t>China and North Korea had forged an alliance to break United Nations authority and cripple the United States. Attacks on supply chains, satellites, financial networks, power grids, and transport systems weakened entire regions before the first missiles crossed a border.</w:t>
      </w:r>
    </w:p>
    <w:p>
      <w:r>
        <w:t>For three years, Marine Corps double agents, reconnaissance teams, and intelligence operatives gathered stolen files and intercepted transmissions. Sources disappeared; reports contradicted one another. The surviving fragments revealed Operation Sleepwalker.</w:t>
      </w:r>
    </w:p>
    <w:p>
      <w:r>
        <w:t>Its weapons were human.</w:t>
      </w:r>
    </w:p>
    <w:p>
      <w:r>
        <w:t>Scientists had engineered microscopic machines that entered a compatible body, traveled through the nervous system, and fused deep within the brainstem. The primary system, called the mother nanotechnology, became inseparable from its host. Removing it killed both.</w:t>
      </w:r>
    </w:p>
    <w:p>
      <w:r>
        <w:t>The machines reinforced tissue, accelerated nerve conduction, and redirected biological resources. Hosts gained strength, reflexes, and regenerative ability without becoming invulnerable. Bullets still tore flesh. Blades still cut. Disease met new resistance, aging slowed, and pain remained even when an injury no longer stopped the host.</w:t>
      </w:r>
    </w:p>
    <w:p>
      <w:r>
        <w:t>A host could send a swarm into another body through blood, wounds, or direct contact. Working outward from viable cells, the machines could restart a heart and rebuild enough damaged tissue to make a dead soldier move again. The revived remained linked to the host that restored them, and that link could reach farther than any spoken order.</w:t>
      </w:r>
    </w:p>
    <w:p>
      <w:r>
        <w:t>A person could survive and still lose the right to refuse.</w:t>
      </w:r>
    </w:p>
    <w:p>
      <w:r>
        <w:t>The system carried its own leash. If a host died, the sustaining nanomachines in every subordinate shut down. A host could also deactivate them by choice. Once the mother system fused completely, ordinary scans could no longer distinguish it from the biology it had altered.</w:t>
      </w:r>
    </w:p>
    <w:p>
      <w:r>
        <w:t>During the Eastern Tirade, allied operatives recovered a damaged Sleepwalker archive and extracted two scientists before their facility was destroyed. United States and United Nations teams spent years reconstructing the enemy program from incomplete research, recovered hardware, and testimony.</w:t>
      </w:r>
    </w:p>
    <w:p>
      <w:r>
        <w:t>Then the Third Great Depression hollowed out economies already damaged by war. Millions fled into Canada and Mexico. When China attacked the weakened United States, bombardments struck military targets and cities, but the quieter targets mattered just as much: rail junctions, distribution centers, relay towers, power grids, and orbital links. Regions were isolated before occupying forces arrived.</w:t>
      </w:r>
    </w:p>
    <w:p>
      <w:r>
        <w:t>With conventional defenses failing, the United States reactivated its reconstructed Operation Sleepwalker. Tens of thousands of candidates were screened, including soldiers, civilians, children, and newborns. The mother system required an exceptionally rare biological compatibility, and early trials killed candidates before researchers understood the failures. Only six proved capable of surviving complete fusion.</w:t>
      </w:r>
    </w:p>
    <w:p>
      <w:r>
        <w:t>Some could understand what was being done to them. Others were too young to consent. Military planners assigned numbers and called them weapons. The six were deployed, and Sleepwalker helped turn the Eastern Tirade in favor of the Allied Forces.</w:t>
      </w:r>
    </w:p>
    <w:p>
      <w:r>
        <w:t>As victory approached, the United Nations began treating the hosts as the next threat. Other nations saw six people who could build armies from the dead. Under mounting pressure, the United States agreed to eliminate them.</w:t>
      </w:r>
    </w:p>
    <w:p>
      <w:r>
        <w:t>One, Two, and Three disappeared in secret operations. Records were sealed or destroyed; names and service histories vanished.</w:t>
      </w:r>
    </w:p>
    <w:p>
      <w:r>
        <w:t>Weapon Four escaped before the order reached him. He took Six, a toddler, with him. Months later, an aerial strike destroyed their compound in Vietnam. Recovery teams identified Four’s remains. They found no body, DNA, or personal effects belonging to Six.</w:t>
      </w:r>
    </w:p>
    <w:p>
      <w:r>
        <w:t>Weapon Five escaped with her squad leader, Gideon Dyce, and three of his trusted officers. Their departure had been prepared. Dyce siphoned an enormous reserve of reprogrammed credits from the United States treasury and used it to buy weapons, laboratories, supply routes, and places to hide.</w:t>
      </w:r>
    </w:p>
    <w:p>
      <w:r>
        <w:t>Mercenaries joined for pay, fugitives for protection, abandoned veterans for purpose. D.A.R.C. cells moved through criminal syndicates, corporations, and compromised intelligence networks. Dyce believed the United States and United Nations had become the tyrannies they claimed to oppose and intended to dismantle both. His movement called itself Destruction, Anarchy, Revelation, Chaos: D.A.R.C. Not everyone who joined shared his ideology, and civilians caught in D.A.R.C. operations had never chosen a side.</w:t>
      </w:r>
    </w:p>
    <w:p>
      <w:r>
        <w:t>The man who understood Gideon best was Ethic Royce Mane.</w:t>
      </w:r>
    </w:p>
    <w:p>
      <w:r>
        <w:t>Ethic had trained Gideon during the Eastern Tirade. They survived failed extractions, shared food, and stood together at memorials. Their bond outgrew rank. They saw many of the same failures: distant orders, abandoned objectives, and civilians left to pay for political decisions.</w:t>
      </w:r>
    </w:p>
    <w:p>
      <w:r>
        <w:t>The order to eliminate the surviving Sleepwalker hosts became the line neither man could ignore. Gideon saw proof that the institutions they had served would use people as weapons and erase them when they became inconvenient. Ethic saw the same betrayal and still believed those institutions could be forced to answer for it without burning down everything around them.</w:t>
      </w:r>
    </w:p>
    <w:p>
      <w:r>
        <w:t>Their break accumulated through conversations Ethic let end too soon, bitterness he mistook for exhaustion, and compromises Gideon stopped believing were temporary. By the time Ethic recognized how far his former student had gone, Gideon was preparing another war.</w:t>
      </w:r>
    </w:p>
    <w:p>
      <w:r>
        <w:t>The United States placed Ethic in command of the Terrorist Repulsion and Prevention Squadron, T.R.A.P.S., an unacknowledged unit built to reach D.A.R.C. cells larger forces could not approach unnoticed. Ethic had broad authority and access to prototype equipment, but he needed people who could improvise, work independently, and challenge his judgment.</w:t>
      </w:r>
    </w:p>
    <w:p>
      <w:r>
        <w:t>Troix Mbade had fought beside both men during the Eastern Tirade. He knew when Ethic’s responsibility for his former student threatened the present mission, and their loyalty had survived enough battles that neither needed to explain it.</w:t>
      </w:r>
    </w:p>
    <w:p>
      <w:r>
        <w:t>Their orders were to capture D.A.R.C. operatives where possible and kill where necessary. Ethic wanted Gideon alive. He knew civilian lives might require otherwise.</w:t>
      </w:r>
    </w:p>
    <w:p>
      <w:r>
        <w:t>Project Six remained unresolved. No remains had ever proved the child died in Vietnam.</w:t>
      </w:r>
    </w:p>
    <w:p>
      <w:r>
        <w:t>Above the old ruins, the cities of 2100 glittered with Sky Cars, holographic advertisements, and automated systems. Beneath them, neglected corridors, black markets, and forgotten infrastructure carried the people and technology official maps preferred not to acknowledge.</w:t>
      </w:r>
    </w:p>
    <w:p>
      <w:r>
        <w:t>People still worked, argued over games, paid debts, and looked for better lives. Some of them were exactly the people Ethic needed. They had not heard his offer yet.</w:t>
      </w:r>
    </w:p>
    <w:p w:rsidR="00095185" w:rsidRDefault="00E41A6A">
      <w:pPr>
        <w:pStyle w:val="ActuatorChapterTitle"/>
        <w:rPr>
          <w:rFonts w:hint="eastAsia"/>
        </w:rPr>
      </w:pPr>
      <w:r>
        <w:t>Chapter 1: No Ordinary Lives</w:t>
      </w:r>
    </w:p>
    <w:p w:rsidR="00095185" w:rsidRDefault="00E41A6A">
      <w:pPr>
        <w:pStyle w:val="ActuatorSceneStart"/>
        <w:ind/>
      </w:pPr>
      <w:r>
        <w:t>“Mr. Royce! It’s been a while since we’ve seen each other!” The gun broker’s practiced grin widened beneath the dim industrial lights. Age had thinned his gray hair; years behind the counter had worn the expensive suit he still insisted on wearing. The weapons around him remained meticulously maintained in reinforced racks and locked cases. The air smelled of gun oil, hot steel, ozone, cheap cologne, and stale Cognac. Ethic Royce stepped inside without slowing. The hydraulic door sealed behind him. His heavy boots struck the concrete in measured steps, and the broker’s warmth faded the moment Ethic met his eyes. There was no hostility in his expression. Only control.</w:t>
      </w:r>
    </w:p>
    <w:p w:rsidR="00095185" w:rsidRDefault="00E41A6A">
      <w:r>
        <w:t>Years had passed since their last meeting. Neither man needed to say where. “Yeah, it has, huh?” Ethic answered. The broker chuckled, then thought better of it. At six-foot-one and two hundred thirty-five pounds, Ethic carried the dense build of a career soldier, but size was not what changed the room. It was the economy of his movement and the patience in his stare. He had spent too many years deciding whether a threat required action to waste energy pretending to be one. The broker straightened without realizing it. Ethic never looked away.</w:t>
      </w:r>
    </w:p>
    <w:p w:rsidR="00095185" w:rsidRDefault="00E41A6A">
      <w:r>
        <w:t>When Ethic spoke, his voice stayed level. “Look, you know I’m a straight shooter. No small talk. I need big guns and as much ammo as you have available.” The broker’s grin returned, this time sharpened by profit. He waved toward the far wall. Reinforced panels slid aside and cold vapor rolled across the floor, revealing a hidden armory packed with military rifles, heavy weapons, specialized grenades, anti-armor systems, experimental beam platforms, and ammunition stacked with obsessive precision. Some weapons carried old unit markings and campaign scars. Others looked as though they had vanished from government stockpiles before reaching a battlefield. None were civilian grade. Ethic’s eyes moved across the arsenal once. “Good,” he said. “Let’s work.”</w:t>
      </w:r>
    </w:p>
    <w:p w:rsidR="00095185" w:rsidRDefault="00E41A6A">
      <w:r>
        <w:t>Ethic checked the armor next: beam-resistant vests and helmets with encrypted communications, thermal optics, and targeting systems. He rejected a rifle with an impressive charge rating and an incomplete maintenance record. The broker quietly returned it to the rack.</w:t>
      </w:r>
    </w:p>
    <w:p>
      <w:r>
        <w:t>The order grew to include ammunition crates, replacement cells, medical kits, and spare parts. The broker calculated the cost while Ethic checked compatibility. By the time they reached transportation, the old man was studying him with more curiosity than pleasure. Royce was equipping a unit.</w:t>
      </w:r>
    </w:p>
    <w:p>
      <w:pPr/>
      <w:r>
        <w:t>The broker keyed the growing order into his terminal, then stopped when Ethic added another case of trauma sealant and a second field surgical kit. “You planning to shoot somebody or open a clinic?”</w:t>
      </w:r>
    </w:p>
    <w:p>
      <w:pPr/>
      <w:r>
        <w:t>Ethic checked the expiration date on the sealant. “Both, if the first part goes wrong.”</w:t>
      </w:r>
    </w:p>
    <w:p>
      <w:pPr/>
      <w:r>
        <w:t>“That much medicine takes space away from ammunition.”</w:t>
      </w:r>
    </w:p>
    <w:p>
      <w:pPr/>
      <w:r>
        <w:t>“Then give me a bigger transport case.”</w:t>
      </w:r>
    </w:p>
    <w:p>
      <w:pPr/>
      <w:r>
        <w:t>The broker studied him over the rim of his old spectacles. “You used to walk in here asking how hard something hit.”</w:t>
      </w:r>
    </w:p>
    <w:p>
      <w:pPr/>
      <w:r>
        <w:t>“I still care how hard it hits. I care more whether it works after somebody drops it in mud, blood, rain, or a burning building.” Ethic picked up the rifle the broker had been trying to steer him toward and turned it over in his hands. Sleek housing. High-output cell. Impressive numbers glowing along the side. Then he thumbed open the maintenance panel. The seal around the heat sink had already begun to discolor. “This one runs hot.”</w:t>
      </w:r>
    </w:p>
    <w:p>
      <w:pPr/>
      <w:r>
        <w:t>The broker spread his hands. “Runs powerful.”</w:t>
      </w:r>
    </w:p>
    <w:p>
      <w:pPr/>
      <w:r>
        <w:t>“Runs hot.”</w:t>
      </w:r>
    </w:p>
    <w:p>
      <w:pPr/>
      <w:r>
        <w:t>“Royce, everything powerful runs hot.”</w:t>
      </w:r>
    </w:p>
    <w:p>
      <w:pPr/>
      <w:r>
        <w:t>Ethic handed it back. “Not twice.”</w:t>
      </w:r>
    </w:p>
    <w:p>
      <w:pPr/>
      <w:r>
        <w:t>The old man snorted and set the rifle aside. “Still difficult.”</w:t>
      </w:r>
    </w:p>
    <w:p>
      <w:pPr/>
      <w:r>
        <w:t>“Still alive.”</w:t>
      </w:r>
    </w:p>
    <w:p>
      <w:pPr/>
      <w:r>
        <w:t>That earned a reluctant smile. The broker pulled a heavier rifle from a lower rack. It was uglier, scarred, and almost ten years older than the first. “This one survived the Ankara fires. Fell three stories with the operator still attached.”</w:t>
      </w:r>
    </w:p>
    <w:p>
      <w:pPr/>
      <w:r>
        <w:t>Ethic inspected the locking lugs and checked the feed assembly. “Operator?”</w:t>
      </w:r>
    </w:p>
    <w:p>
      <w:pPr/>
      <w:r>
        <w:t>“Broke both legs. Rifle kept cycling.”</w:t>
      </w:r>
    </w:p>
    <w:p>
      <w:pPr/>
      <w:r>
        <w:t>“I’ll take six.”</w:t>
      </w:r>
    </w:p>
    <w:p>
      <w:pPr/>
      <w:r>
        <w:t>“Knew you’d appreciate her.”</w:t>
      </w:r>
    </w:p>
    <w:p>
      <w:pPr/>
      <w:r>
        <w:t>Ethic continued down the list. Spare optics. Universal power couplers. Two analog sighting systems in case a hostile signal crippled their electronics. Extra respirators. Tourniquets. Field water filters. A compact cutting torch. Rope. The broker watched the pile change from an arsenal into something closer to a survival cache.</w:t>
      </w:r>
    </w:p>
    <w:p>
      <w:pPr/>
      <w:r>
        <w:t>“You building a team?”</w:t>
      </w:r>
    </w:p>
    <w:p>
      <w:pPr/>
      <w:r>
        <w:t>Ethic did not answer.</w:t>
      </w:r>
    </w:p>
    <w:p>
      <w:pPr/>
      <w:r>
        <w:t>The old man raised both palms. “Didn’t ask whose.”</w:t>
      </w:r>
    </w:p>
    <w:p>
      <w:pPr/>
      <w:r>
        <w:t>“Good.”</w:t>
      </w:r>
    </w:p>
    <w:p>
      <w:pPr/>
      <w:r>
        <w:t>“Didn’t ask where.”</w:t>
      </w:r>
    </w:p>
    <w:p>
      <w:pPr/>
      <w:r>
        <w:t>“Even better.”</w:t>
      </w:r>
    </w:p>
    <w:p>
      <w:pPr/>
      <w:r>
        <w:t>The broker lowered his voice. “But I know you. You don’t buy six matching kits because you’re feeling nostalgic.”</w:t>
      </w:r>
    </w:p>
    <w:p>
      <w:pPr/>
      <w:r>
        <w:t>Ethic slid a sealed ammunition crate onto the cart and checked the weight readout. “Then you know enough not to ask the third question.”</w:t>
      </w:r>
    </w:p>
    <w:p>
      <w:pPr/>
      <w:r>
        <w:t>For once the broker listened. He tapped the terminal and transmitted the invoice. “Delivery route?”</w:t>
      </w:r>
    </w:p>
    <w:p>
      <w:pPr/>
      <w:r>
        <w:t>Ethic gave him a one-time encrypted destination. “Split the shipment. Two vehicles, different departure windows.”</w:t>
      </w:r>
    </w:p>
    <w:p>
      <w:pPr/>
      <w:r>
        <w:t>“Paranoid.”</w:t>
      </w:r>
    </w:p>
    <w:p>
      <w:pPr/>
      <w:r>
        <w:t>“Experienced.”</w:t>
      </w:r>
    </w:p>
    <w:p>
      <w:pPr/>
      <w:r>
        <w:t>The broker’s grin faded into something more respectful. “You expecting trouble on the road?”</w:t>
      </w:r>
    </w:p>
    <w:p>
      <w:pPr/>
      <w:r>
        <w:t>“I expect trouble everywhere. That’s how you notice when you get lucky.”</w:t>
      </w:r>
    </w:p>
    <w:p>
      <w:pPr/>
      <w:r>
        <w:t>The broker looked over the medical cases again. “Funny thing. Men who come in here buying enough firepower to flatten a block usually forget the bandages.”</w:t>
      </w:r>
    </w:p>
    <w:p>
      <w:pPr/>
      <w:r>
        <w:t>Ethic fastened the lid on the final case. “Guns are easy to replace. People are not.”</w:t>
      </w:r>
    </w:p>
    <w:p>
      <w:pPr/>
      <w:r>
        <w:t>The broker rested both hands on the counter. “That a new philosophy?”</w:t>
      </w:r>
    </w:p>
    <w:p>
      <w:pPr/>
      <w:r>
        <w:t>Ethic checked the latches again. “No. Just one I got tired of learning the hard way.”</w:t>
      </w:r>
    </w:p>
    <w:p>
      <w:pPr/>
      <w:r>
        <w:t>“You always did pay tuition in blood.”</w:t>
      </w:r>
    </w:p>
    <w:p>
      <w:pPr/>
      <w:r>
        <w:t>“Trying to lower the cost.”</w:t>
      </w:r>
    </w:p>
    <w:p>
      <w:pPr/>
      <w:r>
        <w:t>The broker looked at the six matching kits and gave a slow nod. “Then whoever you’re putting in them better be worth it.”</w:t>
      </w:r>
    </w:p>
    <w:p>
      <w:pPr/>
      <w:r>
        <w:t>Ethic met his eyes. “They will be.”</w:t>
      </w:r>
    </w:p>
    <w:p>
      <w:pPr/>
      <w:r>
        <w:t>For a moment the salesman had nothing clever to say. He simply nodded and finished the order.</w:t>
      </w:r>
    </w:p>
    <w:p>
      <w:pPr/>
      <w:r>
        <w:t>Halfway across the city, two men strolled through the heart of the downtown entertainment district, where the city truly came alive after dark. Music poured from every direction, blending the pounding bass of crowded nightclubs with smooth jazz drifting from upscale lounges, rooftop bars, and open-air restaurants overlooking the city below.</w:t>
      </w:r>
    </w:p>
    <w:p w:rsidR="00095185" w:rsidRDefault="00E41A6A">
      <w:r>
        <w:t>Street performers drew cheering circles beneath holographic signs. Autonomous servers threaded between outdoor tables while vendors called out specials. Overhead, Sky Cars disappeared between the towers and reemerged farther down the avenue.</w:t>
      </w:r>
    </w:p>
    <w:p w:rsidR="00095185" w:rsidRDefault="00E41A6A">
      <w:r>
        <w:t>Khalid and Zion moved through Midnight City’s entertainment district as if the crowds belonged to another world. Khalid’s five-foot-eight frame was lean and athletic, built for speed and endurance rather than bulk. A thick, untamed mane of dark hair crowned his head. He carried restless charisma in every gesture. He talked with his hands, laughed easily, and made strangers feel familiar before they knew his name. Tonight that energy had nowhere useful to go. “Look, I just don’t know! We’ve been at this so long.” He dragged a hand across the back of his neck. “I want another challenge. Another fight, another adventure.” His gaze drifted beyond the neon and rooftop lounges. “We spent our whole lives training for action just to get stuck here forever.”</w:t>
      </w:r>
    </w:p>
    <w:p w:rsidR="00095185" w:rsidRDefault="00E41A6A">
      <w:r>
        <w:t>He had spent years training himself to push through discomfort instead of dwelling on it. Now he was having trouble naming what felt wrong.</w:t>
      </w:r>
    </w:p>
    <w:p w:rsidR="00095185" w:rsidRDefault="00E41A6A">
      <w:r>
        <w:t>Khalid watched a Sky Car disappear beyond a tower. “There has to be something bigger out there. Something worth everything we’ve put ourselves through.”</w:t>
      </w:r>
    </w:p>
    <w:p w:rsidR="00095185" w:rsidRDefault="00E41A6A">
      <w:r>
        <w:t>The words landed harder than Khalid’s jokes usually did. Zion let the crowd carry around them for a few steps before answering. At five-foot-eleven, he stood three inches taller than Khalid, broader through the shoulders but just as quick on his feet. Where Khalid filled space with motion and commentary, Zion conserved both. His hands slipped into his pockets, but his attention kept moving: a security drone overhead, a couple arguing near a transit rail, the open lane between two crowded tables. Years of training had turned awareness into habit. “I hear you, K.” He sidestepped a group pouring out of a lounge without breaking stride. “I’m not trying to spend the next ten years hauling busted service drones either.” Khalid glanced over. “See? That’s what I’m saying.” Zion gave him a small, dry smile. “No. You’re saying it louder.”</w:t>
      </w:r>
    </w:p>
    <w:p>
      <w:r>
        <w:t>A stranger pushed between them. Both glanced at his hands, then at each other. Years of training together had made the exchange automatic. Khalid grinned first; Zion shook his head.</w:t>
      </w:r>
    </w:p>
    <w:p>
      <w:pPr/>
      <w:r>
        <w:t>The stranger never noticed the exchange. He kept moving, shoulder-checking a delivery worker hard enough to send a tray of bottled drinks spinning across the sidewalk. One bottle shattered. Another skittered beneath a bench.</w:t>
      </w:r>
    </w:p>
    <w:p>
      <w:pPr/>
      <w:r>
        <w:t>“Watch where you’re going,” the worker snapped.</w:t>
      </w:r>
    </w:p>
    <w:p>
      <w:pPr/>
      <w:r>
        <w:t>The stranger turned as if he had been waiting all night for someone to give him permission. “What’d you say?”</w:t>
      </w:r>
    </w:p>
    <w:p>
      <w:pPr/>
      <w:r>
        <w:t>Khalid sighed. “And there it is.”</w:t>
      </w:r>
    </w:p>
    <w:p>
      <w:pPr/>
      <w:r>
        <w:t>Zion caught his sleeve before he could step in. “Not our problem.”</w:t>
      </w:r>
    </w:p>
    <w:p>
      <w:pPr/>
      <w:r>
        <w:t>The stranger shoved the worker again. This time an elderly woman standing behind him lost her balance. Zion moved before Khalid could answer. He caught her under the elbow and steadied her without spilling the takeout container in her hands.</w:t>
      </w:r>
    </w:p>
    <w:p>
      <w:pPr/>
      <w:r>
        <w:t>“You good, ma’am?”</w:t>
      </w:r>
    </w:p>
    <w:p>
      <w:pPr/>
      <w:r>
        <w:t>She blinked up at him. “I think so.”</w:t>
      </w:r>
    </w:p>
    <w:p>
      <w:pPr/>
      <w:r>
        <w:t>Khalid was already between the worker and the stranger. He held both hands up, palms open. “My brother, the night’s young. Ain’t no reason to spend it explaining a busted jaw to security.”</w:t>
      </w:r>
    </w:p>
    <w:p>
      <w:pPr/>
      <w:r>
        <w:t>The stranger looked him over. “You threatening me?”</w:t>
      </w:r>
    </w:p>
    <w:p>
      <w:pPr/>
      <w:r>
        <w:t>“Actually, I’m trying real hard not to.”</w:t>
      </w:r>
    </w:p>
    <w:p>
      <w:pPr/>
      <w:r>
        <w:t>Zion closed his eyes. “K.”</w:t>
      </w:r>
    </w:p>
    <w:p>
      <w:pPr/>
      <w:r>
        <w:t>“What? That was diplomacy.”</w:t>
      </w:r>
    </w:p>
    <w:p>
      <w:pPr/>
      <w:r>
        <w:t>The stranger stepped closer. Khalid did not move. The man’s right shoulder tightened before his fist ever came up. Khalid saw it, leaned half an inch outside the line, and let the punch cut through empty space. He never struck back. He simply caught the man’s wrist, turned with the momentum, and guided him chest-first against the side of a vending kiosk.</w:t>
      </w:r>
    </w:p>
    <w:p>
      <w:pPr/>
      <w:r>
        <w:t>The impact sounded worse than it was. The stranger froze, one arm pinned harmlessly behind him.</w:t>
      </w:r>
    </w:p>
    <w:p>
      <w:pPr/>
      <w:r>
        <w:t>Khalid spoke beside his ear. “Now we can do this the easy way, where you go enjoy the rest of your night, or the stupid way, where my quiet friend over there gets involved.”</w:t>
      </w:r>
    </w:p>
    <w:p>
      <w:pPr/>
      <w:r>
        <w:t>Zion gave him a flat look. “Why am I always the threat in your speeches?”</w:t>
      </w:r>
    </w:p>
    <w:p>
      <w:pPr/>
      <w:r>
        <w:t>“Because you got that face.”</w:t>
      </w:r>
    </w:p>
    <w:p>
      <w:pPr/>
      <w:r>
        <w:t>“What face?”</w:t>
      </w:r>
    </w:p>
    <w:p>
      <w:pPr/>
      <w:r>
        <w:t>“That ‘I already picked a graveyard’ face.”</w:t>
      </w:r>
    </w:p>
    <w:p>
      <w:pPr/>
      <w:r>
        <w:t>The delivery worker laughed despite himself. Even the stranger’s anger lost some of its heat. Khalid released him and took one step back.</w:t>
      </w:r>
    </w:p>
    <w:p>
      <w:pPr/>
      <w:r>
        <w:t>“We’re done?”</w:t>
      </w:r>
    </w:p>
    <w:p>
      <w:pPr/>
      <w:r>
        <w:t>The man rubbed his wrist, turned to Zion, then to Khalid. Pride fought common sense for two long seconds. Common sense won. “Yeah. We done.”</w:t>
      </w:r>
    </w:p>
    <w:p>
      <w:pPr/>
      <w:r>
        <w:t>He disappeared into the crowd.</w:t>
      </w:r>
    </w:p>
    <w:p>
      <w:pPr/>
      <w:r>
        <w:t>Zion handed the elderly woman her container. “Sorry about all that.”</w:t>
      </w:r>
    </w:p>
    <w:p>
      <w:pPr/>
      <w:r>
        <w:t>“You didn’t do anything wrong.”</w:t>
      </w:r>
    </w:p>
    <w:p>
      <w:pPr/>
      <w:r>
        <w:t>Khalid crouched to help the worker gather the unbroken bottles. “See? Community service. Put that on my résumé.”</w:t>
      </w:r>
    </w:p>
    <w:p>
      <w:pPr/>
      <w:r>
        <w:t>The worker accepted the tray. “You two security?”</w:t>
      </w:r>
    </w:p>
    <w:p>
      <w:pPr/>
      <w:r>
        <w:t>“Warehouse,” Khalid said.</w:t>
      </w:r>
    </w:p>
    <w:p>
      <w:pPr/>
      <w:r>
        <w:t>“Sanitation,” Zion added.</w:t>
      </w:r>
    </w:p>
    <w:p>
      <w:pPr/>
      <w:r>
        <w:t>The worker looked from one of them to the other, clearly convinced they were joking.</w:t>
      </w:r>
    </w:p>
    <w:p>
      <w:pPr/>
      <w:r>
        <w:t>Khalid waited until he was gone before turning back to Zion. “See what I mean?”</w:t>
      </w:r>
    </w:p>
    <w:p>
      <w:pPr/>
      <w:r>
        <w:t>“About what?”</w:t>
      </w:r>
    </w:p>
    <w:p>
      <w:pPr/>
      <w:r>
        <w:t>“We spend our whole lives training, and the most action I get is folding some drunk dude into a vending machine without punching him.”</w:t>
      </w:r>
    </w:p>
    <w:p>
      <w:pPr/>
      <w:r>
        <w:t>“That’s because punching him would’ve been stupid.”</w:t>
      </w:r>
    </w:p>
    <w:p>
      <w:pPr/>
      <w:r>
        <w:t>“I know. That’s what makes it worse.”</w:t>
      </w:r>
    </w:p>
    <w:p>
      <w:pPr/>
      <w:r>
        <w:t>Zion started walking again. “You want excitement until excitement sends you a hospital bill.”</w:t>
      </w:r>
    </w:p>
    <w:p>
      <w:pPr/>
      <w:r>
        <w:t>Khalid fell into step beside him. “Man, I want purpose. There’s a difference.”</w:t>
      </w:r>
    </w:p>
    <w:p>
      <w:pPr/>
      <w:r>
        <w:t>That landed differently. Zion’s smile faded.</w:t>
      </w:r>
    </w:p>
    <w:p>
      <w:pPr/>
      <w:r>
        <w:t>Khalid glanced at his hands. “At the warehouse, I move crates from one side of a building to the other. Next day, I move different crates. Supervisor gives me a little green arrow if I beat the average time. Red arrow if I don’t.” He mimed pressing a button. “Congratulations, Khalid. You have successfully helped Box A meet Shelf B.”</w:t>
      </w:r>
    </w:p>
    <w:p>
      <w:pPr/>
      <w:r>
        <w:t>Zion laughed, but Khalid kept going.</w:t>
      </w:r>
    </w:p>
    <w:p>
      <w:pPr/>
      <w:r>
        <w:t>“I don’t need everybody cheering my name. I just need to know all this work we put into ourselves is for something.”</w:t>
      </w:r>
    </w:p>
    <w:p>
      <w:pPr/>
      <w:r>
        <w:t>Zion looked over the moving crowd, then up at the traffic flowing between the towers. “Yeah,” he said. “That part I understand.”</w:t>
      </w:r>
    </w:p>
    <w:p w:rsidR="00095185" w:rsidRDefault="00E41A6A">
      <w:r>
        <w:t>“You think I like being a garbage man? I mean, damn, the pay is aight, but the job literally stinks.” Zion lifted a hand as though pleading his case to an invisible jury. “When I get home, I have to vapor for an hour. Industrial strength. The kind that strips the smell out of your clothes, your boots, probably your soul, too.” The joke landed, but the frustration beneath it did not disappear. He had trained hard for years and spent his mornings hauling chemical refuse, biohazard bins, and busted service drones leaking coolant.</w:t>
      </w:r>
    </w:p>
    <w:p>
      <w:pPr/>
      <w:r>
        <w:t>Khalid grinned. “And sometimes that still doesn’t do you any justice.”</w:t>
      </w:r>
    </w:p>
    <w:p>
      <w:pPr/>
      <w:r>
        <w:t>Zion cut his eyes toward him, trying to look offended. Khalid lost it. “Man, I’m serious!”</w:t>
      </w:r>
    </w:p>
    <w:p w:rsidR="00095185" w:rsidRDefault="00E41A6A">
      <w:r>
        <w:t>Zion held the glare for another second, then let the stern expression crack into a crooked, reluctant smile. “Yeah, yeah.” He shook his head, letting out a quiet laugh of his own. “We need new jobs.”</w:t>
      </w:r>
    </w:p>
    <w:p w:rsidR="00095185" w:rsidRDefault="00E41A6A">
      <w:pPr>
        <w:pStyle w:val="ActuatorChapterTitle"/>
        <w:rPr>
          <w:rFonts w:hint="eastAsia"/>
        </w:rPr>
      </w:pPr>
      <w:r>
        <w:t>Chapter 2: Special Tech</w:t>
      </w:r>
    </w:p>
    <w:p w:rsidR="00095185" w:rsidRDefault="00E41A6A">
      <w:pPr>
        <w:pStyle w:val="ActuatorSceneStart"/>
        <w:ind/>
      </w:pPr>
      <w:r>
        <w:t>Far to the south, three cities away in Lyte Grande, two BMW Sky Cars descended through storm clouds and settled at the curb outside Tech Outfitters. Three passengers stepped into the rain. The small repair shop sat between newer businesses, its window crowded with old processors and faded notices.</w:t>
      </w:r>
    </w:p>
    <w:p w:rsidR="00095185" w:rsidRDefault="00E41A6A">
      <w:r>
        <w:t>They entered without removing their wet coats. Warm air, solder, and machine oil filled the shop. Shelves of tagged components surrounded a crowded workbench.</w:t>
      </w:r>
    </w:p>
    <w:p w:rsidR="00095185" w:rsidRDefault="00E41A6A">
      <w:r>
        <w:t>The electronic chime drew the old shopkeeper’s attention. He looked up from his work and studied the tallest visitor, a man well over six-foot-five. Sharp, angular features gave him a stern, almost statuesque appearance, while scars along his jaw and cheekbones hinted at a lifetime spent surviving conflicts few others ever walked away from. A Data Visor covered his eyes. Thin streams of blue light pulsed beneath its dark surface as hidden processors analyzed everything entering its field of view. Not a single muscle appeared tense. Yet the stillness itself was unsettling.</w:t>
      </w:r>
    </w:p>
    <w:p w:rsidR="00095185" w:rsidRDefault="00E41A6A">
      <w:r>
        <w:t>The other man stood about six feet tall, leaner than the giant beside him. He waited for the shopkeeper to put his tools down before approaching the counter.</w:t>
      </w:r>
    </w:p>
    <w:p w:rsidR="00095185" w:rsidRDefault="00E41A6A">
      <w:r>
        <w:t>He studied the shopkeeper. The woman at his side did not look away either. Her silver eyes caught the work light; her hands hung loose beside her coat. “I have a job for you,” the man said. “Two vehicles that need some equipment installed.” Gauge straightened. Custom electronics paid well if a technician knew which questions to avoid.</w:t>
      </w:r>
    </w:p>
    <w:p w:rsidR="00095185" w:rsidRDefault="00E41A6A">
      <w:r>
        <w:t>The stranger added, “Special Tech.”</w:t>
      </w:r>
    </w:p>
    <w:p w:rsidR="00095185" w:rsidRDefault="00E41A6A">
      <w:r>
        <w:t>The stranger leaned across the counter. “These are not just your basic sensors or mods.”</w:t>
      </w:r>
    </w:p>
    <w:p w:rsidR="00095185" w:rsidRDefault="00E41A6A">
      <w:r>
        <w:t>Somehow, that only made it more intimidating. “We’re talking about equipment that requires precision.” His steel-gray eyes never drifted from the old man’s face, watching for every twitch of hesitation, every involuntary reaction that might reveal more than words ever could. “The kind of work where one mistake can ruin hardware that isn’t easily replaced.” There was no threat hidden beneath the statement. Only fact. The certainty made it worse. The room fell silent except for the steady patter of rain striking the storefront windows and the faint hum of diagnostic equipment somewhere deeper inside the shop. Even the electronic displays seemed quieter, their blinking indicator lights the only movement inside the room. Finally, the stranger tilted his head just enough to ask the question. “Are you capable of such?” A faint pause lingered between his words. Just long enough to become intentional.</w:t>
      </w:r>
    </w:p>
    <w:p w:rsidR="00095185" w:rsidRDefault="00E41A6A">
      <w:r>
        <w:t>“Or have we come to the wrong Tech Outfitters?”</w:t>
      </w:r>
    </w:p>
    <w:p w:rsidR="00095185" w:rsidRDefault="00E41A6A">
      <w:r>
        <w:t>There was a level of confidence about these three that suggested they weren’t asking whether he could do the work. They were determining whether he deserved to. He adjusted the spectacles slipping down his nose before finally answering. “Depends on what sort of Special Tech.” His voice remained steady, though noticeably quieter than before.</w:t>
      </w:r>
    </w:p>
    <w:p w:rsidR="00095185" w:rsidRDefault="00E41A6A">
      <w:r>
        <w:t>“This is the United States.” His eyes briefly wandered toward the rain-streaked front window before returning to the strangers. “Wouldn’t want to break any Federal Restriction Codes.” The statement hung in the air for only a moment. The shorter man answered without hesitation. “Even for Dyce?”</w:t>
      </w:r>
    </w:p>
    <w:p w:rsidR="00095185" w:rsidRDefault="00E41A6A">
      <w:r>
        <w:t>Gauge’s fingers began trembling against the counter. He moved them below it, too late to hide the reaction.</w:t>
      </w:r>
    </w:p>
    <w:p w:rsidR="00095185" w:rsidRDefault="00E41A6A">
      <w:r>
        <w:t>Gauge knew exactly who Gideon Dyce was. Dyce was the kind of trouble that never ended with paperwork. “I may know someone who will do it for you.” The old man’s voice had lost the quiet confidence it carried only moments earlier. It emerged softer now, measured, as though every word had to survive careful inspection before leaving his mouth. The certainty of an experienced technician had given way to the caution of a man who suddenly understood exactly how dangerous the conversation had become. “But I can’t let her know what she is installing.” His eyes drifted instinctively toward the back of the shop, where the garage entrance disappeared into darkness beyond rows of shelving and repair equipment. He held the glance there for only a second before returning his attention to the three strangers. “I can’t do it.” He slowly shook his head.</w:t>
      </w:r>
    </w:p>
    <w:p w:rsidR="00095185" w:rsidRDefault="00E41A6A">
      <w:r>
        <w:t>“I gave that up years ago. I can’t move like I used to. I’d be caught.” The stranger stepped closer until only the counter separated them. Gauge could see rainwater collecting along the seams of his coat. “Get the job done,” the man said, “and I will pay you very well.”</w:t>
      </w:r>
    </w:p>
    <w:p w:rsidR="00095185" w:rsidRDefault="00E41A6A">
      <w:r>
        <w:t>His voice never rose above a conversational tone. There was no attempt to bargain, only quiet confidence that money would solve the problem. Then his expression hardened. “Don’t…” Before he could finish, Siege moved.</w:t>
      </w:r>
    </w:p>
    <w:p w:rsidR="00095185" w:rsidRDefault="00E41A6A">
      <w:r>
        <w:t>A military-grade Charge Gun emerged. Amber light pulsed through channels in its black housing as the capacitors cycled to standby. Gauge watched the emitter.</w:t>
      </w:r>
    </w:p>
    <w:p>
      <w:pPr/>
      <w:r>
        <w:t>“Siege,” the woman said quietly.</w:t>
      </w:r>
    </w:p>
    <w:p>
      <w:pPr/>
      <w:r>
        <w:t>The giant did not lower the weapon, but he stopped bringing it up.</w:t>
      </w:r>
    </w:p>
    <w:p>
      <w:pPr/>
      <w:r>
        <w:t>Gauge’s attention shifted to her. Up close, the silver in her eyes did not look like a cosmetic implant. It sat too naturally in the iris, metallic without being reflective. Something in his stomach tightened.</w:t>
      </w:r>
    </w:p>
    <w:p>
      <w:pPr/>
      <w:r>
        <w:t>“You need a technician,” Gauge said. “Not a corpse.”</w:t>
      </w:r>
    </w:p>
    <w:p>
      <w:pPr/>
      <w:r>
        <w:t>The lean man beside Siege gave a humorless grunt. His Russian accent was light but unmistakable, hardening the consonants without making his English difficult to follow. “If we wanted corpse, old man, conversation would be shorter.”</w:t>
      </w:r>
    </w:p>
    <w:p>
      <w:pPr/>
      <w:r>
        <w:t>Gauge stared at him. “Comforting.”</w:t>
      </w:r>
    </w:p>
    <w:p>
      <w:pPr/>
      <w:r>
        <w:t>“Was not meant to be.”</w:t>
      </w:r>
    </w:p>
    <w:p>
      <w:pPr/>
      <w:r>
        <w:t>The woman’s mouth almost moved. Almost. “Lower it.”</w:t>
      </w:r>
    </w:p>
    <w:p>
      <w:pPr/>
      <w:r>
        <w:t>Siege finally let the Charge Gun settle beside his leg.</w:t>
      </w:r>
    </w:p>
    <w:p>
      <w:pPr/>
      <w:r>
        <w:t>Gauge exhaled through his nose. “The person I’m calling has nothing to do with any of this. She fixes machines. That’s all.”</w:t>
      </w:r>
    </w:p>
    <w:p>
      <w:pPr/>
      <w:r>
        <w:t>“Then machines are all she needs to know,” the woman replied.</w:t>
      </w:r>
    </w:p>
    <w:p>
      <w:pPr/>
      <w:r>
        <w:t>“And when she asks what she’s installing?”</w:t>
      </w:r>
    </w:p>
    <w:p>
      <w:pPr/>
      <w:r>
        <w:t>“You tell her the client paid for discretion.”</w:t>
      </w:r>
    </w:p>
    <w:p>
      <w:pPr/>
      <w:r>
        <w:t>Gauge’s laugh came out dry. “You people always make crime sound like a service agreement.”</w:t>
      </w:r>
    </w:p>
    <w:p>
      <w:pPr/>
      <w:r>
        <w:t>The lean Russian glanced around the shop. “You have met worse clients.”</w:t>
      </w:r>
    </w:p>
    <w:p>
      <w:pPr/>
      <w:r>
        <w:t>Gauge hated that he was probably right.</w:t>
      </w:r>
    </w:p>
    <w:p>
      <w:pPr/>
      <w:r>
        <w:t>He leaned forward on the counter. “One condition.”</w:t>
      </w:r>
    </w:p>
    <w:p>
      <w:pPr/>
      <w:r>
        <w:t>Siege shifted his weight. The woman stayed perfectly still. “You are not in a strong position to negotiate.”</w:t>
      </w:r>
    </w:p>
    <w:p>
      <w:pPr/>
      <w:r>
        <w:t>“Then shoot me and find another shop.” Gauge surprised himself with how steady the sentence sounded. “But if you want her hands on those cars, she leaves here alive. She gets paid. Nobody follows her home. Nobody drags her into whatever war you people are fighting.”</w:t>
      </w:r>
    </w:p>
    <w:p>
      <w:pPr/>
      <w:r>
        <w:t>The woman’s silver gaze held him long enough to become uncomfortable. “You care about her.”</w:t>
      </w:r>
    </w:p>
    <w:p>
      <w:pPr/>
      <w:r>
        <w:t>“That’s usually why people set conditions.”</w:t>
      </w:r>
    </w:p>
    <w:p>
      <w:pPr/>
      <w:r>
        <w:t>For the first time something human crossed her face, not softness exactly, but recognition. “She completes the work. She is paid. She leaves.”</w:t>
      </w:r>
    </w:p>
    <w:p>
      <w:pPr/>
      <w:r>
        <w:t>Gauge looked at Siege’s weapon. “And him?”</w:t>
      </w:r>
    </w:p>
    <w:p>
      <w:pPr/>
      <w:r>
        <w:t>The Russian answered before Siege could. “He behaves when told.”</w:t>
      </w:r>
    </w:p>
    <w:p>
      <w:pPr/>
      <w:r>
        <w:t>Siege turned his head.</w:t>
      </w:r>
    </w:p>
    <w:p>
      <w:pPr/>
      <w:r>
        <w:t>The Russian’s expression did not change. “Mostly.”</w:t>
      </w:r>
    </w:p>
    <w:p>
      <w:pPr/>
      <w:r>
        <w:t>A low sound came from Siege’s chest, somewhere between a warning and a laugh.</w:t>
      </w:r>
    </w:p>
    <w:p>
      <w:pPr/>
      <w:r>
        <w:t>Gauge glanced at the woman again. “Your word?”</w:t>
      </w:r>
    </w:p>
    <w:p>
      <w:pPr/>
      <w:r>
        <w:t>“My word.”</w:t>
      </w:r>
    </w:p>
    <w:p>
      <w:pPr/>
      <w:r>
        <w:t>He did not know her name. He did not know whether her word meant anything. But the Charge Gun was no longer aimed at him, and for the first time since they entered the shop, the choice in front of him looked like more than one path to the same grave.</w:t>
      </w:r>
    </w:p>
    <w:p w:rsidR="00095185" w:rsidRDefault="00E41A6A">
      <w:r>
        <w:t>The shorter man smiled with the confidence of someone who already knew how the conversation would end. “Deal?” The old technician swallowed hard. His mouth had gone completely dry. He already knew the answer before he’d been asked. Not because he wanted the money. Not because he believed he could refuse.</w:t>
      </w:r>
    </w:p>
    <w:p w:rsidR="00095185" w:rsidRDefault="00E41A6A">
      <w:r>
        <w:t>Gauge nodded.</w:t>
      </w:r>
    </w:p>
    <w:p w:rsidR="00095185" w:rsidRDefault="00E41A6A">
      <w:r>
        <w:t>Elsewhere in Lyte Grande, a Disc Icon chimed beside Anari’s bed. She stirred beneath the blankets. The chime sounded again.</w:t>
      </w:r>
    </w:p>
    <w:p w:rsidR="00095185" w:rsidRDefault="00E41A6A">
      <w:r>
        <w:t>The remnants of a dream vanished before Anari could hold onto them. A glowing Disc Icon pulsed on the nightstand. She rubbed one eye and checked the caller ID. Tech Outfitters. Grandpa Gauge. At 7:30 on a Tuesday night, the call was unusual enough to pull her fully awake. Gauge contacted her when a repair shop problem had grown too complicated, too old, too advanced, or too dangerous for ordinary technicians. Those were usually the jobs she enjoyed most. She accepted the call. “What did you break this time, old man?”</w:t>
      </w:r>
    </w:p>
    <w:p w:rsidR="00095185" w:rsidRDefault="00E41A6A">
      <w:r>
        <w:t>Old Man Gauge appeared above Anari’s Disc Icon. She brushed her hair out of her eyes. The nickname had stuck through years of working beside him, though they were not related. Gauge usually protested it. Tonight he only studied her, and her smile faded.</w:t>
      </w:r>
    </w:p>
    <w:p w:rsidR="00095185" w:rsidRDefault="00E41A6A">
      <w:r>
        <w:t>Gauge hesitated. Finally, he spoke. “I have a rush job.” The words left Gauge’s mouth without their usual confidence. Normally, he would already be rambling excitedly about whatever impossible piece of technology had landed on his workbench, complaining about unreasonable deadlines, impossible customers, or some engineer halfway across the country who clearly didn’t know what they were doing. Tonight, every syllable felt weighed before it was spoken. “Two BMWs…” He paused. The silence lingered just long enough to feel unnatural. “And six high-grade installations, plus wiring.”</w:t>
      </w:r>
    </w:p>
    <w:p w:rsidR="00095185" w:rsidRDefault="00E41A6A">
      <w:r>
        <w:t>“Intricate work. Delicate parts, costly to replace. You’ll get a hefty bonus for timely work.” Anari sat up. Gauge knew she would take a difficult job for the challenge; he rarely began with money. His fingertips rubbed together at the edge of the image.</w:t>
      </w:r>
    </w:p>
    <w:p w:rsidR="00095185" w:rsidRDefault="00E41A6A">
      <w:r>
        <w:t>“Is something wrong, old man?” His eyes moved off-camera again before he answered.</w:t>
      </w:r>
    </w:p>
    <w:p w:rsidR="00095185" w:rsidRDefault="00E41A6A">
      <w:r>
        <w:t>Someone controlling the conversation. “Of course not!” Gauge’s reply came almost too quickly. Too loud. Too practiced. The words burst from him with enough force to sound convincing at first, but the confidence evaporated almost as soon as they left his mouth. He forced another smile, one no more convincing than the last. “I’m just ready to turn it in for the night and need you to complete this job for me.” He let out a tired chuckle that collapsed under its own weight before it ever resembled genuine laughter. “I would be very grateful.” The sentence hung between them. Anari didn’t answer immediately. She simply watched him.</w:t>
      </w:r>
    </w:p>
    <w:p w:rsidR="00095185" w:rsidRDefault="00E41A6A">
      <w:r>
        <w:t>“You are my only protégé,” he said. “You may be even more skilled than I. My old age slows the service!” She almost smiled at that. Then his eyes moved again, and she understood that whatever frightened him was in the room.</w:t>
      </w:r>
    </w:p>
    <w:p w:rsidR="00095185" w:rsidRDefault="00E41A6A">
      <w:r>
        <w:t>“Please?” he said. Gauge almost never asked for favors. Anari faced her tool bag beside the closet. “All right. I’ll be at Tech Outfitters within the hour.” He breathed out. “Thank you. You don’t know how much I appreciate this.”</w:t>
      </w:r>
    </w:p>
    <w:p>
      <w:pPr/>
      <w:r>
        <w:t>Anari’s expression changed. “Who’s there?”</w:t>
      </w:r>
    </w:p>
    <w:p>
      <w:pPr/>
      <w:r>
        <w:t>Gauge’s gaze flicked off-camera.</w:t>
      </w:r>
    </w:p>
    <w:p>
      <w:pPr/>
      <w:r>
        <w:t>“Grandpa.”</w:t>
      </w:r>
    </w:p>
    <w:p>
      <w:pPr/>
      <w:r>
        <w:t>“Difficult customers,” he said.</w:t>
      </w:r>
    </w:p>
    <w:p>
      <w:pPr/>
      <w:r>
        <w:t>“How difficult?”</w:t>
      </w:r>
    </w:p>
    <w:p>
      <w:pPr/>
      <w:r>
        <w:t>A man’s voice sounded somewhere beyond the projection. Too low for her to make out the words.</w:t>
      </w:r>
    </w:p>
    <w:p>
      <w:pPr/>
      <w:r>
        <w:t>Gauge forced a laugh. “The kind who think money makes a deadline reasonable.”</w:t>
      </w:r>
    </w:p>
    <w:p>
      <w:pPr/>
      <w:r>
        <w:t>Normally that would have earned an immediate complaint from him about clients who wanted six hours of work in forty-five minutes. Tonight he did not elaborate.</w:t>
      </w:r>
    </w:p>
    <w:p>
      <w:pPr/>
      <w:r>
        <w:t>Anari sat straighter. “Put them on.”</w:t>
      </w:r>
    </w:p>
    <w:p>
      <w:pPr/>
      <w:r>
        <w:t>“No.”</w:t>
      </w:r>
    </w:p>
    <w:p>
      <w:pPr/>
      <w:r>
        <w:t>The answer was too quick.</w:t>
      </w:r>
    </w:p>
    <w:p>
      <w:pPr/>
      <w:r>
        <w:t>“Why not?”</w:t>
      </w:r>
    </w:p>
    <w:p>
      <w:pPr/>
      <w:r>
        <w:t>“Because I’m the one calling you.”</w:t>
      </w:r>
    </w:p>
    <w:p>
      <w:pPr/>
      <w:r>
        <w:t>She watched him rub his fingertips together. He only did that when he was worried or trying not to say something. “You taught me that if a customer makes me nervous, I walk.”</w:t>
      </w:r>
    </w:p>
    <w:p>
      <w:pPr/>
      <w:r>
        <w:t>“I did.”</w:t>
      </w:r>
    </w:p>
    <w:p>
      <w:pPr/>
      <w:r>
        <w:t>“So tell me to walk.”</w:t>
      </w:r>
    </w:p>
    <w:p>
      <w:pPr/>
      <w:r>
        <w:t>Gauge looked at the camera.</w:t>
      </w:r>
    </w:p>
    <w:p>
      <w:pPr/>
      <w:r>
        <w:t>For one second the old technician she knew was fully there, stripped of the fake smile and the sales pitch. Fear sat plainly behind his glasses. Then he covered it again.</w:t>
      </w:r>
    </w:p>
    <w:p>
      <w:pPr/>
      <w:r>
        <w:t>“I need you here,” he said.</w:t>
      </w:r>
    </w:p>
    <w:p>
      <w:pPr/>
      <w:r>
        <w:t>The admission scared her more than any warning would have.</w:t>
      </w:r>
    </w:p>
    <w:p>
      <w:pPr/>
      <w:r>
        <w:t>Anari swung her legs out of bed. “Okay. But if I get there and I don’t like the room, I’m gone. I don’t care how much they’re paying.”</w:t>
      </w:r>
    </w:p>
    <w:p>
      <w:pPr/>
      <w:r>
        <w:t>“Fair.”</w:t>
      </w:r>
    </w:p>
    <w:p>
      <w:pPr/>
      <w:r>
        <w:t>“And if you lie to me about whether something’s dangerous, I’m taking your best torque driver and never bringing it back.”</w:t>
      </w:r>
    </w:p>
    <w:p>
      <w:pPr/>
      <w:r>
        <w:t>Gauge’s mouth twitched. “Cruel.”</w:t>
      </w:r>
    </w:p>
    <w:p>
      <w:pPr/>
      <w:r>
        <w:t>“I’m serious.”</w:t>
      </w:r>
    </w:p>
    <w:p>
      <w:pPr/>
      <w:r>
        <w:t>“I know.”</w:t>
      </w:r>
    </w:p>
    <w:p>
      <w:pPr/>
      <w:r>
        <w:t>That tiny exchange sounded enough like them to loosen the knot in her chest.</w:t>
      </w:r>
    </w:p>
    <w:p>
      <w:pPr/>
      <w:r>
        <w:t>“Give me an hour.”</w:t>
      </w:r>
    </w:p>
    <w:p>
      <w:pPr/>
      <w:r>
        <w:t>Gauge nodded. “Drive safe.”</w:t>
      </w:r>
    </w:p>
    <w:p>
      <w:pPr/>
      <w:r>
        <w:t>“Always do.”</w:t>
      </w:r>
    </w:p>
    <w:p>
      <w:pPr/>
      <w:r>
        <w:t>“That is absolutely not true.”</w:t>
      </w:r>
    </w:p>
    <w:p>
      <w:pPr/>
      <w:r>
        <w:t>Anari pointed at his projection. “Don’t start.”</w:t>
      </w:r>
    </w:p>
    <w:p>
      <w:pPr/>
      <w:r>
        <w:t>This time his smile was real, and because it was real, she remembered it later.</w:t>
      </w:r>
    </w:p>
    <w:p w:rsidR="00095185" w:rsidRDefault="00E41A6A">
      <w:r>
        <w:t>After the call ended, Anari sat for a moment in her quiet apartment. Manuals and salvaged processors filled the shelves; several of the tools had been gifts from Gauge. Leaving him to handle those customers alone felt worse than going. She showered in the Vapor Chamber, dressed, and checked her scanner and multi-tool before heading for her Ford Focus Sky.</w:t>
      </w:r>
    </w:p>
    <w:p w:rsidR="00095185" w:rsidRDefault="00E41A6A">
      <w:r>
        <w:t>The Focus followed the navigation grid toward Tech Outfitters. Anari opened the job summary again. “I hope this guy pays as well as he says.” Too many clients promised bonuses until the invoice arrived.</w:t>
      </w:r>
    </w:p>
    <w:p>
      <w:pPr/>
      <w:r>
        <w:t>Her Disc Icon chimed before she finished reading. A message from her cousin floated above the center console.</w:t>
      </w:r>
    </w:p>
    <w:p>
      <w:pPr/>
      <w:r>
        <w:t>BATTERY DEAD AGAIN. YOU STILL GOT THAT SPARE?</w:t>
      </w:r>
    </w:p>
    <w:p>
      <w:pPr/>
      <w:r>
        <w:t>Anari groaned. “Of course it’s dead again.”</w:t>
      </w:r>
    </w:p>
    <w:p>
      <w:pPr/>
      <w:r>
        <w:t>She dictated a reply without taking her hands off the controls. “Yes, I still have the spare. No, I am not bringing it across town tonight. Charge the one I gave you last week.”</w:t>
      </w:r>
    </w:p>
    <w:p>
      <w:pPr/>
      <w:r>
        <w:t>The response came almost immediately.</w:t>
      </w:r>
    </w:p>
    <w:p>
      <w:pPr/>
      <w:r>
        <w:t>THAT ONE’S DEAD TOO.</w:t>
      </w:r>
    </w:p>
    <w:p>
      <w:pPr/>
      <w:r>
        <w:t>“How do you kill two high-density cells in seven days?” She stared at the message as if the answer might materialize out of embarrassment. “You know what? Don’t answer that.”</w:t>
      </w:r>
    </w:p>
    <w:p>
      <w:pPr/>
      <w:r>
        <w:t>She sent him the address of an all-night charging kiosk and muted the thread.</w:t>
      </w:r>
    </w:p>
    <w:p>
      <w:pPr/>
      <w:r>
        <w:t>Another notification arrived. Her boyfriend this time.</w:t>
      </w:r>
    </w:p>
    <w:p>
      <w:pPr/>
      <w:r>
        <w:t>DINNER TOMORROW? YOU GHOSTED ME ALL DAY.</w:t>
      </w:r>
    </w:p>
    <w:p>
      <w:pPr/>
      <w:r>
        <w:t>Anari frowned. She had not ghosted him. She had been asleep after working most of the previous night. The distinction felt petty enough that she let it go.</w:t>
      </w:r>
    </w:p>
    <w:p>
      <w:pPr/>
      <w:r>
        <w:t>WORKING A RUSH JOB. TOMORROW MAYBE.</w:t>
      </w:r>
    </w:p>
    <w:p>
      <w:pPr/>
      <w:r>
        <w:t>Three dots appeared. Disappeared. Appeared again.</w:t>
      </w:r>
    </w:p>
    <w:p>
      <w:pPr/>
      <w:r>
        <w:t>YOU ALWAYS WORKING.</w:t>
      </w:r>
    </w:p>
    <w:p>
      <w:pPr/>
      <w:r>
        <w:t>Anari read the sentence twice. “And you always complaining.”</w:t>
      </w:r>
    </w:p>
    <w:p>
      <w:pPr/>
      <w:r>
        <w:t>She did not send that part. Instead she locked the screen and returned to Gauge’s incomplete work order.</w:t>
      </w:r>
    </w:p>
    <w:p>
      <w:pPr/>
      <w:r>
        <w:t>For a second the ordinary annoyances helped. Batteries. Dinner plans. Customers who lied about budgets. The pieces of a normal life were reassuring because they were small enough to understand.</w:t>
      </w:r>
    </w:p>
    <w:p>
      <w:pPr/>
      <w:r>
        <w:t>Then she remembered Gauge saying please.</w:t>
      </w:r>
    </w:p>
    <w:p>
      <w:pPr/>
      <w:r>
        <w:t>Her smile vanished.</w:t>
      </w:r>
    </w:p>
    <w:p w:rsidR="00095185" w:rsidRDefault="00E41A6A">
      <w:r>
        <w:t>Rush completion. Gauge normally included far more information than this. The omission made Anari uneasy, but she trusted him enough not to turn around. She adjusted the controls, and the Focus banked toward the glowing business district. “So far, he talks a good game.”</w:t>
      </w:r>
    </w:p>
    <w:p w:rsidR="00095185" w:rsidRDefault="00E41A6A">
      <w:r>
        <w:t>Her professional profile also attracted the occasional customer whose intentions had very little to do with technology. More than once, Anari had arrived expecting a repair and instead had to shut down invitations to dinner, drinks, or private “consultations.” Those jobs ended before she opened her toolbox. She rolled her eyes. “Please just let this be an actual job.” Outside, the rain-speckled skyline drifted past as the Focus continued toward Tech Outfitters.</w:t>
      </w:r>
    </w:p>
    <w:p w:rsidR="00095185" w:rsidRDefault="00E41A6A">
      <w:pPr>
        <w:pStyle w:val="ActuatorChapterTitle"/>
        <w:rPr>
          <w:rFonts w:hint="eastAsia"/>
        </w:rPr>
      </w:pPr>
      <w:r>
        <w:t>Chapter 3: Three More</w:t>
      </w:r>
    </w:p>
    <w:p w:rsidR="00095185" w:rsidRDefault="00E41A6A">
      <w:pPr>
        <w:pStyle w:val="ActuatorSceneStart"/>
        <w:ind/>
      </w:pPr>
      <w:r>
        <w:t>Mecca studied the file hovering above her Mustang’s console. Instrument light reflected in her platinum eyes as she checked the portrait and service history.</w:t>
      </w:r>
    </w:p>
    <w:p w:rsidR="00095185" w:rsidRDefault="00E41A6A">
      <w:r>
        <w:t>Mecca’s expression remained unreadable as she silently studied the information. For several long moments, the only sounds inside the cockpit were the steady whisper of the climate controls, the subdued hum of the propulsion system, and the occasional confirmation chime announcing that another encrypted record had successfully loaded. None of it reached her face. Then she spoke. “Command: Destination, autopilot.” The onboard navigation acknowledged her immediately.</w:t>
      </w:r>
    </w:p>
    <w:p w:rsidR="00095185" w:rsidRDefault="00E41A6A">
      <w:r>
        <w:t>“Autopilot engaged.” The yoke retracted. Mecca checked Troix Mbade’s service records, commendations, and classified gaps. “He told me he was representing his boss.” The record looked legitimate. The missing pieces interested her.</w:t>
      </w:r>
    </w:p>
    <w:p w:rsidR="00095185" w:rsidRDefault="00E41A6A">
      <w:r>
        <w:t>Her platinum eyes drifted thoughtfully across the profile once more before returning to the portrait. “Seems legitimate enough.” She rested an elbow against the armrest, absentmindedly tracing a finger along the edge of the center console while the autopilot continued making microscopic course corrections on its own. “Maybe I should relax.” A faint smile gradually replaced the skepticism she’d been carrying all evening. Not much. Just enough to soften the sharpness around her eyes. “It’s time something good came my way.” For the first time since accepting the assignment, she allowed herself to believe this might simply be another well-paying engineering contract. Maybe the generous bonus wasn’t bait. Maybe Troix’s boss genuinely valued discretion and quality workmanship. She couldn’t remember the last time things had worked out exactly as promised. Maybe this time they would.</w:t>
      </w:r>
    </w:p>
    <w:p w:rsidR="00095185" w:rsidRDefault="00E41A6A">
      <w:r>
        <w:t>Rain clouds swallowed the moon as her Mustang carried her toward Midnight City.</w:t>
      </w:r>
    </w:p>
    <w:p>
      <w:pPr/>
      <w:r>
        <w:t>Her Disc Icon chimed once. A secure message from Troix appeared with no greeting.</w:t>
      </w:r>
    </w:p>
    <w:p>
      <w:pPr/>
      <w:r>
        <w:t>ARRIVAL WINDOW: 1600 TOMORROW. REPORT TO EAST VEHICLE GATE. BRING PERSONAL TOOLS IF PREFERRED.</w:t>
      </w:r>
    </w:p>
    <w:p>
      <w:pPr/>
      <w:r>
        <w:t>Mecca read it twice, then laughed. “This man texts like a loading manifest.”</w:t>
      </w:r>
    </w:p>
    <w:p>
      <w:pPr/>
      <w:r>
        <w:t>She opened a reply.</w:t>
      </w:r>
    </w:p>
    <w:p>
      <w:pPr/>
      <w:r>
        <w:t>DO I GET A TOUR OR DO Y’ALL JUST THROW ME UNDER A TANK AND SEE WHAT HAPPENS?</w:t>
      </w:r>
    </w:p>
    <w:p>
      <w:pPr/>
      <w:r>
        <w:t>The response took less than thirty seconds.</w:t>
      </w:r>
    </w:p>
    <w:p>
      <w:pPr/>
      <w:r>
        <w:t>TOUR FIRST.</w:t>
      </w:r>
    </w:p>
    <w:p>
      <w:pPr/>
      <w:r>
        <w:t>A second message followed.</w:t>
      </w:r>
    </w:p>
    <w:p>
      <w:pPr/>
      <w:r>
        <w:t>TANK AFTER.</w:t>
      </w:r>
    </w:p>
    <w:p>
      <w:pPr/>
      <w:r>
        <w:t>Mecca sat up straighter. “Okay. So there is a person in there.”</w:t>
      </w:r>
    </w:p>
    <w:p>
      <w:pPr/>
      <w:r>
        <w:t>She sent one final line.</w:t>
      </w:r>
    </w:p>
    <w:p>
      <w:pPr/>
      <w:r>
        <w:t>GOOD. I HATE PAPERWORK.</w:t>
      </w:r>
    </w:p>
    <w:p>
      <w:pPr/>
      <w:r>
        <w:t>Troix answered:</w:t>
      </w:r>
    </w:p>
    <w:p>
      <w:pPr/>
      <w:r>
        <w:t>THERE WILL ALSO BE PAPERWORK.</w:t>
      </w:r>
    </w:p>
    <w:p>
      <w:pPr/>
      <w:r>
        <w:t>Mecca groaned at the windshield. “Of course there will be.”</w:t>
      </w:r>
    </w:p>
    <w:p>
      <w:pPr/>
      <w:r>
        <w:t>The exchange should not have reassured her as much as it did. Classified gaps still filled his record. She still did not know exactly who his boss was or why a military organization had approached a civilian mechanic with no warning. But a man who could deadpan through secure messaging about tanks and paperwork felt slightly less like someone planning to disappear her into a bunker.</w:t>
      </w:r>
    </w:p>
    <w:p>
      <w:pPr/>
      <w:r>
        <w:t>She set the Disc Icon aside and let the Mustang carry her north.</w:t>
      </w:r>
    </w:p>
    <w:p w:rsidR="00095185" w:rsidRDefault="00E41A6A">
      <w:r>
        <w:t>Ethic walked through Midnight City’s business district. Taxi drones passed above the wet pavement, their lights briefly illuminating closed storefronts. He had secured the equipment. Personnel were another matter.</w:t>
      </w:r>
    </w:p>
    <w:p w:rsidR="00095185" w:rsidRDefault="00E41A6A">
      <w:r>
        <w:t>The roster on his Disc Icon still had three empty places.</w:t>
      </w:r>
    </w:p>
    <w:p w:rsidR="00095185" w:rsidRDefault="00E41A6A">
      <w:r>
        <w:t>“Skill is far more important than budget,” he muttered. The money was available. Finding the right people would take time he might not have.</w:t>
      </w:r>
    </w:p>
    <w:p w:rsidR="00095185" w:rsidRDefault="00E41A6A">
      <w:r>
        <w:t>Gideon knew the routines of conventional units because Ethic had taught them to him. Another squad trained to obey the same rules would give him little to guess at. Ethic needed people willing to argue with their commander before following him into a mistake.</w:t>
      </w:r>
    </w:p>
    <w:p w:rsidR="00095185" w:rsidRDefault="00E41A6A">
      <w:r>
        <w:t>Miles away, the forge complex beneath T.R.A.P.S. Headquarters rang with metal on metal. Troix Mbade stood alone at a fabrication station, sleeves rolled above his forearms while a furnace washed the bay in orange light. He drew a sample from the crucible, touched it to a sensor, and watched the molecular readout climb across his visor. Carbon content: high by two-tenths of a percent. Troix frowned, adjusted the feed, and waited for the next reading. Most people on the base knew him as Ethic Royce’s second-in-command. Fewer had watched him spend an hour correcting an alloy no one else would have noticed until a plate cracked under fire. To Troix, that difference was the job. Armor either held when somebody needed it, or it became an expensive explanation after the funeral. The numbers settled inside tolerance. Only then did he set the tool down. His Disc Icon flashed: CALLER ID: BOSS. He accepted the transmission. “Sir?”</w:t>
      </w:r>
    </w:p>
    <w:p w:rsidR="00095185" w:rsidRDefault="00E41A6A">
      <w:r>
        <w:t>Ethic’s face materialized above the device. Even through the compact holographic projection, Troix recognized the exhaustion weighing on his commander. The lines beneath Ethic’s eyes had deepened, and his usual calm now carried the strain of too many sleepless nights, too many difficult decisions, and too many lives resting on his shoulders. Ethic rubbed the back of his neck before speaking. “I’m done with business.” His voice carried the fatigue of someone trying to convince himself as much as anyone else. “Need to get a little off of my mind.” He managed a weary smile. “I think I’ll hit the entertainment district for a few.” For a moment, he looked less like a commander and more like a man trying to remember what an ordinary evening felt like.</w:t>
      </w:r>
    </w:p>
    <w:p w:rsidR="00095185" w:rsidRDefault="00E41A6A">
      <w:r>
        <w:t>“Any news?” Ethic asked. Troix checked the personnel schedule beside the crucible. “Our new mechanic is due tomorrow, sir. ETA sixteen-hundred.”</w:t>
      </w:r>
    </w:p>
    <w:p>
      <w:pPr/>
      <w:r>
        <w:t>“You sound tired,” Troix said.</w:t>
      </w:r>
    </w:p>
    <w:p>
      <w:pPr/>
      <w:r>
        <w:t>Ethic glanced at the small hologram as if surprised Troix had noticed. “I’m fine.”</w:t>
      </w:r>
    </w:p>
    <w:p>
      <w:pPr/>
      <w:r>
        <w:t>“That was not my observation.”</w:t>
      </w:r>
    </w:p>
    <w:p>
      <w:pPr/>
      <w:r>
        <w:t>“Didn’t ask for one.”</w:t>
      </w:r>
    </w:p>
    <w:p>
      <w:pPr/>
      <w:r>
        <w:t>“No, sir.”</w:t>
      </w:r>
    </w:p>
    <w:p>
      <w:pPr/>
      <w:r>
        <w:t>Troix returned to the glowing alloy beneath his tools. “It remains available.”</w:t>
      </w:r>
    </w:p>
    <w:p>
      <w:pPr/>
      <w:r>
        <w:t>Ethic rubbed a hand over his face. With anyone else the answer might have irritated him. With Troix it was simply part of the architecture of their friendship.</w:t>
      </w:r>
    </w:p>
    <w:p>
      <w:pPr/>
      <w:r>
        <w:t>“If I stay in headquarters,” Ethic admitted, “I’m going to stare at Gideon’s map until sunrise and convince myself the right answer is hiding in a pixel.”</w:t>
      </w:r>
    </w:p>
    <w:p>
      <w:pPr/>
      <w:r>
        <w:t>Troix adjusted the power on the forge. “You have done that before.”</w:t>
      </w:r>
    </w:p>
    <w:p>
      <w:pPr/>
      <w:r>
        <w:t>“And?”</w:t>
      </w:r>
    </w:p>
    <w:p>
      <w:pPr/>
      <w:r>
        <w:t>“The pixel was innocent.”</w:t>
      </w:r>
    </w:p>
    <w:p>
      <w:pPr/>
      <w:r>
        <w:t>Ethic barked out a laugh before he could stop it. “See? That’s why I’m going out.”</w:t>
      </w:r>
    </w:p>
    <w:p>
      <w:pPr/>
      <w:r>
        <w:t>“To drink.”</w:t>
      </w:r>
    </w:p>
    <w:p>
      <w:pPr/>
      <w:r>
        <w:t>“To eat.”</w:t>
      </w:r>
    </w:p>
    <w:p>
      <w:pPr/>
      <w:r>
        <w:t>Troix waited.</w:t>
      </w:r>
    </w:p>
    <w:p>
      <w:pPr/>
      <w:r>
        <w:t>“And maybe drink.”</w:t>
      </w:r>
    </w:p>
    <w:p>
      <w:pPr/>
      <w:r>
        <w:t>“One.”</w:t>
      </w:r>
    </w:p>
    <w:p>
      <w:pPr/>
      <w:r>
        <w:t>Ethic raised an eyebrow. “Excuse me?”</w:t>
      </w:r>
    </w:p>
    <w:p>
      <w:pPr/>
      <w:r>
        <w:t>Troix finally looked at the projection. “You are our commander. Tomorrow I prefer you possess the same number of functional brain cells you have tonight.”</w:t>
      </w:r>
    </w:p>
    <w:p>
      <w:pPr/>
      <w:r>
        <w:t>“I outrank you.”</w:t>
      </w:r>
    </w:p>
    <w:p>
      <w:pPr/>
      <w:r>
        <w:t>“Yes, sir.”</w:t>
      </w:r>
    </w:p>
    <w:p>
      <w:pPr/>
      <w:r>
        <w:t>“That didn’t sound like surrender.”</w:t>
      </w:r>
    </w:p>
    <w:p>
      <w:pPr/>
      <w:r>
        <w:t>“It was acknowledgment.”</w:t>
      </w:r>
    </w:p>
    <w:p>
      <w:pPr/>
      <w:r>
        <w:t>Ethic shook his head, smiling despite himself. “You know what your problem is?”</w:t>
      </w:r>
    </w:p>
    <w:p>
      <w:pPr/>
      <w:r>
        <w:t>“Several people have offered lists.”</w:t>
      </w:r>
    </w:p>
    <w:p>
      <w:pPr/>
      <w:r>
        <w:t>“You remember all my bad habits.”</w:t>
      </w:r>
    </w:p>
    <w:p>
      <w:pPr/>
      <w:r>
        <w:t>“Someone should. Gideon remembers the useful ones.”</w:t>
      </w:r>
    </w:p>
    <w:p>
      <w:pPr/>
      <w:r>
        <w:t>The humor thinned at the name. Ethic’s gaze drifted away from the projection.</w:t>
      </w:r>
    </w:p>
    <w:p>
      <w:pPr/>
      <w:r>
        <w:t>Troix let the silence exist. Then he said, “Go eat. See people who are not on a tactical display. Come back when your head is quieter.”</w:t>
      </w:r>
    </w:p>
    <w:p>
      <w:pPr/>
      <w:r>
        <w:t>Ethic nodded once. “That’s the plan.”</w:t>
      </w:r>
    </w:p>
    <w:p>
      <w:pPr/>
      <w:r>
        <w:t>“Good.”</w:t>
      </w:r>
    </w:p>
    <w:p>
      <w:pPr/>
      <w:r>
        <w:t>“And Troix?”</w:t>
      </w:r>
    </w:p>
    <w:p>
      <w:pPr/>
      <w:r>
        <w:t>“Sir?”</w:t>
      </w:r>
    </w:p>
    <w:p>
      <w:pPr/>
      <w:r>
        <w:t>“If you tell anyone you just ordered me to go relax, I’ll deny it.”</w:t>
      </w:r>
    </w:p>
    <w:p>
      <w:pPr/>
      <w:r>
        <w:t>“I will document the order for accuracy.”</w:t>
      </w:r>
    </w:p>
    <w:p>
      <w:pPr/>
      <w:r>
        <w:t>Ethic ended the call laughing.</w:t>
      </w:r>
    </w:p>
    <w:p w:rsidR="00095185" w:rsidRDefault="00E41A6A">
      <w:r>
        <w:t>Life inside T.R.A.P.S. never truly slowed. Few of its personnel realized another piece of Ethic Royce’s carefully assembled team was already making her way toward Midnight City. If all went according to plan, tomorrow would mark the beginning of something far greater than a simple recruitment. It would mark the first move in a conflict everyone knew was coming, even if few understood just how close it had become.</w:t>
      </w:r>
    </w:p>
    <w:p w:rsidR="00095185" w:rsidRDefault="00E41A6A">
      <w:pPr>
        <w:pStyle w:val="ActuatorSceneStart"/>
        <w:ind/>
      </w:pPr>
      <w:r>
        <w:t>Khalid and Zion eventually found themselves at The Center, one of the most popular bars in Midnight City’s entertainment district. Living up to its name, the establishment occupied nearly the exact heart of the city’s nightlife, surrounded on every side by clubs, restaurants, music halls, rooftop lounges, and late-night entertainment that kept the district alive until sunrise.</w:t>
      </w:r>
    </w:p>
    <w:p w:rsidR="00095185" w:rsidRDefault="00E41A6A">
      <w:r>
        <w:t>Some patrons shot to their feet, fists thrust triumphantly into the air as they celebrated a spectacular catch, while others buried their faces in their hands, groaning in frustration after watching the same play from the opposite perspective. Jerseys representing rival teams filled nearly every section of the bar, transforming each successful drive into another excuse for cheers, playful insults, competitive shouting, and spirited debates between complete strangers who behaved like lifelong rivals. The energy was contagious. Khalid and Zion squeezed through the sea of people before finally claiming two empty stools at the long bar. The polished counter stretched nearly the entire length of the building, glowing softly beneath embedded lighting while rows of colorful bottles climbed toward the ceiling behind the bartender in carefully arranged displays. Khalid leaned forward immediately, both elbows resting against the counter. “There we go!”</w:t>
      </w:r>
    </w:p>
    <w:p w:rsidR="00095185" w:rsidRDefault="00E41A6A">
      <w:r>
        <w:t>Khalid pointed to the holo-screen. “I told you they should’ve run that play!”</w:t>
      </w:r>
    </w:p>
    <w:p>
      <w:pPr/>
      <w:r>
        <w:t>Zion laughed. “You say that every time.”</w:t>
      </w:r>
    </w:p>
    <w:p>
      <w:pPr/>
      <w:r>
        <w:t>“And I’m right every time.” The bartender slid their drinks across the counter. Khalid leaned forward as another receiver launched across the field. “Hey, Zy. You think we should’ve stayed in school and gone after a Jet Ball scholarship?”</w:t>
      </w:r>
    </w:p>
    <w:p w:rsidR="00095185" w:rsidRDefault="00E41A6A">
      <w:r>
        <w:t>He leaned back on his stool with a crooked grin. “We kick ass in Jet Ball!” There wasn’t much arrogance behind the statement. Just nostalgia. The memories came easily. Long afternoons spent on neighborhood fields. School tournaments. Friendly rivalries. The countless games where the two of them had walked away convinced they were destined for something bigger. Zion didn’t answer right away. He lifted his glass and watched the game unfold while giving the question genuine thought. The cheers surrounding them gradually faded into the background as he weighed the idea for several seconds, replaying possibilities that had crossed his mind more than once over the years. “I’ve thought about it.” His focus stayed on the screen. “The pay is great.”</w:t>
      </w:r>
    </w:p>
    <w:p w:rsidR="00095185" w:rsidRDefault="00E41A6A">
      <w:r>
        <w:t>A receiver absorbed a crushing hit that sent the crowd into another uproar, glasses rattling across the bar as dozens of patrons jumped to their feet. “But eighty-five percent of NJL players go broke shortly after retirement.” He took a slow sip before continuing. “And the wear and tear on your brain isn’t reparable through Nano yet.” His expression remained calm. “Bad move.” Khalid winced. “Yeah…” He couldn’t argue with that. Fame rarely lasted as long as the bills it created.</w:t>
      </w:r>
    </w:p>
    <w:p w:rsidR="00095185" w:rsidRDefault="00E41A6A">
      <w:r>
        <w:t>Both men lifted their glasses almost in unison, taking another drink as the crowd exploded around them following a spectacular interception that sent one half of the bar into celebration while the other groaned in disbelief. Khalid set his glass back onto the counter with a sigh. “Case in point.” He scratched thoughtfully at the side of his head. “Okay…”</w:t>
      </w:r>
    </w:p>
    <w:p w:rsidR="00A25E01" w:rsidRDefault="00E41A6A" w:rsidP="00A25E01">
      <w:r>
        <w:t>“So what do you propose as a good career field? I can’t work in that hot-ass warehouse forever!” Khalid’s grin faded. Tomorrow meant another shift unloading freight. He set his drink down harder than he intended.</w:t>
      </w:r>
    </w:p>
    <w:p>
      <w:pPr/>
      <w:r>
        <w:t>Zion took another drink. “You ever think maybe the problem ain’t the warehouse?”</w:t>
      </w:r>
    </w:p>
    <w:p>
      <w:pPr/>
      <w:r>
        <w:t>Khalid stared at him. “There are no windows, Zy. The problem is definitely the warehouse.”</w:t>
      </w:r>
    </w:p>
    <w:p>
      <w:pPr/>
      <w:r>
        <w:t>“I mean you.”</w:t>
      </w:r>
    </w:p>
    <w:p>
      <w:pPr/>
      <w:r>
        <w:t>“Oh, now I’m the problem?”</w:t>
      </w:r>
    </w:p>
    <w:p>
      <w:pPr/>
      <w:r>
        <w:t>“You bored. That’s dangerous.”</w:t>
      </w:r>
    </w:p>
    <w:p>
      <w:pPr/>
      <w:r>
        <w:t>Khalid leaned back, considering it. “I’m not bored.”</w:t>
      </w:r>
    </w:p>
    <w:p>
      <w:pPr/>
      <w:r>
        <w:t>Zion waited.</w:t>
      </w:r>
    </w:p>
    <w:p>
      <w:pPr/>
      <w:r>
        <w:t>“Okay, I’m extremely bored.”</w:t>
      </w:r>
    </w:p>
    <w:p>
      <w:pPr/>
      <w:r>
        <w:t>“There it is.”</w:t>
      </w:r>
    </w:p>
    <w:p>
      <w:pPr/>
      <w:r>
        <w:t>Khalid rubbed his palms together. Calluses from years of training sat beside smaller cuts from freight straps and warehouse metal. “Yesterday my supervisor wrote me up because I stopped a pallet from tipping instead of letting the loading bot reset it.”</w:t>
      </w:r>
    </w:p>
    <w:p>
      <w:pPr/>
      <w:r>
        <w:t>“You saved the shipment.”</w:t>
      </w:r>
    </w:p>
    <w:p>
      <w:pPr/>
      <w:r>
        <w:t>“Exactly.”</w:t>
      </w:r>
    </w:p>
    <w:p>
      <w:pPr/>
      <w:r>
        <w:t>“Why’d he write you up?”</w:t>
      </w:r>
    </w:p>
    <w:p>
      <w:pPr/>
      <w:r>
        <w:t>“Unauthorized manual intervention.”</w:t>
      </w:r>
    </w:p>
    <w:p>
      <w:pPr/>
      <w:r>
        <w:t>Zion laughed into his glass.</w:t>
      </w:r>
    </w:p>
    <w:p>
      <w:pPr/>
      <w:r>
        <w:t>“Man, don’t laugh. There were two thousand credits of equipment about to eat concrete. I caught the pallet, put it back on the lift, and this dude comes over talking about protocol.”</w:t>
      </w:r>
    </w:p>
    <w:p>
      <w:pPr/>
      <w:r>
        <w:t>“Protocol don’t have workers’ comp.”</w:t>
      </w:r>
    </w:p>
    <w:p>
      <w:pPr/>
      <w:r>
        <w:t>“Thank you.”</w:t>
      </w:r>
    </w:p>
    <w:p>
      <w:pPr/>
      <w:r>
        <w:t>Zion lifted his glass. “To not getting fired for being useful.”</w:t>
      </w:r>
    </w:p>
    <w:p>
      <w:pPr/>
      <w:r>
        <w:t>Khalid tapped his glass against it. “And to you not smelling like a chemical landfill.”</w:t>
      </w:r>
    </w:p>
    <w:p>
      <w:pPr/>
      <w:r>
        <w:t>“You obsessed with my job.”</w:t>
      </w:r>
    </w:p>
    <w:p>
      <w:pPr/>
      <w:r>
        <w:t>“Your job follows you home.”</w:t>
      </w:r>
    </w:p>
    <w:p>
      <w:pPr/>
      <w:r>
        <w:t>Zion laughed, then watched the game for a few seconds. “You know what I actually wanted to do when we were kids?”</w:t>
      </w:r>
    </w:p>
    <w:p>
      <w:pPr/>
      <w:r>
        <w:t>Khalid looked over. “Jet Ball.”</w:t>
      </w:r>
    </w:p>
    <w:p>
      <w:pPr/>
      <w:r>
        <w:t>“Besides that.”</w:t>
      </w:r>
    </w:p>
    <w:p>
      <w:pPr/>
      <w:r>
        <w:t>“Professional wrestler.”</w:t>
      </w:r>
    </w:p>
    <w:p>
      <w:pPr/>
      <w:r>
        <w:t>“I was nine.”</w:t>
      </w:r>
    </w:p>
    <w:p>
      <w:pPr/>
      <w:r>
        <w:t>“You had a mask.”</w:t>
      </w:r>
    </w:p>
    <w:p>
      <w:pPr/>
      <w:r>
        <w:t>“I had vision.”</w:t>
      </w:r>
    </w:p>
    <w:p>
      <w:pPr/>
      <w:r>
        <w:t>Khalid nearly choked on his drink.</w:t>
      </w:r>
    </w:p>
    <w:p>
      <w:pPr/>
      <w:r>
        <w:t>Zion let him recover. “Rescue work. Disaster response. Something where all the training made sense.”</w:t>
      </w:r>
    </w:p>
    <w:p>
      <w:pPr/>
      <w:r>
        <w:t>Khalid’s amusement softened. “Why didn’t you?”</w:t>
      </w:r>
    </w:p>
    <w:p>
      <w:pPr/>
      <w:r>
        <w:t>“Money. Certifications. Moving around. Then life just kept going.” Zion turned the glass slowly between his hands. “You ever notice how easy it is to become whatever pays you Friday?”</w:t>
      </w:r>
    </w:p>
    <w:p>
      <w:pPr/>
      <w:r>
        <w:t>Khalid went quiet.</w:t>
      </w:r>
    </w:p>
    <w:p>
      <w:pPr/>
      <w:r>
        <w:t>On the holo-screen, another athlete launched himself into three defenders for a gain of less than a yard. The whole bar erupted anyway.</w:t>
      </w:r>
    </w:p>
    <w:p>
      <w:pPr/>
      <w:r>
        <w:t>“Maybe we missed the turn,” Khalid said.</w:t>
      </w:r>
    </w:p>
    <w:p>
      <w:pPr/>
      <w:r>
        <w:t>Zion shook his head. “Then we find another road.”</w:t>
      </w:r>
    </w:p>
    <w:p w:rsidR="00095185" w:rsidRDefault="00E41A6A" w:rsidP="004D3024">
      <w:r>
        <w:t>“All I own is an early-model Ford Focus Sky.” Anari laughed to herself as she admired the pair of luxury vehicles. “I’m still making payments on it at that…” She slowly circled the two BMWs, unable to resist taking them in from every angle. Her fingers twitched with the temptation to run them across the flawless body panels, but years of professionalism stopped her short. The silver BMW shimmered beneath the overhead lighting, every polished contour reflecting the garage with mirror-like clarity. Beside it, the black one carried an entirely different personality. Both machines rested silently atop their lift plates, elegant and intimidating in equal measure. They looked less like transportation and more like predators patiently waiting to be awakened. Everything about them radiated precision. She crouched beside the silver car, studying the propulsion assembly tucked beneath the rear quarter panel. “Custom stabilizers…” Her eyes narrowed. “Reinforced magnetic couplings.” She leaned in another inch, her curiosity taking over. “These definitely didn’t leave the factory like this.”</w:t>
      </w:r>
    </w:p>
    <w:p w:rsidR="00095185" w:rsidRDefault="00E41A6A">
      <w:r>
        <w:t>The front propulsion housing sat lower than expected. She tilted her head. “That ride height isn’t for comfort.” Her mind immediately began assembling possibilities. Higher-speed cornering. Reduced drag. Improved stability during aggressive maneuvers. Perhaps additional weight hidden somewhere beneath the chassis. Whatever the reason, every modification appeared deliberate. Nothing had been added for appearance alone. She smiled to herself. “I’d love to meet whoever built these.” For a moment, the job disappeared completely. She wasn’t thinking about the bonus.</w:t>
      </w:r>
    </w:p>
    <w:p w:rsidR="00095185" w:rsidRDefault="00E41A6A">
      <w:r>
        <w:t>She wasn’t thinking about Gauge’s strange behavior. Eventually, professionalism reasserted itself. “All right…” She exhaled softly. “Let’s see what you’ve got hiding under there.”</w:t>
      </w:r>
    </w:p>
    <w:p w:rsidR="00095185" w:rsidRDefault="00E41A6A">
      <w:r>
        <w:t>Whoever owned these cars spared absolutely no expense. If the installation work matched the quality of the vehicles themselves, tonight might actually be fun. Still smiling to herself, Anari rounded the bend leading toward the main lobby. The smile vanished.</w:t>
      </w:r>
    </w:p>
    <w:p w:rsidR="00095185" w:rsidRDefault="00E41A6A">
      <w:r>
        <w:t>The giant blocked the way, a Data Visor glowing across his forehead. The leaner man stood beside him with his hands resting comfortably at his sides. Behind them, Grandpa Gauge had not moved. The fear she’d seen in his eyes was still there. Anari stopped.</w:t>
      </w:r>
    </w:p>
    <w:p w:rsidR="00095185" w:rsidRDefault="00E41A6A">
      <w:r>
        <w:t>Whatever had unsettled him was standing right in front of her. She blinked once before finally finding her voice. “So…” A polite smile returned to her face. “I take it that these are the customers.” She stepped forward confidently, extending a hand in greeting. Though curiosity lingered in the back of her mind, years of dealing with unusual clients kept her professionalism intact. Whatever impression these strangers intended to make, she wasn’t about to let herself be intimidated before the job had even begun. “Hi, my name is Anari!” Her natural enthusiasm slipped effortlessly into her voice. “I am here to service your Beemers!”</w:t>
      </w:r>
    </w:p>
    <w:p w:rsidR="00095185" w:rsidRDefault="00E41A6A">
      <w:r>
        <w:t>The giant’s mouth began to twitch. “Siege,” the woman said. He let the expression fall as she stepped forward.</w:t>
      </w:r>
    </w:p>
    <w:p w:rsidR="00095185" w:rsidRDefault="00E41A6A">
      <w:r>
        <w:t>“Both cars need servicing immediately. Cash on completion.” Her silver eyes stayed on Anari while Siege lifted a reinforced briefcase. The engineer glanced at its biometric locks.</w:t>
      </w:r>
    </w:p>
    <w:p w:rsidR="00095185" w:rsidRDefault="00E41A6A">
      <w:r>
        <w:t>Anari’s eyes lingered on it for a second. The possibilities multiplied faster than she could dismiss them. Whatever it was, somebody clearly considered it valuable enough to carry payment in physical credits instead of transferring the funds electronically. Payday. Before she could ask another question, Grandpa Gauge quietly stepped around the group and motioned to the garage. “This way.”</w:t>
      </w:r>
    </w:p>
    <w:p w:rsidR="00095185" w:rsidRDefault="00E41A6A">
      <w:r>
        <w:t>Gauge kept his voice level, but the stiffness across his shoulders never left. Anari followed him to the waiting BMWs and set her work bag on the nearest lift. The moment he started talking hardware, some of the fear drained out of him. “Consoles in the center sections,” he said, pointing through the open cockpit. “Activity plates beneath the front and rear passenger floors. Wiring stays hidden and secured.” He crouched and traced the route under the chassis with two fingers, the same way he had taught her to plan a job years ago. Anari knelt beside him and followed the path. “Separate power?” “Isolated from the factory bus until the final junction.” “Grounding?” “Dedicated.” She nodded. This was familiar territory: fit, routing, heat, vibration, access. Gauge’s breathing evened as the project became something he could solve. “No shortcuts,” he said. “No exposed harnesses. If something doesn’t fit naturally…” “Make it fit naturally,” Anari finished. For a second, he sounded like himself again.</w:t>
      </w:r>
    </w:p>
    <w:p w:rsidR="00095185" w:rsidRDefault="00E41A6A">
      <w:r>
        <w:t>He paused briefly. “Everything has to be clean. No unnecessary splices.” His eyes met hers for the first time since she’d arrived. Anari’s face lit up. A genuine smile spread across her lips as excitement replaced the uncertainty she’d felt moments earlier. This was exactly the kind of work she enjoyed. Not routine maintenance. Not replacing worn components or swapping defective processors. This was precision installation. Complex engineering. The kind of challenge that demanded concentration, patience, creativity, and absolute confidence in her own abilities. It had been far too long. She cracked her knuckles absentmindedly before stepping closer to the equipment.</w:t>
      </w:r>
    </w:p>
    <w:p w:rsidR="00095185" w:rsidRDefault="00E41A6A">
      <w:r>
        <w:t>“All right…” She nodded enthusiastically. “I can do that.”</w:t>
      </w:r>
    </w:p>
    <w:p w:rsidR="00095185" w:rsidRDefault="00E41A6A">
      <w:r>
        <w:t>She examined the activity plates. Light shifted across an unfamiliar alloy, and the weight surprised her. Color-coded clips separated the wiring; metallic strands showed through the smooth insulation. She turned one connector over, studying its pins before choosing a tool.</w:t>
      </w:r>
    </w:p>
    <w:p w:rsidR="00095185" w:rsidRDefault="00E41A6A">
      <w:r>
        <w:t>Anari laid out an installation order that would leave each connection accessible for testing. Whatever the equipment did, she intended to deliver work she could stand behind.</w:t>
      </w:r>
    </w:p>
    <w:p>
      <w:pPr/>
      <w:r>
        <w:t>Gauge brought over a padded tray containing the first activity plate. “Start with the silver car. Rear cabin.”</w:t>
      </w:r>
    </w:p>
    <w:p>
      <w:pPr/>
      <w:r>
        <w:t>Anari set the plate on her bench. “You know what this does?”</w:t>
      </w:r>
    </w:p>
    <w:p>
      <w:pPr/>
      <w:r>
        <w:t>“I know where it goes.”</w:t>
      </w:r>
    </w:p>
    <w:p>
      <w:pPr/>
      <w:r>
        <w:t>“That was not my question.”</w:t>
      </w:r>
    </w:p>
    <w:p>
      <w:pPr/>
      <w:r>
        <w:t>Gauge adjusted his spectacles. “Tonight it is the answer you get.”</w:t>
      </w:r>
    </w:p>
    <w:p>
      <w:pPr/>
      <w:r>
        <w:t>She gave him a long look but picked up her scanner. The plate’s outer shell returned almost no useful material data. “Cute. Whoever made this doesn’t want anybody reading the alloy.”</w:t>
      </w:r>
    </w:p>
    <w:p>
      <w:pPr/>
      <w:r>
        <w:t>From the far side of the garage, Vulcan said, “Correct.”</w:t>
      </w:r>
    </w:p>
    <w:p>
      <w:pPr/>
      <w:r>
        <w:t>Anari glanced over her shoulder. “You always answer questions people didn’t ask you?”</w:t>
      </w:r>
    </w:p>
    <w:p>
      <w:pPr/>
      <w:r>
        <w:t>The Russian folded his arms. “Often saves time.”</w:t>
      </w:r>
    </w:p>
    <w:p>
      <w:pPr/>
      <w:r>
        <w:t>His accent was clearer at rest than it had been in the lobby, broad vowels under otherwise fluent English. He did not sound unintelligent. He sounded like a man who had learned another language because it was required and had never felt any obligation to decorate it.</w:t>
      </w:r>
    </w:p>
    <w:p>
      <w:pPr/>
      <w:r>
        <w:t>Anari smiled despite herself. “Good to know.”</w:t>
      </w:r>
    </w:p>
    <w:p>
      <w:pPr/>
      <w:r>
        <w:t>Siege stood near the garage entrance, silent enough to resemble another piece of heavy equipment. Sheol had taken the only chair, one ankle resting over the opposite knee while she watched the work instead of Anari.</w:t>
      </w:r>
    </w:p>
    <w:p>
      <w:pPr/>
      <w:r>
        <w:t>Anari disconnected the BMW’s interior power bus and began removing the rear floor panels. “If this thing draws more than factory load, I’m giving it a separate regulator.”</w:t>
      </w:r>
    </w:p>
    <w:p>
      <w:pPr/>
      <w:r>
        <w:t>Gauge nodded. “Agreed.”</w:t>
      </w:r>
    </w:p>
    <w:p>
      <w:pPr/>
      <w:r>
        <w:t>Vulcan said, “It draws more.”</w:t>
      </w:r>
    </w:p>
    <w:p>
      <w:pPr/>
      <w:r>
        <w:t>Gauge studied him. “Anything else you’d like to tell the technician before she finds it the hard way?”</w:t>
      </w:r>
    </w:p>
    <w:p>
      <w:pPr/>
      <w:r>
        <w:t>A pause.</w:t>
      </w:r>
    </w:p>
    <w:p>
      <w:pPr/>
      <w:r>
        <w:t>“It does not like voltage spikes.”</w:t>
      </w:r>
    </w:p>
    <w:p>
      <w:pPr/>
      <w:r>
        <w:t>Anari pointed her driver at him. “See? We’re building trust.”</w:t>
      </w:r>
    </w:p>
    <w:p>
      <w:pPr/>
      <w:r>
        <w:t>Sheol’s mouth curved faintly.</w:t>
      </w:r>
    </w:p>
    <w:p>
      <w:pPr/>
      <w:r>
        <w:t>For the next hour, the garage settled into the rhythm Anari understood best. Panels came off. Harnesses were measured, rerouted, and secured. She rejected the first mounting angle because a service technician would never be able to reach the lower coupling without removing half the interior. Gauge suggested hiding the junction deeper. Anari refused.</w:t>
      </w:r>
    </w:p>
    <w:p>
      <w:pPr/>
      <w:r>
        <w:t>“If it fails, somebody has to fix it,” she said.</w:t>
      </w:r>
    </w:p>
    <w:p>
      <w:pPr/>
      <w:r>
        <w:t>“The owners may not care about future serviceability.”</w:t>
      </w:r>
    </w:p>
    <w:p>
      <w:pPr/>
      <w:r>
        <w:t>“Then the owners are wrong.”</w:t>
      </w:r>
    </w:p>
    <w:p>
      <w:pPr/>
      <w:r>
        <w:t>Sheol spoke from the chair. “You say that very easily.”</w:t>
      </w:r>
    </w:p>
    <w:p>
      <w:pPr/>
      <w:r>
        <w:t>Anari looked over. “Machines don’t get offended.”</w:t>
      </w:r>
    </w:p>
    <w:p>
      <w:pPr/>
      <w:r>
        <w:t>“People do.”</w:t>
      </w:r>
    </w:p>
    <w:p>
      <w:pPr/>
      <w:r>
        <w:t>“Yeah. That’s why I like machines.”</w:t>
      </w:r>
    </w:p>
    <w:p>
      <w:pPr/>
      <w:r>
        <w:t>Something in Sheol’s expression changed, small enough that Anari almost missed it. “Machines do exactly what they are told.”</w:t>
      </w:r>
    </w:p>
    <w:p>
      <w:pPr/>
      <w:r>
        <w:t>“Until somebody tells them something stupid.”</w:t>
      </w:r>
    </w:p>
    <w:p>
      <w:pPr/>
      <w:r>
        <w:t>Vulcan let out a short laugh. Siege glanced at him as if the sound itself were suspicious.</w:t>
      </w:r>
    </w:p>
    <w:p>
      <w:pPr/>
      <w:r>
        <w:t>Anari returned to the wiring. “Besides, machines are honest. If they’re broken, they tell you. Heat. Noise. Vibration. Bad readings. People can be falling apart and still stand there saying they’re fine.”</w:t>
      </w:r>
    </w:p>
    <w:p>
      <w:pPr/>
      <w:r>
        <w:t>Gauge went very still.</w:t>
      </w:r>
    </w:p>
    <w:p>
      <w:pPr/>
      <w:r>
        <w:t>Anari noticed. “You okay?”</w:t>
      </w:r>
    </w:p>
    <w:p>
      <w:pPr/>
      <w:r>
        <w:t>“Fine.”</w:t>
      </w:r>
    </w:p>
    <w:p>
      <w:pPr/>
      <w:r>
        <w:t>She stared at him.</w:t>
      </w:r>
    </w:p>
    <w:p>
      <w:pPr/>
      <w:r>
        <w:t>Gauge cleared his throat. “Focus on the plate.”</w:t>
      </w:r>
    </w:p>
    <w:p>
      <w:pPr/>
      <w:r>
        <w:t>Sheol watched the exchange without comment.</w:t>
      </w:r>
    </w:p>
    <w:p>
      <w:pPr/>
      <w:r>
        <w:t>Anari fitted the dedicated regulator and routed the new harness through a channel she fabricated from a section of nonconductive composite. When she powered the conventional vehicle systems back up, every factory diagnostic returned green.</w:t>
      </w:r>
    </w:p>
    <w:p>
      <w:pPr/>
      <w:r>
        <w:t>Then the activity plate woke.</w:t>
      </w:r>
    </w:p>
    <w:p>
      <w:pPr/>
      <w:r>
        <w:t>For less than a second, a crimson pulse moved beneath its surface. The air inside the cabin tightened. Not wind. Pressure. Anari’s scanner lost orientation and rebooted.</w:t>
      </w:r>
    </w:p>
    <w:p>
      <w:pPr/>
      <w:r>
        <w:t>She froze. “Okay.”</w:t>
      </w:r>
    </w:p>
    <w:p>
      <w:pPr/>
      <w:r>
        <w:t>Gauge’s face lost color.</w:t>
      </w:r>
    </w:p>
    <w:p>
      <w:pPr/>
      <w:r>
        <w:t>Vulcan took one step forward.</w:t>
      </w:r>
    </w:p>
    <w:p>
      <w:pPr/>
      <w:r>
        <w:t>Anari lifted a hand. “Nobody touch anything.”</w:t>
      </w:r>
    </w:p>
    <w:p>
      <w:pPr/>
      <w:r>
        <w:t>She killed the auxiliary circuit. The pressure vanished.</w:t>
      </w:r>
    </w:p>
    <w:p>
      <w:pPr/>
      <w:r>
        <w:t>Sheol rose from the chair. “Problem?”</w:t>
      </w:r>
    </w:p>
    <w:p>
      <w:pPr/>
      <w:r>
        <w:t>“Maybe.” Anari reopened the diagnostic logs. “Your mystery plate fed something back through the chassis ground. Tiny spike, but I don’t like tiny spikes in systems I can’t identify.”</w:t>
      </w:r>
    </w:p>
    <w:p>
      <w:pPr/>
      <w:r>
        <w:t>“Can you fix it?” Sheol asked.</w:t>
      </w:r>
    </w:p>
    <w:p>
      <w:pPr/>
      <w:r>
        <w:t>Anari turned to her. “I can isolate it. Fixing implies I know what it is.”</w:t>
      </w:r>
    </w:p>
    <w:p>
      <w:pPr/>
      <w:r>
        <w:t>Sheol accepted the distinction with a small nod. “Then isolate it.”</w:t>
      </w:r>
    </w:p>
    <w:p>
      <w:pPr/>
      <w:r>
        <w:t>That response surprised Anari. No argument. No ego. Just the problem.</w:t>
      </w:r>
    </w:p>
    <w:p>
      <w:pPr/>
      <w:r>
        <w:t>“Finally,” Anari said. “A client who speaks engineer.”</w:t>
      </w:r>
    </w:p>
    <w:p>
      <w:pPr>
        <w:keepNext/>
      </w:pPr>
      <w:r>
        <w:t>“Do not spread that rumor,” Sheol replied.</w:t>
      </w:r>
    </w:p>
    <w:p>
      <w:pPr>
        <w:keepNext/>
      </w:pPr>
      <w:r>
        <w:t>Gauge actually laughed. The sound relieved Anari more than it should have.</w:t>
      </w:r>
    </w:p>
    <w:p>
      <w:pPr>
        <w:keepNext/>
        <w:keepLines/>
      </w:pPr>
      <w:r>
        <w:t>She installed an optical isolator between the plate and the BMW’s conventional network, reran the test, and watched every reading hold steady.</w:t>
      </w:r>
    </w:p>
    <w:p>
      <w:pPr>
        <w:keepNext/>
        <w:keepLines/>
      </w:pPr>
      <w:r>
        <w:t>“There.” She tapped the housing. “Whatever your secret toy decides to do, it does not get to cook the rest of the car while doing it.”</w:t>
      </w:r>
    </w:p>
    <w:p>
      <w:pPr>
        <w:keepNext/>
        <w:keepLines/>
      </w:pPr>
      <w:r>
        <w:t>Vulcan examined the clean wiring. “Good work.”</w:t>
      </w:r>
    </w:p>
    <w:p>
      <w:pPr>
        <w:keepNext/>
        <w:keepLines/>
      </w:pPr>
      <w:r>
        <w:t>“Was that a compliment?”</w:t>
      </w:r>
    </w:p>
    <w:p>
      <w:pPr>
        <w:keepNext/>
        <w:keepLines/>
      </w:pPr>
      <w:r>
        <w:t>“Do not become greedy.”</w:t>
      </w:r>
    </w:p>
    <w:p>
      <w:pPr>
        <w:keepLines/>
      </w:pPr>
      <w:r>
        <w:t>Anari grinned and moved to the second vehicle.</w:t>
      </w:r>
    </w:p>
    <w:p w:rsidR="00095185" w:rsidRDefault="00E41A6A">
      <w:pPr>
        <w:pStyle w:val="ActuatorChapterTitle"/>
        <w:rPr>
          <w:rFonts w:hint="eastAsia"/>
        </w:rPr>
      </w:pPr>
      <w:r>
        <w:t>Chapter 4: The Center</w:t>
      </w:r>
    </w:p>
    <w:p w:rsidR="00095185" w:rsidRDefault="00E41A6A">
      <w:pPr>
        <w:pStyle w:val="ActuatorSceneStart"/>
        <w:ind/>
      </w:pPr>
      <w:r>
        <w:t>Ethic stepped into The Center and let the noise wash over him. Laughter, Jet Ball arguments, music, and the smell of grilled food filled the room. It was not peace, but it was a pause. He ordered lemon-pepper wings, rice, vegetables, and water, then took a stool near the end of the bar where he could see the entrance without sitting in the middle of the crowd. Years of combat had made that choice automatic. The bartender approached. “What’ll it be?” Ethic answered without looking at the menu. “Double shot of vodka.”</w:t>
      </w:r>
    </w:p>
    <w:p w:rsidR="00095185" w:rsidRDefault="00E41A6A">
      <w:r>
        <w:t>Ethic watched quietly as another replay showed the Bolts’ game-winning drive. A collective groan spread through the bar from everyone wearing Midnight City colors. Across the room, Bolts fans answered with triumphant laughter, raising their glasses while good-natured arguments broke out around neighboring tables. He couldn’t help but shake his head. “Figures.” The corner of his mouth tightened with mild annoyance.</w:t>
      </w:r>
    </w:p>
    <w:p w:rsidR="00095185" w:rsidRDefault="00E41A6A">
      <w:r>
        <w:t>All he knew was that every time the two teams met, he found himself pulling for Midnight City. Ethic finally lifted the glass and took a slow drink, letting the vodka burn warmly down his throat as the replay continued overhead.</w:t>
      </w:r>
    </w:p>
    <w:p w:rsidR="00095185" w:rsidRDefault="00E41A6A">
      <w:r>
        <w:t>“Do you believe that shit, Dave?” Ethic asked as the Bolts celebrated overhead. The bartender rolled his eyes.</w:t>
      </w:r>
    </w:p>
    <w:p w:rsidR="00095185" w:rsidRDefault="00E41A6A">
      <w:r>
        <w:t>“I just bet that punk on the left over there.” He casually motioned with the towel in his hand toward a group seated several stools down the bar. “And lost two hundred credits!” Ethic followed the gesture. A handful of young men occupied the corner of the bar, laughing louder than everyone else in the room. Judging by their faces, none of them looked much older than twenty-three. Midnight City Moons jerseys were draped over the backs of their stools, while one of them proudly waved a Shift City Bolts cap above his head just to irritate the others. Empty glasses and half-finished appetizers cluttered their section of the counter, evidence that the debate had probably started long before the final whistle. “You still owe me!” one of them shouted through a fit of laughter. “You cheated!” “I didn’t cheat. You just bet with your heart instead of your brain.”</w:t>
      </w:r>
    </w:p>
    <w:p w:rsidR="00095185" w:rsidRDefault="00E41A6A">
      <w:r>
        <w:t>Sports had a way of making otherwise reasonable people throw common sense out the window. For a few hours, rivalries mattered more than politics, work, or the problems waiting outside the front door. It reminded him of simpler days, when arguments ended with laughter instead of gunfire. “Better luck next time.” Dave snorted. “That’s what everybody says after they take your money.” He set the clean glass onto the shelf behind him before leaning comfortably against the back counter. “One of these days I’ll learn.” Ethic smirked. “No, you won’t.” Dave pointed a finger at him.</w:t>
      </w:r>
    </w:p>
    <w:p w:rsidR="00095185" w:rsidRDefault="00E41A6A">
      <w:r>
        <w:t>“No,” Dave admitted. “Probably not.” Ethic finished the vodka while they watched the replay.</w:t>
      </w:r>
    </w:p>
    <w:p w:rsidR="00095185" w:rsidRDefault="00E41A6A">
      <w:r>
        <w:t>A waitress brought his meal and water through the crowd. “Lemon-pepper wings, rice, vegetables.” Her perfume briefly overwhelmed the smell of the food. Ethic thanked her and resisted the urge to rub his nose.</w:t>
      </w:r>
    </w:p>
    <w:p w:rsidR="00095185" w:rsidRDefault="00E41A6A">
      <w:r>
        <w:t>He carried the tray to an empty booth with a view of the entrance. His back to the wall, he finally began eating.</w:t>
      </w:r>
    </w:p>
    <w:p>
      <w:pPr/>
      <w:r>
        <w:t>Dave appeared beside the booth with a clean towel over one shoulder. “You know, normal people come here to watch the game.”</w:t>
      </w:r>
    </w:p>
    <w:p>
      <w:pPr/>
      <w:r>
        <w:t>Ethic dipped a wing in sauce. “I’m watching.”</w:t>
      </w:r>
    </w:p>
    <w:p>
      <w:pPr/>
      <w:r>
        <w:t>“You checked the door twelve times since the food got here.”</w:t>
      </w:r>
    </w:p>
    <w:p>
      <w:pPr/>
      <w:r>
        <w:t>“Eleven.”</w:t>
      </w:r>
    </w:p>
    <w:p>
      <w:pPr/>
      <w:r>
        <w:t>Dave pointed at him. “See? That right there.”</w:t>
      </w:r>
    </w:p>
    <w:p>
      <w:pPr/>
      <w:r>
        <w:t>Ethic drank water instead of vodka this time.</w:t>
      </w:r>
    </w:p>
    <w:p>
      <w:pPr/>
      <w:r>
        <w:t>Dave’s expression softened. He had known Ethic long enough to recognize when jokes were camouflage. “Bad week?”</w:t>
      </w:r>
    </w:p>
    <w:p>
      <w:pPr/>
      <w:r>
        <w:t>“It’s Tuesday.”</w:t>
      </w:r>
    </w:p>
    <w:p>
      <w:pPr/>
      <w:r>
        <w:t>“That bad, huh?”</w:t>
      </w:r>
    </w:p>
    <w:p>
      <w:pPr/>
      <w:r>
        <w:t>Ethic smiled without much humor. “An old problem came back.”</w:t>
      </w:r>
    </w:p>
    <w:p>
      <w:pPr/>
      <w:r>
        <w:t>Dave leaned against the booth divider. “The kind I ask about?”</w:t>
      </w:r>
    </w:p>
    <w:p>
      <w:pPr/>
      <w:r>
        <w:t>“No.”</w:t>
      </w:r>
    </w:p>
    <w:p>
      <w:pPr/>
      <w:r>
        <w:t>“Good. I wasn’t gonna.”</w:t>
      </w:r>
    </w:p>
    <w:p>
      <w:pPr/>
      <w:r>
        <w:t>They watched the replay together for a moment.</w:t>
      </w:r>
    </w:p>
    <w:p>
      <w:pPr/>
      <w:r>
        <w:t>“You still doing the thing where you solve everybody else’s problems and pretend yours don’t exist?” Dave asked.</w:t>
      </w:r>
    </w:p>
    <w:p>
      <w:pPr/>
      <w:r>
        <w:t>Ethic chewed slowly, buying time. “I came here, didn’t I?”</w:t>
      </w:r>
    </w:p>
    <w:p>
      <w:pPr/>
      <w:r>
        <w:t>“To sit with your back against a wall and stare at the exits. That’s not leisure, Royce. That’s surveillance with wings.”</w:t>
      </w:r>
    </w:p>
    <w:p>
      <w:pPr/>
      <w:r>
        <w:t>A laugh escaped him. “These are good wings.”</w:t>
      </w:r>
    </w:p>
    <w:p>
      <w:pPr/>
      <w:r>
        <w:t>“Damn right.”</w:t>
      </w:r>
    </w:p>
    <w:p>
      <w:pPr/>
      <w:r>
        <w:t>Dave pushed the water closer to him. “Whatever came back, don’t let it make you stupid.”</w:t>
      </w:r>
    </w:p>
    <w:p>
      <w:pPr/>
      <w:r>
        <w:t>Ethic raised an eyebrow. “That’s your professional advice?”</w:t>
      </w:r>
    </w:p>
    <w:p>
      <w:pPr/>
      <w:r>
        <w:t>“Twenty years behind a bar. I have watched more men ruin their lives than half the therapists in Midnight City.”</w:t>
      </w:r>
    </w:p>
    <w:p>
      <w:pPr/>
      <w:r>
        <w:t>“Fair.”</w:t>
      </w:r>
    </w:p>
    <w:p>
      <w:pPr/>
      <w:r>
        <w:t>“And eat the rice before it gets cold.”</w:t>
      </w:r>
    </w:p>
    <w:p>
      <w:pPr/>
      <w:r>
        <w:t>“There it is.”</w:t>
      </w:r>
    </w:p>
    <w:p>
      <w:pPr/>
      <w:r>
        <w:t>Dave watched him for another second. “Royce.”</w:t>
      </w:r>
    </w:p>
    <w:p>
      <w:pPr/>
      <w:r>
        <w:t>“What?”</w:t>
      </w:r>
    </w:p>
    <w:p>
      <w:pPr/>
      <w:r>
        <w:t>“If that old problem walks through my door, try being a person before you become a commander.”</w:t>
      </w:r>
    </w:p>
    <w:p>
      <w:pPr/>
      <w:r>
        <w:t>Ethic looked down at his food. “Not sure I remember how.”</w:t>
      </w:r>
    </w:p>
    <w:p>
      <w:pPr/>
      <w:r>
        <w:t>“Then start with the rice.”</w:t>
      </w:r>
    </w:p>
    <w:p>
      <w:pPr/>
      <w:r>
        <w:t>“You really committed to the rice.”</w:t>
      </w:r>
    </w:p>
    <w:p>
      <w:pPr/>
      <w:r>
        <w:t>“I paid for the damn kitchen. Respect the rice.”</w:t>
      </w:r>
    </w:p>
    <w:p>
      <w:pPr/>
      <w:r>
        <w:t>Ethic laughed and finally took a bite.</w:t>
      </w:r>
    </w:p>
    <w:p>
      <w:pPr/>
      <w:r>
        <w:t>Dave moved away, satisfied. Ethic watched him go and, for a few minutes, actually ate without checking the door.</w:t>
      </w:r>
    </w:p>
    <w:p w:rsidR="00095185" w:rsidRDefault="00E41A6A">
      <w:r>
        <w:t>Ethic finished his vegetables as two newcomers entered. The Asian woman studied the tables between the door and his booth. Beside her, a Russian man checked the exits. Both moved easily through the crowd, but neither watched the game.</w:t>
      </w:r>
    </w:p>
    <w:p w:rsidR="00095185" w:rsidRDefault="00E41A6A">
      <w:r>
        <w:t>He recognized their bearing before he could place their faces. He set his glass down.</w:t>
      </w:r>
    </w:p>
    <w:p w:rsidR="00095185" w:rsidRDefault="00E41A6A">
      <w:r>
        <w:t>There goes my night of unwinding. Ethic tracked their reflections in the mirror behind the bar. Rain glistened on the woman’s fitted leather jacket. Its cut let her move freely without looking dressed for a fight.</w:t>
      </w:r>
    </w:p>
    <w:p w:rsidR="00095185" w:rsidRDefault="00E41A6A">
      <w:r>
        <w:t>She stood no taller than five-foot-four and weighed perhaps one hundred twenty pounds, with delicate South Korean features. People moved aside without noticing her. Ethic watched how she adjusted her footing around a passing server without shifting her balance.</w:t>
      </w:r>
    </w:p>
    <w:p w:rsidR="00095185" w:rsidRDefault="00E41A6A">
      <w:r>
        <w:t>Her loose stance gave little warning of which way she would move. Ethic shifted his attention to the man beside her.</w:t>
      </w:r>
    </w:p>
    <w:p w:rsidR="00095185" w:rsidRDefault="00E41A6A">
      <w:r>
        <w:t>The Russian stood six feet tall, about two hundred pounds, lean beneath a long black trench coat. A Data Visor covered his deep-set eyes. He paused where he could see both the entrance and Ethic’s booth.</w:t>
      </w:r>
    </w:p>
    <w:p w:rsidR="00095185" w:rsidRDefault="00E41A6A">
      <w:r>
        <w:t>Data flickered beneath the visor’s lens. Ethic eased one hand toward his holster.</w:t>
      </w:r>
    </w:p>
    <w:p w:rsidR="00095185" w:rsidRDefault="00E41A6A">
      <w:r>
        <w:t>The Russian grabbed the nearest steel table and ripped it free of its mounts. Patrons barely had time to register the movement before he pivoted and sent it spinning across the bar. The tabletop became a steel blur, smashing glasses, clipping chairs, and throwing bottles from the shelves as it crossed the room with a low metallic roar. Khalid looked up from the Jet Ball highlights just in time to see it bearing down on the man sitting alone in the booth. “Oh, shit!” He slapped Zion’s shoulder. “Zion, check it out!” Both men turned. The laughter inside The Center died almost instantly. Conversations broke off. A bartender froze with a bottle halfway to the shelf. The table kept coming.</w:t>
      </w:r>
    </w:p>
    <w:p w:rsidR="00095185" w:rsidRDefault="00E41A6A">
      <w:r>
        <w:t>Ethic dropped across the seat. The table struck above him, twisting the booth’s supports and smashing through the storefront behind it.</w:t>
      </w:r>
    </w:p>
    <w:p w:rsidR="00095185" w:rsidRDefault="00E41A6A">
      <w:r>
        <w:t>Cool air swept in as the alarms sounded. Ethic rolled onto his feet, keeping the wrecked booth between himself and the attackers.</w:t>
      </w:r>
    </w:p>
    <w:p w:rsidR="00095185" w:rsidRDefault="00E41A6A">
      <w:r>
        <w:t>A QuickSword slid into his left hand. His .40-caliber pistol cleared its holster, finger alongside the trigger until he found a clear shot. Across the room, the Russian reached beneath his coat.</w:t>
      </w:r>
    </w:p>
    <w:p w:rsidR="00095185" w:rsidRDefault="00E41A6A">
      <w:r>
        <w:t>The Russian drew a burst cannon. Thin ribbons of yellow light pulsed through transparent conduits running along the weapon’s frame, growing brighter as the internal capacitor charged. Patrons scattered. A few stood frozen in disbelief until the surging crowd swept them away before they could even decide which direction to run.</w:t>
      </w:r>
    </w:p>
    <w:p>
      <w:pPr/>
      <w:r>
        <w:t>Khalid grabbed the nearest frozen patron by the shoulders and shoved him behind the bar. “Move! Kitchen exit, go!”</w:t>
      </w:r>
    </w:p>
    <w:p>
      <w:pPr/>
      <w:r>
        <w:t>Zion vaulted a toppled stool and caught the waitress who had brought Ethic’s food just as another blast tore through the liquor display. Burning alcohol splashed across the floor where she had been standing.</w:t>
      </w:r>
    </w:p>
    <w:p>
      <w:pPr/>
      <w:r>
        <w:t>“Back door?” he shouted.</w:t>
      </w:r>
    </w:p>
    <w:p>
      <w:pPr/>
      <w:r>
        <w:t>She pointed through the smoke. “Past the kitchen!”</w:t>
      </w:r>
    </w:p>
    <w:p>
      <w:pPr/>
      <w:r>
        <w:t>“Take everybody you can reach. Stay low.”</w:t>
      </w:r>
    </w:p>
    <w:p>
      <w:pPr/>
      <w:r>
        <w:t>Khalid kicked a rolling bottle away from the spreading flame and hauled Dave upright from behind the counter.</w:t>
      </w:r>
    </w:p>
    <w:p>
      <w:pPr/>
      <w:r>
        <w:t>Dave stared at the weapon fire crossing his ruined bar. “That son of a bitch still owes me for the booth.”</w:t>
      </w:r>
    </w:p>
    <w:p>
      <w:pPr/>
      <w:r>
        <w:t>“If we live, put it on his tab.”</w:t>
      </w:r>
    </w:p>
    <w:p>
      <w:pPr/>
      <w:r>
        <w:t>“I meant Royce.”</w:t>
      </w:r>
    </w:p>
    <w:p>
      <w:pPr/>
      <w:r>
        <w:t>Khalid barked a laugh. “I like you. Now move.”</w:t>
      </w:r>
    </w:p>
    <w:p>
      <w:pPr/>
      <w:r>
        <w:t>Zion shoved a heavy service cart on its side, turning it into cover long enough for three patrons to crawl past the open firing lane. He did not think about whether he was supposed to help. He saw people trapped and started moving them.</w:t>
      </w:r>
    </w:p>
    <w:p>
      <w:pPr/>
      <w:r>
        <w:t>Khalid noticed the same thing. Their eyes met through the smoke.</w:t>
      </w:r>
    </w:p>
    <w:p>
      <w:pPr/>
      <w:r>
        <w:t>“Kitchen clear,” Zion called.</w:t>
      </w:r>
    </w:p>
    <w:p>
      <w:pPr/>
      <w:r>
        <w:t>“Two more by the bathrooms.”</w:t>
      </w:r>
    </w:p>
    <w:p>
      <w:pPr/>
      <w:r>
        <w:t>They split without discussion.</w:t>
      </w:r>
    </w:p>
    <w:p>
      <w:pPr/>
      <w:r>
        <w:t>By the time the next burst of yellow energy shredded the front half of the bar, most of the civilians nearest them were already moving toward the rear exit. Only then did Khalid look back at Ethic and the two attackers.</w:t>
      </w:r>
    </w:p>
    <w:p>
      <w:pPr/>
      <w:r>
        <w:t>“Okay,” he said, breathing hard. “Now we can be stupid.”</w:t>
      </w:r>
    </w:p>
    <w:p>
      <w:pPr/>
      <w:r>
        <w:t>Zion rolled his bruised shoulders. “Speak for yourself.”</w:t>
      </w:r>
    </w:p>
    <w:p>
      <w:pPr/>
      <w:r>
        <w:t>Khalid glanced toward the kitchen. “We still calling this not our problem?”</w:t>
      </w:r>
    </w:p>
    <w:p>
      <w:pPr/>
      <w:r>
        <w:t>Zion watched the last civilians disappear through the rear exit. “Not anymore.”</w:t>
      </w:r>
    </w:p>
    <w:p>
      <w:pPr/>
      <w:r>
        <w:t>“Good. I was starting to hate responsible adulthood.”</w:t>
      </w:r>
    </w:p>
    <w:p>
      <w:pPr/>
      <w:r>
        <w:t>“You were responsible for maybe thirty seconds.”</w:t>
      </w:r>
    </w:p>
    <w:p>
      <w:pPr/>
      <w:r>
        <w:t>“Longest thirty seconds of my life.”</w:t>
      </w:r>
    </w:p>
    <w:p>
      <w:pPr/>
      <w:r>
        <w:t>Zion nodded toward Ethic. “Try making the next thirty useful.”</w:t>
      </w:r>
    </w:p>
    <w:p>
      <w:pPr/>
      <w:r>
        <w:t>Khalid grinned. “Now that sounds like a challenge.”</w:t>
      </w:r>
    </w:p>
    <w:p w:rsidR="00095185" w:rsidRDefault="00E41A6A">
      <w:r>
        <w:t>Ethic searched frantically through the confusion. One moment the woman had been standing beside the Russian. Now she was gone. Damn. The Russian raised the burst cannon.</w:t>
      </w:r>
    </w:p>
    <w:p w:rsidR="00095185" w:rsidRDefault="00E41A6A">
      <w:r>
        <w:t>He didn’t shout. He didn’t threaten. Brilliant bolts of yellow energy ripped through the bar, leaving glowing trails in their wake. The first blast obliterated a liquor display behind Ethic, sending bottles exploding into clouds of burning alcohol and sparkling glass. Ethic was already gone. He launched himself sideways. The cushions compressed beneath his weight before throwing him into his next movement. Another burst screamed through the space he’d occupied a heartbeat earlier, close enough that he felt its heat brush across the side of his face. One booth.</w:t>
      </w:r>
    </w:p>
    <w:p w:rsidR="00095185" w:rsidRDefault="00E41A6A">
      <w:r>
        <w:t>Then another. Then another. Splinters, shattered glass, and fragments of concrete erupted around him with every missed shot. Each leap carried him farther from the Russian’s line of fire while forcing the gunman to keep adjusting his aim. Ethic twisted in midair and disappeared behind a massive structural pillar near the center of the building. Energy slammed into the column with a violent BOOM, blasting chunks of concrete across the floor and sending dust billowing into the air.</w:t>
      </w:r>
    </w:p>
    <w:p w:rsidR="00095185" w:rsidRDefault="00E41A6A">
      <w:r>
        <w:t>Ethic settled behind cover with his pistol trained on the Russian. The woman was still out of sight.</w:t>
      </w:r>
    </w:p>
    <w:p w:rsidR="00095185" w:rsidRDefault="00E41A6A">
      <w:r>
        <w:t>The Russian wasn’t spraying the room recklessly. Ethic glanced at the fractured edge of the pillar, mentally calculating distances, firing angles, and escape routes in rapid succession. Gotta make this quick.</w:t>
      </w:r>
    </w:p>
    <w:p w:rsidR="00095185" w:rsidRDefault="00E41A6A">
      <w:r>
        <w:t>He shifted his weight, muscles coiling in preparation to explode from cover the instant an opening appeared. Movement to his left. The woman had circled him. The Russian had kept him facing the wrong way.</w:t>
      </w:r>
    </w:p>
    <w:p w:rsidR="00095185" w:rsidRDefault="00E41A6A">
      <w:r>
        <w:t>The weapon seemed to appear exactly where it needed to be, guided by countless hours of disciplined repetition. The shots came so close together they sounded like a single violent burst. Ethic twisted violently, throwing himself sideways as the rounds ripped through the space beside him. Heat brushed against his ribs as he felt the projectiles slice through the fabric of his jacket, the passing rounds carrying just enough force to tug at the cloth. Far too close.</w:t>
      </w:r>
    </w:p>
    <w:p w:rsidR="00095185" w:rsidRDefault="00E41A6A">
      <w:r>
        <w:t>Smoke curled from the holes in Ethic’s coat. The woman advanced, forcing him away from cover. When she fired again, he knocked her gun arm aside and stepped inside her reach. She pivoted to escape; he blocked the angle and took an elbow against his jaw. He rolled with it, caught her balance shifting, and swept her feet. She hit the floor hard enough to lose her breath. He followed her down.</w:t>
      </w:r>
    </w:p>
    <w:p w:rsidR="00095185" w:rsidRDefault="00E41A6A">
      <w:r>
        <w:t>Ethic drove his QuickSword through her open palm and into the hardwood. She arched against the blade, screaming. Blood spread beneath her fingers. Fury sharpened her eyes as she called across the room.</w:t>
      </w:r>
    </w:p>
    <w:p w:rsidR="00095185" w:rsidRDefault="00E41A6A">
      <w:r>
        <w:t>“Vulcan! Get your ass over here!” Youmi shouted. Ethic edged around the pillar. Pain had not stopped her from watching him.</w:t>
      </w:r>
    </w:p>
    <w:p w:rsidR="00095185" w:rsidRDefault="00E41A6A">
      <w:r>
        <w:t>Youmi’s anger had not faded, but Ethic kept his attention on Vulcan. The Russian remained the more immediate threat. Barely.</w:t>
      </w:r>
    </w:p>
    <w:p w:rsidR="00095185" w:rsidRDefault="00E41A6A">
      <w:r>
        <w:t>She drew a backup pistol beneath her free forearm, hiding the movement while Ethic watched Vulcan.</w:t>
      </w:r>
    </w:p>
    <w:p w:rsidR="00095185" w:rsidRDefault="00E41A6A">
      <w:r>
        <w:t>“Got you, motherfucker!” Youmi raised the pistol toward Ethic’s back. Before she fired, a hand closed around her wrist and forced the muzzle aside.</w:t>
      </w:r>
    </w:p>
    <w:p w:rsidR="00095185" w:rsidRDefault="00E41A6A">
      <w:r>
        <w:t>Before she could react, the stranger twisted sharply. A textbook disarm. The pistol broke free from her grasp with practiced efficiency, flying neatly into his waiting hand as though he’d rehearsed the motion a thousand times. A familiar voice answered calmly above her. “No, ma’am.” Khalid stood over her, holding the confiscated pistol with surprising confidence. The relaxed grin on his face contrasted almost comically with the destruction surrounding them. Broken glass glittered beneath his shoes, overturned tables lay scattered throughout the bar, and emergency alarms continued blaring overhead. Yet somehow, he still looked like himself. “Dave said that you were picking on his best customer.” He shrugged casually.</w:t>
      </w:r>
    </w:p>
    <w:p w:rsidR="00095185" w:rsidRDefault="00E41A6A">
      <w:r>
        <w:t>“Plus he offered me some more credits to minimize damage.” She lunged for his throat. Khalid struck her temple with the pistol, and she collapsed beside her pinned hand.</w:t>
      </w:r>
    </w:p>
    <w:p w:rsidR="00095185" w:rsidRDefault="00E41A6A">
      <w:r>
        <w:t>“That solves that.” Khalid kicked the pistol beneath a broken booth and turned back to the firefight.</w:t>
      </w:r>
    </w:p>
    <w:p w:rsidR="00095185" w:rsidRDefault="00E41A6A">
      <w:r>
        <w:t>At Tech Outfitters, Anari secured the final wiring bundle beneath the rear compartment. She checked its clearance, fitted the activity plate, and tightened the fasteners. A tug confirmed the seating.</w:t>
      </w:r>
    </w:p>
    <w:p w:rsidR="00095185" w:rsidRDefault="00E41A6A">
      <w:r>
        <w:t>Her knees cracked as she stood. She stretched the stiffness out of her back before stepping away from the lift.</w:t>
      </w:r>
    </w:p>
    <w:p w:rsidR="00095185" w:rsidRDefault="00E41A6A">
      <w:r>
        <w:t>If someone unfamiliar with the vehicles inspected them now, they’d never suspect either BMW had been disassembled at all. That, more than anything else, made Anari smile. Every addition blended so naturally with the original design that even another engineer would have needed to dismantle the vehicles to discover what had changed. She nodded once to herself. “That’s it.” A quiet sense of accomplishment crept into her voice. “These babies should be fully functional.” There was satisfaction in the words, the quiet pride of someone who genuinely loved her craft. Long hours, sore muscles, and grease-stained coveralls all seemed insignificant compared to the feeling of seeing a complicated project come together exactly as planned. She brushed her hands together before looking toward the trio.</w:t>
      </w:r>
    </w:p>
    <w:p w:rsidR="00095185" w:rsidRDefault="00E41A6A">
      <w:r>
        <w:t>“Shall we test them?” Anari asked. The woman shook her head. “That requires access to company systems.”</w:t>
      </w:r>
    </w:p>
    <w:p>
      <w:pPr/>
      <w:r>
        <w:t>Anari stared at her. “You brought me two cars, six pieces of mystery hardware, and half a million credits, but the diagnostic is where privacy starts?”</w:t>
      </w:r>
    </w:p>
    <w:p>
      <w:pPr/>
      <w:r>
        <w:t>Sheol’s expression stayed composed. “Correct.”</w:t>
      </w:r>
    </w:p>
    <w:p>
      <w:pPr/>
      <w:r>
        <w:t>“That is deeply annoying.”</w:t>
      </w:r>
    </w:p>
    <w:p>
      <w:pPr/>
      <w:r>
        <w:t>“Also correct.”</w:t>
      </w:r>
    </w:p>
    <w:p>
      <w:pPr/>
      <w:r>
        <w:t>Anari glanced at Gauge. “I like her.”</w:t>
      </w:r>
    </w:p>
    <w:p>
      <w:pPr/>
      <w:r>
        <w:t>Gauge looked as if liking any of them was a dangerous hobby.</w:t>
      </w:r>
    </w:p>
    <w:p>
      <w:pPr/>
      <w:r>
        <w:t>Anari compromised. She ran a conventional vehicle diagnostic instead, keeping her scanner completely away from the proprietary systems. “Fine. Brakes, stabilization, factory power bus, safety interlocks. If any of those fail because of something I touched, I want to know before you leave.”</w:t>
      </w:r>
    </w:p>
    <w:p>
      <w:pPr/>
      <w:r>
        <w:t>Sheol considered her. “You are thorough.”</w:t>
      </w:r>
    </w:p>
    <w:p>
      <w:pPr/>
      <w:r>
        <w:t>“I enjoy sleeping at night.”</w:t>
      </w:r>
    </w:p>
    <w:p>
      <w:pPr/>
      <w:r>
        <w:t>“So do I.”</w:t>
      </w:r>
    </w:p>
    <w:p>
      <w:pPr/>
      <w:r>
        <w:t>“Then let me do the boring part.”</w:t>
      </w:r>
    </w:p>
    <w:p>
      <w:pPr/>
      <w:r>
        <w:t>Sheol stepped aside.</w:t>
      </w:r>
    </w:p>
    <w:p>
      <w:pPr/>
      <w:r>
        <w:t>Anari moved through the checklist while the others waited. The silence lasted three minutes before she looked over at Sheol again. “Can I ask you something that has nothing to do with the car?”</w:t>
      </w:r>
    </w:p>
    <w:p>
      <w:pPr/>
      <w:r>
        <w:t>Vulcan muttered, “This should be good.”</w:t>
      </w:r>
    </w:p>
    <w:p>
      <w:pPr/>
      <w:r>
        <w:t>Anari ignored him. “You keep calling it company systems. What kind of company sends people who stand like soldiers?”</w:t>
      </w:r>
    </w:p>
    <w:p>
      <w:pPr/>
      <w:r>
        <w:t>Gauge nearly dropped a tool.</w:t>
      </w:r>
    </w:p>
    <w:p>
      <w:pPr/>
      <w:r>
        <w:t>Sheol’s silver eyes narrowed, not in anger but assessment. “The kind that pays on time.”</w:t>
      </w:r>
    </w:p>
    <w:p>
      <w:pPr/>
      <w:r>
        <w:t>Anari laughed. “That’s fair.”</w:t>
      </w:r>
    </w:p>
    <w:p>
      <w:pPr/>
      <w:r>
        <w:t>She finished the brake test and moved to propulsion. “You know, most people with this much money want everyone to know it. They buy loud paint, ridiculous interiors, lights that make the street glow from orbit.”</w:t>
      </w:r>
    </w:p>
    <w:p>
      <w:pPr/>
      <w:r>
        <w:t>“You disapprove?”</w:t>
      </w:r>
    </w:p>
    <w:p>
      <w:pPr/>
      <w:r>
        <w:t>“I disapprove of bad taste.”</w:t>
      </w:r>
    </w:p>
    <w:p>
      <w:pPr/>
      <w:r>
        <w:t>Sheol glanced at the black BMW. “And these?”</w:t>
      </w:r>
    </w:p>
    <w:p>
      <w:pPr/>
      <w:r>
        <w:t>Anari looked at the car as if she were judging a contestant. “Aggressive. Expensive. Slightly threatening.”</w:t>
      </w:r>
    </w:p>
    <w:p>
      <w:pPr/>
      <w:r>
        <w:t>Vulcan said, “Accurate.”</w:t>
      </w:r>
    </w:p>
    <w:p>
      <w:pPr/>
      <w:r>
        <w:t>“I wasn’t talking about you.”</w:t>
      </w:r>
    </w:p>
    <w:p>
      <w:pPr/>
      <w:r>
        <w:t>“Still accurate.”</w:t>
      </w:r>
    </w:p>
    <w:p>
      <w:pPr/>
      <w:r>
        <w:t>This time even Sheol smiled.</w:t>
      </w:r>
    </w:p>
    <w:p>
      <w:pPr/>
      <w:r>
        <w:t>The final diagnostic returned green. Anari saved the report and handed the keys over. “There. Whatever secrets you’re keeping, the cars themselves are safe.”</w:t>
      </w:r>
    </w:p>
    <w:p>
      <w:pPr/>
      <w:r>
        <w:t>Sheol accepted the keys. “Thank you, Anari.”</w:t>
      </w:r>
    </w:p>
    <w:p>
      <w:pPr/>
      <w:r>
        <w:t>The use of her name caught her off guard. Until then, the woman had spoken to her almost entirely as a technician and contractor. For a second the room felt less transactional.</w:t>
      </w:r>
    </w:p>
    <w:p>
      <w:pPr/>
      <w:r>
        <w:t>“You’re welcome,” Anari said.</w:t>
      </w:r>
    </w:p>
    <w:p w:rsidR="00095185" w:rsidRDefault="00E41A6A">
      <w:r>
        <w:t>Siege placed the reinforced briefcase on the cart bot. The woman entered its access code.</w:t>
      </w:r>
    </w:p>
    <w:p w:rsidR="00095185" w:rsidRDefault="00E41A6A">
      <w:r>
        <w:t>The locks released. Anari stopped looking at the clients and stared at the credits.</w:t>
      </w:r>
    </w:p>
    <w:p w:rsidR="00095185" w:rsidRDefault="00E41A6A">
      <w:r>
        <w:t>A quarter-million, at least. She started counting stacks and lost her place.</w:t>
      </w:r>
    </w:p>
    <w:p w:rsidR="00095185" w:rsidRDefault="00E41A6A">
      <w:r>
        <w:t>Between the modified cars, the unidentified equipment, and this payment, the job had moved far beyond anything Gauge had described.</w:t>
      </w:r>
    </w:p>
    <w:p w:rsidR="00095185" w:rsidRDefault="00E41A6A">
      <w:r>
        <w:t>The woman watched her count. “Five hundred thousand.”</w:t>
      </w:r>
    </w:p>
    <w:p w:rsidR="00095185" w:rsidRDefault="00E41A6A">
      <w:r>
        <w:t>She spoke the number as casually as someone mentioning the price of dinner. “I told you the money was right.” Anari’s eyes nearly escaped their sockets. Five hundred thousand? For a split second, she wondered if she’d misheard. Her mind had underestimated the amount by half. She looked from the briefcase to the woman, then back to the neatly stacked credit chips. No. There they were. Enough credits to erase years of debt, purchase a luxury Sky Car outright, lease a larger apartment, upgrade every tool she owned, establish her own engineering firm, and still have enough left over to invest for the future. It represented years of work compressed into a single reinforced case. Her heartbeat quickened. She’d never earned that much money on any single project. Not even close.</w:t>
      </w:r>
    </w:p>
    <w:p w:rsidR="00095185" w:rsidRDefault="00E41A6A">
      <w:r>
        <w:t>The woman closed the briefcase completely before entering the locking sequence once more. A soft electronic chime confirmed the locks had reengaged. “Well…” She offered a courteous smile. “We must bid you adieu for the time being.” Her tone remained composed, almost elegant. “Perhaps we can call upon your assistance in the future.” It sounded less like a possibility and more like an expectation. With that, she turned to her companions. Siege silently collected the keys while the lean man in the black overcoat gave Anari one last unreadable glance before following the others toward the vehicles. His expression never changed, yet something about the brief look suggested he was committing her face to memory. No handshakes.</w:t>
      </w:r>
    </w:p>
    <w:p w:rsidR="00095185" w:rsidRDefault="00E41A6A">
      <w:pPr>
        <w:keepNext/>
      </w:pPr>
      <w:r>
        <w:t>Gauge opened the garage hatch. Rain-scented air swept into the workshop as the BMWs powered up.</w:t>
      </w:r>
    </w:p>
    <w:p w:rsidR="00095185" w:rsidRDefault="00E41A6A">
      <w:pPr>
        <w:keepNext/>
      </w:pPr>
      <w:r>
        <w:t>The silver car lifted through the hatch, followed by the black one. Gauge watched until both had disappeared, then closed the roof and waited for the locks to engage.</w:t>
      </w:r>
    </w:p>
    <w:p w:rsidR="00095185" w:rsidRDefault="00E41A6A">
      <w:r>
        <w:t>Gauge looked at the briefcase, then back at Anari. She was already grinning from ear to ear. “Well…” Gauge folded his arms, the corners of his weathered mouth beginning to twitch despite himself. “How are we going to split this money?” That was all it took. Anari broke into an enormous smile. “Seriously?!”</w:t>
      </w:r>
    </w:p>
    <w:p w:rsidR="00095185" w:rsidRDefault="00E41A6A">
      <w:r>
        <w:t>Anari danced around the cart bot. “Five hundred thousand! I’ve never even seen this much money before!” She stopped beside Gauge, laughing. “I don’t even know where to start.”</w:t>
      </w:r>
    </w:p>
    <w:p w:rsidR="00095185" w:rsidRDefault="00E41A6A">
      <w:r>
        <w:t>Gauge smiled back, but when she turned to the money again, he checked the locked hatch.</w:t>
      </w:r>
    </w:p>
    <w:p w:rsidR="00095185" w:rsidRDefault="00E41A6A">
      <w:pPr>
        <w:pStyle w:val="ActuatorChapterTitle"/>
        <w:rPr>
          <w:rFonts w:hint="eastAsia"/>
        </w:rPr>
      </w:pPr>
      <w:r>
        <w:t>Chapter 5: The Scar</w:t>
      </w:r>
    </w:p>
    <w:p w:rsidR="00095185" w:rsidRDefault="00E41A6A">
      <w:pPr>
        <w:pStyle w:val="ActuatorSceneStart"/>
        <w:ind/>
      </w:pPr>
      <w:r>
        <w:t>Zion exploded into motion. There wasn’t a trace of hesitation. His first kick shot toward the Russian’s ribs with enough force to crack bone, the strike cutting through the smoky air with a sharp whistle. Vulcan barely acknowledged it.</w:t>
      </w:r>
    </w:p>
    <w:p w:rsidR="00095185" w:rsidRDefault="00E41A6A">
      <w:r>
        <w:t>Vulcan caught the kick on his forearm. Zion rebounded into a roundhouse aimed at his temple, then struck low toward the knee. The Russian blocked again without giving up his footing.</w:t>
      </w:r>
    </w:p>
    <w:p w:rsidR="00095185" w:rsidRDefault="00E41A6A">
      <w:r>
        <w:t>The blocks jarred Zion’s legs. He abandoned the kicks and circled outside Vulcan’s reach, trying to find a rhythm the Russian could not read.</w:t>
      </w:r>
    </w:p>
    <w:p>
      <w:pPr/>
      <w:r>
        <w:t>Vulcan tracked him without turning his shoulders. “Muay Thai.”</w:t>
      </w:r>
    </w:p>
    <w:p>
      <w:pPr/>
      <w:r>
        <w:t>Zion kept circling. “You want a certificate?”</w:t>
      </w:r>
    </w:p>
    <w:p>
      <w:pPr/>
      <w:r>
        <w:t>“No.” The Russian’s accent thickened slightly when he was amused. “Footwork tells enough. You trained long time.”</w:t>
      </w:r>
    </w:p>
    <w:p>
      <w:pPr/>
      <w:r>
        <w:t>“Long enough.”</w:t>
      </w:r>
    </w:p>
    <w:p>
      <w:pPr/>
      <w:r>
        <w:t>“Not soldier.”</w:t>
      </w:r>
    </w:p>
    <w:p>
      <w:pPr/>
      <w:r>
        <w:t>That irritated Zion more than it should have. “You can tell all that from one kick?”</w:t>
      </w:r>
    </w:p>
    <w:p>
      <w:pPr/>
      <w:r>
        <w:t>“From three. First was test. Second was pride. Third was because second failed.”</w:t>
      </w:r>
    </w:p>
    <w:p>
      <w:pPr/>
      <w:r>
        <w:t>Zion changed direction.</w:t>
      </w:r>
    </w:p>
    <w:p>
      <w:pPr/>
      <w:r>
        <w:t>Vulcan’s mouth moved beneath the damaged visor. “Better.”</w:t>
      </w:r>
    </w:p>
    <w:p>
      <w:pPr/>
      <w:r>
        <w:t>“You coaching me now?”</w:t>
      </w:r>
    </w:p>
    <w:p>
      <w:pPr/>
      <w:r>
        <w:t>“If I kill you, lesson wasted.”</w:t>
      </w:r>
    </w:p>
    <w:p>
      <w:pPr/>
      <w:r>
        <w:t>Zion feinted high and attacked the body. Vulcan checked the strike again.</w:t>
      </w:r>
    </w:p>
    <w:p>
      <w:pPr/>
      <w:r>
        <w:t>“Man, you talk a lot for somebody getting jumped in a bar.”</w:t>
      </w:r>
    </w:p>
    <w:p>
      <w:pPr/>
      <w:r>
        <w:t>“You talk more.”</w:t>
      </w:r>
    </w:p>
    <w:p>
      <w:pPr/>
      <w:r>
        <w:t>“Yeah, but I’m charming.”</w:t>
      </w:r>
    </w:p>
    <w:p>
      <w:pPr/>
      <w:r>
        <w:t>Vulcan’s next punch nearly removed that claim from his mouth.</w:t>
      </w:r>
    </w:p>
    <w:p w:rsidR="00095185" w:rsidRDefault="00E41A6A">
      <w:r>
        <w:t>Zion jabbed toward his face and followed with a fast combination, changing targets. Vulcan intercepted each blow. Zion could feel his own rhythm becoming predictable, but breaking it meant leaving an opening.</w:t>
      </w:r>
    </w:p>
    <w:p w:rsidR="00095185" w:rsidRDefault="00E41A6A">
      <w:r>
        <w:t>Vulcan answered with a straight punch. It caught Zion squarely in the face and drove him backward.</w:t>
      </w:r>
    </w:p>
    <w:p w:rsidR="00095185" w:rsidRDefault="00E41A6A">
      <w:r>
        <w:t>Light burst across Zion’s vision. He tucked his chin and let the momentum carry him into a rough somersault rather than landing flat on his back.</w:t>
      </w:r>
    </w:p>
    <w:p w:rsidR="00095185" w:rsidRDefault="00E41A6A">
      <w:r>
        <w:t>One hand steadied him against the floor. Vulcan turned to Ethic, who was closing through the wreckage with his pistol leveled and a second QuickSword in his free hand. Zion rubbed his jaw and tried to stand.</w:t>
      </w:r>
    </w:p>
    <w:p w:rsidR="00095185" w:rsidRDefault="00E41A6A">
      <w:r>
        <w:t>Vulcan’s Data Visor flashed a warning. He pivoted toward Ethic.</w:t>
      </w:r>
    </w:p>
    <w:p w:rsidR="00095185" w:rsidRDefault="00E41A6A">
      <w:r>
        <w:t>Vulcan charged. Ethic tried to step clear and took the shoulder in his chest. Pain cut off his breath. He held his footing in the broken wood and fired into the Russian’s exposed arm.</w:t>
      </w:r>
    </w:p>
    <w:p w:rsidR="00095185" w:rsidRDefault="00E41A6A">
      <w:r>
        <w:t>Blood and torn sleeve fibers struck the floor. Vulcan’s grip faltered.</w:t>
      </w:r>
    </w:p>
    <w:p w:rsidR="00095185" w:rsidRDefault="00E41A6A">
      <w:r>
        <w:t>Vulcan’s shoulder dipped. Ethic lowered the pistol and brought his QuickSword up through the opening.</w:t>
      </w:r>
    </w:p>
    <w:p w:rsidR="00095185" w:rsidRDefault="00E41A6A">
      <w:r>
        <w:t>Ethic drove the blade upward from the bridge of Vulcan’s nose through the center of his Data Visor. The lens split in a shower of sparks. Vulcan reeled against the bar, bringing bottles down behind him. Khalid stared. “Yo. That looked like a damn Street Fighter move.” Vulcan’s knees gave way, and he fell to the hardwood. The two halves of his visor struck the floor beside him.</w:t>
      </w:r>
    </w:p>
    <w:p w:rsidR="00095185" w:rsidRDefault="00E41A6A">
      <w:r>
        <w:t>Ethic remained poised in a low stance, QuickSword angled toward the floor while his pistol stayed trained on the fallen Russian. His chest hurt with every breath. Vulcan pushed himself upright. No desperation. No one should’ve recovered that quickly.</w:t>
      </w:r>
    </w:p>
    <w:p w:rsidR="00095185" w:rsidRDefault="00E41A6A">
      <w:r>
        <w:t>His eyes drifted to the bullet wounds peppering Vulcan’s arm. Far too quickly. Thin silver filaments branched outward from each wound, crawling beneath the skin in intricate patterns before converging at the damaged tissue. They moved with eerie purpose, weaving broken muscle fibers together strand by strand while forcing damaged flesh back into alignment. Not instantly. But unmistakably. “What?” Zion whispered.</w:t>
      </w:r>
    </w:p>
    <w:p w:rsidR="00095185" w:rsidRDefault="00E41A6A">
      <w:r>
        <w:t>His eyes widened as the slash running from the bridge of Vulcan’s nose toward his forehead began closing too. Silver filaments drew the gash together until only a thin silver scar remained. Silence gripped the room.</w:t>
      </w:r>
    </w:p>
    <w:p w:rsidR="00095185" w:rsidRDefault="00E41A6A">
      <w:r>
        <w:t>“Nanotech,” Ethic said. He adjusted his grip. Ordinary wounds would buy seconds at best. Vulcan’s renewed strength would last much longer.</w:t>
      </w:r>
    </w:p>
    <w:p w:rsidR="00095185" w:rsidRDefault="00E41A6A">
      <w:r>
        <w:t>Across the room, Khalid watched the exchange unfold with growing disbelief. This dude heals? Every instinct screamed that standing around watching wasn’t an option. Without thinking any further, he sprinted toward Ethic. “You’re gonna need some help!” From Ethic’s perspective, another unidentified man was charging straight at him. Fast. Directly through the middle of an active battlefield. Training overrode hesitation. Ethic pivoted instantly. The QuickSword flashed. Once. Twice.</w:t>
      </w:r>
    </w:p>
    <w:p w:rsidR="00095185" w:rsidRDefault="00E41A6A">
      <w:r>
        <w:t>Each slash carved through empty air just inches from Khalid’s body as the younger man stumbled backward, twisting desperately to avoid being carved to pieces. The blade hissed past his chest, then his shoulder, then his throat with terrifying speed, each strike close enough for him to feel the rush of displaced air. “Whoa!” His eyes widened. The fourth strike nearly caught his shoulder. Khalid practically folded himself backward to avoid it, boots sliding across broken glass as he fought to keep his balance. He threw both hands into the air. “Hey!” Another slash stopped inches from his face. The polished edge hovered so close he could see his own stunned reflection trembling in the steel. “I’m the backup!” Ethic hesitated. Only for a fraction of a second.</w:t>
      </w:r>
    </w:p>
    <w:p w:rsidR="00095185" w:rsidRDefault="00E41A6A">
      <w:r>
        <w:t>Khalid pointed to the bar. “Dave sent Zion and me to help!” The room fell quiet for a moment. Ethic blinked. His attention moved past Khalid to Zion, then to the bartender still crouched behind the ruined counter. The pieces clicked into place. He lowered both the pistol and the QuickSword. His expression remained completely serious. “Well…” He gave a slight shrug. “Why didn’t you say so?” Khalid stared at him in disbelief. His mouth hung open for a second before words finally returned. “I was trying!” His voice cracked somewhere between frustration and relief.</w:t>
      </w:r>
    </w:p>
    <w:p w:rsidR="00095185" w:rsidRDefault="00E41A6A">
      <w:r>
        <w:t>Zion laughed despite his bruised jaw. Khalid took a cautious step away from Ethic’s sword.</w:t>
      </w:r>
    </w:p>
    <w:p w:rsidR="00095185" w:rsidRDefault="00E41A6A">
      <w:r>
        <w:t>Vulcan was recovering, and Ethic could still reach him. A prisoner who answered to Gideon might tell him where to look. Then Khalid stepped into his peripheral vision, unarmored and watching for instructions. Ethic checked the street instead. “You two had better come with me. You’ve made some enemies.”</w:t>
      </w:r>
    </w:p>
    <w:p w:rsidR="00095185" w:rsidRDefault="00E41A6A">
      <w:r>
        <w:t>Khalid frowned. “What?” His gaze instinctively shifted toward the unconscious Asian woman and the lean Russian struggling to regain his footing. Around them, the bar looked as though a hurricane had ripped through it. Broken furniture, shattered bottles, and splintered wood covered nearly every inch of the floor. “We just helped stop a couple of psychos!” Ethic didn’t bother explaining. “There isn’t time.” His eyes remained fixed outside, tracking the empty street with growing urgency. “They know your faces now.”</w:t>
      </w:r>
    </w:p>
    <w:p w:rsidR="00095185" w:rsidRDefault="00E41A6A">
      <w:r>
        <w:t>He holstered his pistol in one smooth motion while keeping the QuickSword low beside his leg. “If you stay…” His features tightened. “…they’ll come back.” It sounded less like a prediction than something he had watched happen too many times. That was all either of them needed to hear. The three men broke into a sprint.</w:t>
      </w:r>
    </w:p>
    <w:p>
      <w:r>
        <w:t>Ethic reached the shattered storefront first and launched through the opening. Khalid followed. “Guess we’re doing this!” The joke did nothing to slow him. He cleared the broken frame and landed in a controlled roll. Zion came last, landing beside them and immediately sweeping the surrounding buildings for movement.</w:t>
      </w:r>
    </w:p>
    <w:p>
      <w:r>
        <w:t>Ethic accelerated down the street, choosing alleys and intersections without hesitation. Khalid and Zion exchanged one glance, then ran after him. Within seconds, the three disappeared into Midnight City.</w:t>
      </w:r>
    </w:p>
    <w:p>
      <w:pPr/>
      <w:r>
        <w:t>“Yo!” Khalid called after him. “You planning on telling us who the hell you are?”</w:t>
      </w:r>
    </w:p>
    <w:p>
      <w:pPr/>
      <w:r>
        <w:t>“Keep up.”</w:t>
      </w:r>
    </w:p>
    <w:p>
      <w:pPr/>
      <w:r>
        <w:t>“That’s not a name!”</w:t>
      </w:r>
    </w:p>
    <w:p>
      <w:pPr/>
      <w:r>
        <w:t>Ethic cut left between two restaurants. A cleaning drone rolled out of a service entrance and nearly became roadkill beneath Zion’s boots.</w:t>
      </w:r>
    </w:p>
    <w:p>
      <w:pPr/>
      <w:r>
        <w:t>Zion hurdled it. “He got a point.”</w:t>
      </w:r>
    </w:p>
    <w:p>
      <w:pPr/>
      <w:r>
        <w:t>“Ethic Royce.”</w:t>
      </w:r>
    </w:p>
    <w:p>
      <w:pPr/>
      <w:r>
        <w:t>Khalid nearly missed a turn. “Ethic Royce?”</w:t>
      </w:r>
    </w:p>
    <w:p>
      <w:pPr/>
      <w:r>
        <w:t>“Run first. Be impressed later.”</w:t>
      </w:r>
    </w:p>
    <w:p>
      <w:pPr/>
      <w:r>
        <w:t>“I wasn’t impressed. I was making sure I heard the crazy name right.”</w:t>
      </w:r>
    </w:p>
    <w:p>
      <w:pPr/>
      <w:r>
        <w:t>Despite himself, Zion laughed.</w:t>
      </w:r>
    </w:p>
    <w:p>
      <w:pPr/>
      <w:r>
        <w:t>Ethic looked back once. Both young men were still with him, unarmored, bruised, and running hard without complaining. “Next intersection, split around the market. Meet at the blue transit pillar.”</w:t>
      </w:r>
    </w:p>
    <w:p>
      <w:pPr/>
      <w:r>
        <w:t>Khalid frowned. “Why split?”</w:t>
      </w:r>
    </w:p>
    <w:p>
      <w:pPr/>
      <w:r>
        <w:t>“If they’re tracking visually, three targets become harder than one.”</w:t>
      </w:r>
    </w:p>
    <w:p>
      <w:pPr/>
      <w:r>
        <w:t>“And if they’re waiting at the pillar?”</w:t>
      </w:r>
    </w:p>
    <w:p>
      <w:pPr/>
      <w:r>
        <w:t>“Then you learn why I told you to keep running.”</w:t>
      </w:r>
    </w:p>
    <w:p>
      <w:pPr/>
      <w:r>
        <w:t>“Man, this is a terrible orientation program.”</w:t>
      </w:r>
    </w:p>
    <w:p>
      <w:pPr/>
      <w:r>
        <w:t>Ethic almost smiled. “You haven’t been hired.”</w:t>
      </w:r>
    </w:p>
    <w:p>
      <w:pPr/>
      <w:r>
        <w:t>They broke apart at the intersection. Khalid vaulted a railing and cut through an open-air kitchen, apologizing to a cook as he passed. Zion used a maintenance stair and came down two levels lower. Ethic crossed the main lane in plain sight, deliberately taking the easiest route to follow.</w:t>
      </w:r>
    </w:p>
    <w:p>
      <w:pPr/>
      <w:r>
        <w:t>At the transit pillar they arrived within seconds of one another.</w:t>
      </w:r>
    </w:p>
    <w:p>
      <w:pPr/>
      <w:r>
        <w:t>Ethic checked the street behind them. No pursuit.</w:t>
      </w:r>
    </w:p>
    <w:p>
      <w:pPr/>
      <w:r>
        <w:t>Khalid bent forward with his hands on his knees. “I would like the record to show that I was having a perfectly good night before you got a table thrown at you.”</w:t>
      </w:r>
    </w:p>
    <w:p>
      <w:pPr/>
      <w:r>
        <w:t>Zion wiped blood from the corner of his mouth. “You were losing money on Jet Ball.”</w:t>
      </w:r>
    </w:p>
    <w:p>
      <w:pPr/>
      <w:r>
        <w:t>“A perfectly good night.”</w:t>
      </w:r>
    </w:p>
    <w:p>
      <w:pPr/>
      <w:r>
        <w:t>Ethic studied them. Neither had asked to go home.</w:t>
      </w:r>
    </w:p>
    <w:p>
      <w:pPr/>
      <w:r>
        <w:t>“Come on,” he said. “I have a place we can talk.”</w:t>
      </w:r>
    </w:p>
    <w:p>
      <w:pPr/>
      <w:r>
        <w:t>Khalid straightened. “Please tell me it got chairs.”</w:t>
      </w:r>
    </w:p>
    <w:p>
      <w:pPr/>
      <w:r>
        <w:t>“It has chairs.”</w:t>
      </w:r>
    </w:p>
    <w:p>
      <w:pPr/>
      <w:r>
        <w:t>“See, Zy? Man’s reasonable after all.”</w:t>
      </w:r>
    </w:p>
    <w:p w:rsidR="00095185" w:rsidRDefault="00E41A6A">
      <w:r>
        <w:t>Back inside The Center, silence slowly reclaimed the ruined bar. Emergency alarms continued to pulse from somewhere overhead while shattered glass crackled beneath heavy footsteps. Liquor seeped across the floor, mixing with rainwater blowing through the destroyed storefront. Vulcan remained standing in the middle of the destruction. He flexed the injured shoulder. Only faint stiffness remained before the last traces of discomfort disappeared. Tendons moved smoothly beneath healed muscle as though the damage had never occurred. His silver scar caught the dim overhead lights as he turned to the woman lying unconscious several feet away. “Youmi.” His deep voice echoed through the empty establishment, reverberating softly against cracked walls and shattered glass. “Time to go.”</w:t>
      </w:r>
    </w:p>
    <w:p w:rsidR="00095185" w:rsidRDefault="00E41A6A">
      <w:r>
        <w:t>The distant groan of twisted metal settling into place filled the ruined bar. Vulcan crossed to Youmi, still pinned to the floor by Ethic’s QuickSword. He knelt beside her and wrapped one hand around the hilt. His expression remained completely impassive, as though removing a blade from someone’s hand was no more remarkable than removing a splinter. “You’ll feel this.” There was no apology in his voice. Only warning.</w:t>
      </w:r>
    </w:p>
    <w:p w:rsidR="00095185" w:rsidRDefault="00E41A6A">
      <w:r>
        <w:t>Steel emerged coated in fresh blood before Vulcan casually lowered the weapon to his side. Youmi clenched her teeth, suppressing another scream as fresh blood briefly welled from the wound. Her body tensed violently, every muscle locking against the sudden surge of pain. For only a second. The bleeding slowed as the nanotechnology began repairing the damage from within. The pain remained.</w:t>
      </w:r>
    </w:p>
    <w:p w:rsidR="00095185" w:rsidRDefault="00E41A6A">
      <w:r>
        <w:t>The QuickSword spun end over end before clattering across the scarred tabletop, finally sliding to a stop beside shattered bottles and splintered wood. He slipped one powerful arm beneath Youmi and effortlessly lifted her to her feet. The movement was stiff, but functional. “You let them get away.” There was irritation in her voice. It wasn’t loud. It didn’t need to be. Failure was something neither of them tolerated well. Vulcan looked at the shattered opening where Ethic had disappeared. Rain continued dripping through the broken storefront, washing streaks of blood and shattered glass toward the gutter outside. “For now.”</w:t>
      </w:r>
    </w:p>
    <w:p w:rsidR="00095185" w:rsidRDefault="00E41A6A">
      <w:r>
        <w:t>Mecca opened a three-dimensional map of Midnight City on her Disc Icon. Hotels, restaurants, transportation hubs, entertainment venues, medical centers, and public transit routes appeared as floating markers throughout the city, each updating in real time as tiny streams of traffic data flowed between them. She enlarged the business district with a simple gesture. “Hotels.” The interface immediately highlighted several nearby accommodations, each displaying nightly rates, customer reviews, amenities, and current vacancies beside tiny holographic images of their exteriors. Availability indicators shifted dynamically as reservations changed across the city. “Hm…” She scanned the list thoughtfully. Just somewhere comfortable enough to sleep before work. She wasn’t interested in luxury. She picked a nearby hotel with an open room, booked it, and accepted the access credentials.</w:t>
      </w:r>
    </w:p>
    <w:p w:rsidR="00095185" w:rsidRDefault="00E41A6A">
      <w:pPr>
        <w:pStyle w:val="ActuatorSceneStart"/>
        <w:ind/>
      </w:pPr>
      <w:r>
        <w:t>At four in the morning, Mecca brought her Mustang into the hotel’s public Charge Dock in Midnight City. The clamps secured the chassis, and she stepped into the cool air to stretch her shoulders. A few hours of sleep would have to do before the new job. Above the street sweepers, the towers were beginning to fill with light.</w:t>
      </w:r>
    </w:p>
    <w:p w:rsidR="00095185" w:rsidRDefault="00E41A6A">
      <w:pPr>
        <w:pStyle w:val="ActuatorSceneStart"/>
        <w:ind/>
      </w:pPr>
      <w:r>
        <w:t>Dawn caught the windows of Gideon Dyce’s loft above Lyte Grande. He stood with his hands clasped behind him, watching traffic begin to fill the lanes below.</w:t>
      </w:r>
    </w:p>
    <w:p w:rsidR="00095185" w:rsidRDefault="00E41A6A">
      <w:r>
        <w:t>Vulcan and Youmi waited behind Gideon without speaking.</w:t>
      </w:r>
    </w:p>
    <w:p w:rsidR="00095185" w:rsidRDefault="00E41A6A">
      <w:r>
        <w:t>Finally, he spoke. “So disappointed that you missed our friend.” His voice was calm. If anything, the quiet disappointment carried more weight than anger ever could. He never turned away from the window. “So…” A thoughtful pause settled over the room. “What do you propose we do about this fluke?”</w:t>
      </w:r>
    </w:p>
    <w:p w:rsidR="00095185" w:rsidRDefault="00E41A6A">
      <w:r>
        <w:t>Vulcan shifted his weight almost imperceptibly before answering. For perhaps the first time since returning from the failed operation, uncertainty crept into Vulcan’s voice. “Sir…” He lowered his head slightly. “There was unexpected interference from two unknown assailants.” His jaw tightened. The admission clearly bothered him. “They were not part of the intelligence briefing.” He replayed the encounter in his mind. The younger one moved well. Fast. Confident. The other moved almost unnaturally well. Every movement had been efficient. Calculated.</w:t>
      </w:r>
    </w:p>
    <w:p w:rsidR="00095185" w:rsidRDefault="00E41A6A">
      <w:r>
        <w:t>The kind of precision Vulcan had only encountered from elite operators. Neither should have been capable of affecting the outcome. “I retrieved data on one.” He reached up, brushing his fingers against the deep scar running through the center of his forehead where the destroyed visor had once rested. His features tightened. “My Data Visor was destroyed before the scan completed.” There was unmistakable frustration in his voice. The visor had represented years of cutting-edge military engineering. Losing it was more than an inconvenience. It was the loss of a valuable tactical advantage. “However…” He looked back at Gideon. “It may prove useful.”</w:t>
      </w:r>
    </w:p>
    <w:p w:rsidR="00095185" w:rsidRDefault="00E41A6A">
      <w:r>
        <w:t>“Did Ethic pursue you?” “He took the two men and left.” Gideon studied Vulcan’s face. He remembered the same retreat from another side: Ethic counting his people before giving ground. “He’ll keep them close now.” For a moment he sounded almost approving. Then he opened the personnel files. Youmi straightened as he studied her. “I have a job for you. I need a new weapon.”</w:t>
      </w:r>
    </w:p>
    <w:p>
      <w:pPr/>
      <w:r>
        <w:t>Youmi flexed her repaired hand. The skin had closed, but each movement still carried a deep phantom ache where Ethic’s blade had pinned her to the floor. “He also ruined a very good jacket.”</w:t>
      </w:r>
    </w:p>
    <w:p>
      <w:pPr/>
      <w:r>
        <w:t>Gideon finally turned from the window. “You are concerned about the jacket?”</w:t>
      </w:r>
    </w:p>
    <w:p>
      <w:pPr/>
      <w:r>
        <w:t>“I can be angry about more than one thing at a time.”</w:t>
      </w:r>
    </w:p>
    <w:p>
      <w:pPr/>
      <w:r>
        <w:t>Vulcan’s scar had already cooled to metallic silver. “She is mostly angry about hand.”</w:t>
      </w:r>
    </w:p>
    <w:p>
      <w:pPr/>
      <w:r>
        <w:t>Youmi shot him a look. Her South Korean accent was usually subtle, softened by years in multinational units, but irritation made each syllable clipped and precise. “I am standing right here, Vulcan.”</w:t>
      </w:r>
    </w:p>
    <w:p>
      <w:pPr/>
      <w:r>
        <w:t>“Yes. Is why I say it where you can hear.”</w:t>
      </w:r>
    </w:p>
    <w:p>
      <w:pPr/>
      <w:r>
        <w:t>Siege, seated near the far wall, gave a low chuckle.</w:t>
      </w:r>
    </w:p>
    <w:p>
      <w:pPr/>
      <w:r>
        <w:t>Gideon let the exchange run for a moment. They were dangerous people, but they were still people. Anger after failure could turn inward if he shut it down too quickly.</w:t>
      </w:r>
    </w:p>
    <w:p>
      <w:pPr/>
      <w:r>
        <w:t>“Ethic didn’t pursue because he had civilians with him,” Gideon said. “He made the same calculation he always makes. Preserve the people in reach before chasing the target he wants.”</w:t>
      </w:r>
    </w:p>
    <w:p>
      <w:pPr/>
      <w:r>
        <w:t>Youmi lowered her hand. “Those two were civilians.”</w:t>
      </w:r>
    </w:p>
    <w:p>
      <w:pPr/>
      <w:r>
        <w:t>“They were when the fight started.”</w:t>
      </w:r>
    </w:p>
    <w:p>
      <w:pPr/>
      <w:r>
        <w:t>Vulcan touched the scar between his eyes. “One fights like he has trained since child. Other moves like weapons come naturally.”</w:t>
      </w:r>
    </w:p>
    <w:p>
      <w:pPr/>
      <w:r>
        <w:t>Gideon looked at the data Vulcan had recovered. “Names?”</w:t>
      </w:r>
    </w:p>
    <w:p>
      <w:pPr/>
      <w:r>
        <w:t>“Not yet.”</w:t>
      </w:r>
    </w:p>
    <w:p>
      <w:pPr/>
      <w:r>
        <w:t>“Get them. Ethic doesn’t collect strays. If he took them with him, he saw something useful.”</w:t>
      </w:r>
    </w:p>
    <w:p>
      <w:pPr/>
      <w:r>
        <w:t>Youmi leaned against the edge of the table. “And us?”</w:t>
      </w:r>
    </w:p>
    <w:p>
      <w:pPr/>
      <w:r>
        <w:t>“You recover. You learn. Then you make certain the next meeting is not decided by surprise.”</w:t>
      </w:r>
    </w:p>
    <w:p>
      <w:pPr/>
      <w:r>
        <w:t>“No punishment?” she asked.</w:t>
      </w:r>
    </w:p>
    <w:p>
      <w:pPr/>
      <w:r>
        <w:t>Gideon’s expression hardened. “You think I want obedience so badly I would punish you for surviving?”</w:t>
      </w:r>
    </w:p>
    <w:p>
      <w:pPr/>
      <w:r>
        <w:t>The room quieted.</w:t>
      </w:r>
    </w:p>
    <w:p>
      <w:pPr/>
      <w:r>
        <w:t>He pointed at the scar on Vulcan’s face. “That is information. Ethic found an opening. Fix it.”</w:t>
      </w:r>
    </w:p>
    <w:p>
      <w:pPr/>
      <w:r>
        <w:t>Then at Youmi’s hand. “He trapped you because you chased the kill after the fight had shifted. Fix that too.”</w:t>
      </w:r>
    </w:p>
    <w:p>
      <w:pPr/>
      <w:r>
        <w:t>Youmi accepted the criticism without flinching. “Fair.”</w:t>
      </w:r>
    </w:p>
    <w:p>
      <w:pPr/>
      <w:r>
        <w:t>Vulcan nodded once. “Da.”</w:t>
      </w:r>
    </w:p>
    <w:p>
      <w:pPr/>
      <w:r>
        <w:t>Gideon turned back to the city. “Failure is expensive. It does not have to be useless.”</w:t>
      </w:r>
    </w:p>
    <w:p>
      <w:pPr/>
      <w:r>
        <w:t>Sheol entered from the adjoining room carrying a fresh intelligence packet. She looked from Youmi’s hand to Vulcan’s scar. “You two look terrible.”</w:t>
      </w:r>
    </w:p>
    <w:p>
      <w:pPr/>
      <w:r>
        <w:t>Youmi stared at her. “Thank you.”</w:t>
      </w:r>
    </w:p>
    <w:p>
      <w:pPr/>
      <w:r>
        <w:t>Sheol handed the packet to Gideon. “You’re welcome.”</w:t>
      </w:r>
    </w:p>
    <w:p>
      <w:pPr/>
      <w:r>
        <w:t>For the first time since they returned, Vulcan smiled.</w:t>
      </w:r>
    </w:p>
    <w:p w:rsidR="00095185" w:rsidRDefault="00E41A6A">
      <w:r>
        <w:t>Gideon dismissed the conventional service records. Another rifle would not change the balance against Ethic. He needed an advantage his former commander had never trained him to use.</w:t>
      </w:r>
    </w:p>
    <w:p w:rsidR="00095185" w:rsidRDefault="00E41A6A">
      <w:pPr>
        <w:pStyle w:val="ActuatorChapterTitle"/>
        <w:rPr>
          <w:rFonts w:hint="eastAsia"/>
        </w:rPr>
      </w:pPr>
      <w:r>
        <w:t>Chapter 6: The Morning After</w:t>
      </w:r>
    </w:p>
    <w:p w:rsidR="00095185" w:rsidRDefault="00E41A6A">
      <w:pPr>
        <w:pStyle w:val="ActuatorSceneStart"/>
        <w:ind/>
      </w:pPr>
      <w:r>
        <w:t>Troix crossed the busy headquarters lobby and entered the authorization code at the outer doors.</w:t>
      </w:r>
    </w:p>
    <w:p w:rsidR="00095185" w:rsidRDefault="00E41A6A">
      <w:r>
        <w:t>The panel verified his code, palm, and retinal signature. The doors opened on cool morning air. Ethic stood outside with Khalid and Zion.</w:t>
      </w:r>
    </w:p>
    <w:p w:rsidR="00095185" w:rsidRDefault="00E41A6A">
      <w:r>
        <w:t>The long night had left shadows beneath Ethic’s eyes, and fresh tears in his jacket still marked the fight at The Center. Troix noticed the stiffness in his posture immediately: little sleep, too much thinking, no intention of stopping. Khalid and Zion looked exhausted too, but the scale of T.R.A.P.S. Headquarters kept pulling their attention from one armored checkpoint to the next. Troix watched them take in the security doors, uniformed personnel, weapons lockers, and aircraft moving beyond the reinforced glass. Neither tried to hide the fact that this was bigger than anything they had expected. Ethic motioned them over. “Troix. These are Khalid and Zion.” The two traded a quick glance before facing him. “They helped me fight off a couple of Dyce’s goons.” Troix’s attention moved over torn clothing, bruised knuckles, and the way both young men kept unconsciously tracking entrances even while standing still. “Without armor?” he asked. Khalid gave a tired shrug. “Wasn’t exactly time to shop,” Zion added. “People were still inside.” That answer mattered more to Troix than the bruises. He offered his hand. “Hello.”</w:t>
      </w:r>
    </w:p>
    <w:p w:rsidR="00095185" w:rsidRDefault="00E41A6A">
      <w:r>
        <w:t>Instead of accepting the handshake, Khalid closed his hand into a fist and extended it forward. Troix paused. His outstretched hand remained suspended awkwardly between them. He looked at the two fists. For perhaps the first time that morning, genuine confusion crossed his normally unreadable face. After an awkward second, Troix slowly withdrew his hand and cautiously bumped each of their fists with his own. Khalid grinned. “My man!” Zion nodded approvingly.</w:t>
      </w:r>
    </w:p>
    <w:p w:rsidR="00095185" w:rsidRDefault="00E41A6A">
      <w:r>
        <w:t>“There you go.” Troix blinked and glanced at his own fist as though checking whether he had completed the exchange correctly. Ethic caught the confusion immediately.</w:t>
      </w:r>
    </w:p>
    <w:p>
      <w:pPr/>
      <w:r>
        <w:t>Troix leaned slightly toward him. He glanced at Khalid and Zion, both perfectly satisfied with the interaction. “Was that a greeting or the beginning of a fight?”</w:t>
      </w:r>
    </w:p>
    <w:p>
      <w:pPr/>
      <w:r>
        <w:t>“How old are they?” he added under his breath.</w:t>
      </w:r>
    </w:p>
    <w:p>
      <w:pPr/>
      <w:r>
        <w:t>Ethic let out a short laugh.</w:t>
      </w:r>
    </w:p>
    <w:p>
      <w:pPr/>
      <w:r>
        <w:t>Troix faced him. “What?”</w:t>
      </w:r>
    </w:p>
    <w:p>
      <w:pPr/>
      <w:r>
        <w:t>“Nothing.” The smile lingered for another second. “They’ll make sense soon enough.”</w:t>
      </w:r>
    </w:p>
    <w:p>
      <w:pPr/>
      <w:r>
        <w:t>Troix wasn’t convinced, but he let it go.</w:t>
      </w:r>
    </w:p>
    <w:p w:rsidR="00095185" w:rsidRDefault="00E41A6A">
      <w:r>
        <w:t>They entered the elevator. Through its transparent rear wall, Khalid watched laboratories and training floors pass below. “This place is huge.” Zion nodded. Yesterday neither of them had known it existed.</w:t>
      </w:r>
    </w:p>
    <w:p w:rsidR="00095185" w:rsidRDefault="00E41A6A">
      <w:r>
        <w:t>Despite the sleepless night behind him, Ethic’s posture stayed relaxed, as if the previous night’s assassination attempt had become another inconvenience. “I think you two would be interested in a career change.” Both men turned to him. His tone was conversational, almost casual. “Forklift operation and sanitation work don’t really suit your personalities.” He nodded to Khalid, then shifted his attention briefly to Zion. The observation wasn’t insulting. If anything, it sounded like someone stating an obvious conclusion after solving a simple equation. Khalid raised an eyebrow.</w:t>
      </w:r>
    </w:p>
    <w:p w:rsidR="00095185" w:rsidRDefault="00E41A6A">
      <w:r>
        <w:t>“Oh?” Ethic smiled faintly. “How would you like to work for the military?” The question lingered in the elevator. It seemed almost too simple considering everything that had happened during the last several hours. Khalid and Zion stared at him for a second before looking at one another. Neither of them had expected that. Only yesterday they had been complaining about dead-end jobs over drinks. Now a man who had survived an assassination attempt was casually offering them military careers. Zion was the first to answer. His eyebrows knitted together immediately. “I don’t know about no Army or Navy drilling every day from sun-up to sun-down.” He grimaced dramatically.</w:t>
      </w:r>
    </w:p>
    <w:p w:rsidR="00095185" w:rsidRDefault="00E41A6A">
      <w:r>
        <w:t>“Not my thing.” He’d seen enough recruitment commercials growing up. None of it had ever appealed to him. Khalid nodded emphatically. “Definitely not up my alley.” He folded his arms. “I don’t do people barking orders every five minutes.” His expression carried genuine conviction. After years of supervisors timing breaks, warehouse managers watching productivity charts, and customers acting like they owned the world, the last thing he wanted was another job built entirely around someone else’s commands. Ethic’s smile widened just a little. He had expected exactly that response. “Neither of those.” Both men turned back to him. “No Army.” “No Navy.” He paused just long enough to let their assumptions disappear. “No CIA.” The elevator continued climbing in complete silence. Whatever amusement had lingered on Ethic’s face disappeared.</w:t>
      </w:r>
    </w:p>
    <w:p w:rsidR="00095185" w:rsidRDefault="00E41A6A">
      <w:r>
        <w:t>“The FBI knows nothing of us.”</w:t>
      </w:r>
    </w:p>
    <w:p>
      <w:pPr/>
      <w:r>
        <w:t>Khalid looked at the elevator display as another secure level slid past. “Okay. Hold on.”</w:t>
      </w:r>
    </w:p>
    <w:p>
      <w:pPr/>
      <w:r>
        <w:t>Ethic waited.</w:t>
      </w:r>
    </w:p>
    <w:p>
      <w:pPr/>
      <w:r>
        <w:t>“You just said the FBI doesn’t know you exist. Who signs the checks?”</w:t>
      </w:r>
    </w:p>
    <w:p>
      <w:pPr/>
      <w:r>
        <w:t>Troix answered, “The Department of Defense. Through accounts you will never see.”</w:t>
      </w:r>
    </w:p>
    <w:p>
      <w:pPr/>
      <w:r>
        <w:t>“Benefits?”</w:t>
      </w:r>
    </w:p>
    <w:p>
      <w:pPr/>
      <w:r>
        <w:t>Zion turned to him. “That’s your first question?”</w:t>
      </w:r>
    </w:p>
    <w:p>
      <w:pPr/>
      <w:r>
        <w:t>“Man, secret or not, I still got teeth.”</w:t>
      </w:r>
    </w:p>
    <w:p>
      <w:pPr/>
      <w:r>
        <w:t>Ethic nodded toward him. “Medical, dental, housing, equipment, hazard pay, survivor benefits.”</w:t>
      </w:r>
    </w:p>
    <w:p>
      <w:pPr/>
      <w:r>
        <w:t>Khalid’s expression changed. “Survivor benefits.”</w:t>
      </w:r>
    </w:p>
    <w:p>
      <w:pPr/>
      <w:r>
        <w:t>“This isn’t warehouse work.”</w:t>
      </w:r>
    </w:p>
    <w:p>
      <w:pPr/>
      <w:r>
        <w:t>The humor thinned.</w:t>
      </w:r>
    </w:p>
    <w:p>
      <w:pPr/>
      <w:r>
        <w:t>Zion leaned against the elevator wall. “Who do we answer to?”</w:t>
      </w:r>
    </w:p>
    <w:p>
      <w:pPr/>
      <w:r>
        <w:t>“Me,” Ethic said.</w:t>
      </w:r>
    </w:p>
    <w:p>
      <w:pPr/>
      <w:r>
        <w:t>“And who do you answer to?”</w:t>
      </w:r>
    </w:p>
    <w:p>
      <w:pPr/>
      <w:r>
        <w:t>Troix glanced at Ethic. A small test hidden inside an ordinary question.</w:t>
      </w:r>
    </w:p>
    <w:p>
      <w:pPr/>
      <w:r>
        <w:t>Ethic did not dodge it. “Secretary of Defense. President when necessary. My team every day.”</w:t>
      </w:r>
    </w:p>
    <w:p>
      <w:pPr/>
      <w:r>
        <w:t>Zion raised an eyebrow. “Your team?”</w:t>
      </w:r>
    </w:p>
    <w:p>
      <w:pPr/>
      <w:r>
        <w:t>“If I tell you to do something stupid, I expect you to say it’s stupid before you do it.”</w:t>
      </w:r>
    </w:p>
    <w:p>
      <w:pPr/>
      <w:r>
        <w:t>Khalid turned to Troix. “He serious?”</w:t>
      </w:r>
    </w:p>
    <w:p>
      <w:pPr/>
      <w:r>
        <w:t>“Painfully,” Troix replied.</w:t>
      </w:r>
    </w:p>
    <w:p>
      <w:pPr/>
      <w:r>
        <w:t>“So we can argue with the boss?”</w:t>
      </w:r>
    </w:p>
    <w:p>
      <w:pPr/>
      <w:r>
        <w:t>“You may challenge an order,” Troix said. “You may not ignore one because you dislike it. There is a difference.”</w:t>
      </w:r>
    </w:p>
    <w:p>
      <w:pPr/>
      <w:r>
        <w:t>Khalid pointed at him. “See, that sounded military.”</w:t>
      </w:r>
    </w:p>
    <w:p>
      <w:pPr/>
      <w:r>
        <w:t>Troix considered the accusation. “It was.”</w:t>
      </w:r>
    </w:p>
    <w:p>
      <w:pPr/>
      <w:r>
        <w:t>Zion kept his attention on Ethic. “What happens if we say no to the whole thing?”</w:t>
      </w:r>
    </w:p>
    <w:p>
      <w:pPr/>
      <w:r>
        <w:t>“You get protection until I’m satisfied Dyce’s people are no longer looking for you. Then you go back to your lives.”</w:t>
      </w:r>
    </w:p>
    <w:p>
      <w:pPr/>
      <w:r>
        <w:t>“No NDA that says we disappear if we talk?”</w:t>
      </w:r>
    </w:p>
    <w:p>
      <w:pPr/>
      <w:r>
        <w:t>“There is absolutely an NDA.”</w:t>
      </w:r>
    </w:p>
    <w:p>
      <w:pPr/>
      <w:r>
        <w:t>Khalid groaned. “I knew it.”</w:t>
      </w:r>
    </w:p>
    <w:p>
      <w:pPr/>
      <w:r>
        <w:t>“But nobody disappears you for saying no,” Ethic continued. “I don’t recruit at gunpoint.”</w:t>
      </w:r>
    </w:p>
    <w:p>
      <w:pPr/>
      <w:r>
        <w:t>Troix’s face stayed neutral, but the sentence mattered to him. Gideon had once believed the same about the institutions they served.</w:t>
      </w:r>
    </w:p>
    <w:p>
      <w:pPr/>
      <w:r>
        <w:t>Zion studied Ethic a moment longer. “Training?”</w:t>
      </w:r>
    </w:p>
    <w:p>
      <w:pPr/>
      <w:r>
        <w:t>“Extensive.”</w:t>
      </w:r>
    </w:p>
    <w:p>
      <w:pPr/>
      <w:r>
        <w:t>Khalid brightened again. “Weapons?”</w:t>
      </w:r>
    </w:p>
    <w:p>
      <w:pPr/>
      <w:r>
        <w:t>“Extensive.”</w:t>
      </w:r>
    </w:p>
    <w:p>
      <w:pPr/>
      <w:r>
        <w:t>“Explosions?”</w:t>
      </w:r>
    </w:p>
    <w:p>
      <w:pPr/>
      <w:r>
        <w:t>Troix answered this time. “Under supervision.”</w:t>
      </w:r>
    </w:p>
    <w:p>
      <w:pPr/>
      <w:r>
        <w:t>Khalid looked wounded. “Why you say it like that?”</w:t>
      </w:r>
    </w:p>
    <w:p>
      <w:pPr/>
      <w:r>
        <w:t>“I met you five minutes ago.”</w:t>
      </w:r>
    </w:p>
    <w:p>
      <w:pPr/>
      <w:r>
        <w:t>Zion laughed.</w:t>
      </w:r>
    </w:p>
    <w:p>
      <w:pPr/>
      <w:r>
        <w:t>The elevator slowed.</w:t>
      </w:r>
    </w:p>
    <w:p>
      <w:pPr/>
      <w:r>
        <w:t>Ethic looked from one to the other. “Don’t answer now because the building is impressive. Don’t answer because last night scared you. Decide because you want the work and understand what it costs.”</w:t>
      </w:r>
    </w:p>
    <w:p>
      <w:pPr/>
      <w:r>
        <w:t>The doors opened.</w:t>
      </w:r>
    </w:p>
    <w:p>
      <w:pPr/>
      <w:r>
        <w:t>Khalid stared into the impossible headquarters beyond them. “You really know how to make a sales pitch depressing.”</w:t>
      </w:r>
    </w:p>
    <w:p>
      <w:pPr/>
      <w:r>
        <w:t>“It’s not a sales pitch.”</w:t>
      </w:r>
    </w:p>
    <w:p>
      <w:pPr/>
      <w:r>
        <w:t>Zion stepped out first. “That’s why I’m listening.”</w:t>
      </w:r>
    </w:p>
    <w:p>
      <w:pPr/>
      <w:r>
        <w:t>Khalid’s grin disappeared. Zion straightened. Even Troix remained silent. Only the hum of the elevator remained.</w:t>
      </w:r>
    </w:p>
    <w:p>
      <w:pPr/>
      <w:r>
        <w:t>Ethic looked from one young man to the other. “We are far more dangerous.”</w:t>
      </w:r>
    </w:p>
    <w:p>
      <w:pPr/>
      <w:r>
        <w:t>He added, “Protection doesn’t depend on taking the job. You helped me. I owe you that much.”</w:t>
      </w:r>
    </w:p>
    <w:p w:rsidR="00095185" w:rsidRDefault="00E41A6A">
      <w:r>
        <w:t>Zion turned to Khalid again. This time neither joked. They could refuse and still walk out alive; accepting meant learning what had tried to kill them.</w:t>
      </w:r>
    </w:p>
    <w:p w:rsidR="00095185" w:rsidRDefault="00E41A6A">
      <w:pPr>
        <w:pStyle w:val="ActuatorSceneStart"/>
        <w:ind/>
      </w:pPr>
      <w:r>
        <w:t>“Sheol, I trust that you handled yourself well.” Gideon swirled the wine in his glass. She stood a few feet away, dreadlocks spilling over her dark coat. Dawn warmed her bronzed cocoa complexion but left her silver eyes bright and unreadable.</w:t>
      </w:r>
    </w:p>
    <w:p w:rsidR="00095185" w:rsidRDefault="00E41A6A">
      <w:r>
        <w:t>“The Outfitters should be getting a pleasant surprise right about now.” Sheol folded her arms. “They did a bang-up job, though.”</w:t>
      </w:r>
    </w:p>
    <w:p>
      <w:pPr/>
      <w:r>
        <w:t>Gideon set the wine down. “The engineer?”</w:t>
      </w:r>
    </w:p>
    <w:p>
      <w:pPr/>
      <w:r>
        <w:t>Sheol knew who he meant. “She left before the charge went.”</w:t>
      </w:r>
    </w:p>
    <w:p>
      <w:pPr/>
      <w:r>
        <w:t>“You confirmed it?”</w:t>
      </w:r>
    </w:p>
    <w:p>
      <w:pPr/>
      <w:r>
        <w:t>“I watched her Focus clear the district.”</w:t>
      </w:r>
    </w:p>
    <w:p>
      <w:pPr/>
      <w:r>
        <w:t>Only then did some of the tension leave his shoulders.</w:t>
      </w:r>
    </w:p>
    <w:p>
      <w:pPr/>
      <w:r>
        <w:t>Sheol noticed. “You were worried.”</w:t>
      </w:r>
    </w:p>
    <w:p>
      <w:pPr/>
      <w:r>
        <w:t>“I prefer not to kill useful people for no reason.”</w:t>
      </w:r>
    </w:p>
    <w:p>
      <w:pPr/>
      <w:r>
        <w:t>“Useful.”</w:t>
      </w:r>
    </w:p>
    <w:p>
      <w:pPr/>
      <w:r>
        <w:t>The single word carried enough criticism to make him look at her.</w:t>
      </w:r>
    </w:p>
    <w:p>
      <w:pPr/>
      <w:r>
        <w:t>Sheol stepped closer. “Her name is Anari.”</w:t>
      </w:r>
    </w:p>
    <w:p>
      <w:pPr/>
      <w:r>
        <w:t>Gideon held her gaze. “I know.”</w:t>
      </w:r>
    </w:p>
    <w:p>
      <w:pPr/>
      <w:r>
        <w:t>“Then use it.”</w:t>
      </w:r>
    </w:p>
    <w:p>
      <w:pPr/>
      <w:r>
        <w:t>A beat passed.</w:t>
      </w:r>
    </w:p>
    <w:p>
      <w:pPr/>
      <w:r>
        <w:t>“Anari,” Gideon corrected.</w:t>
      </w:r>
    </w:p>
    <w:p>
      <w:pPr/>
      <w:r>
        <w:t>Sheol picked up her glass again. “Better.”</w:t>
      </w:r>
    </w:p>
    <w:p>
      <w:pPr/>
      <w:r>
        <w:t>He did not argue, but his attention drifted toward the distant skyline. “Gauge made his choice.”</w:t>
      </w:r>
    </w:p>
    <w:p>
      <w:pPr/>
      <w:r>
        <w:t>“He was afraid.”</w:t>
      </w:r>
    </w:p>
    <w:p>
      <w:pPr/>
      <w:r>
        <w:t>“Fear does not change what he knew.”</w:t>
      </w:r>
    </w:p>
    <w:p>
      <w:pPr/>
      <w:r>
        <w:t>“No. It changes what it costs to make the choice.”</w:t>
      </w:r>
    </w:p>
    <w:p>
      <w:pPr/>
      <w:r>
        <w:t>Gideon’s jaw tightened. Sheol had a talent for placing a finger directly on the hypocrisy he preferred to leave unexamined.</w:t>
      </w:r>
    </w:p>
    <w:p>
      <w:pPr/>
      <w:r>
        <w:t>“You think I should have left him alive?”</w:t>
      </w:r>
    </w:p>
    <w:p>
      <w:pPr/>
      <w:r>
        <w:t>“I think you should know whether you killed a man because it was necessary or because it was easier than trusting him.”</w:t>
      </w:r>
    </w:p>
    <w:p>
      <w:pPr/>
      <w:r>
        <w:t>The floor trembled beneath them. Somewhere in Lyte Grande, the charge completed its work.</w:t>
      </w:r>
    </w:p>
    <w:p>
      <w:pPr/>
      <w:r>
        <w:t>Gideon looked down at the ripple in his wine.</w:t>
      </w:r>
    </w:p>
    <w:p>
      <w:pPr/>
      <w:r>
        <w:t>“And which do you think it was?” he asked.</w:t>
      </w:r>
    </w:p>
    <w:p>
      <w:pPr/>
      <w:r>
        <w:t>Sheol drank before answering. “I think you are still deciding.”</w:t>
      </w:r>
    </w:p>
    <w:p w:rsidR="00095185" w:rsidRDefault="00E41A6A">
      <w:r>
        <w:t>She laughed softly. Gideon raised his glass.</w:t>
      </w:r>
    </w:p>
    <w:p w:rsidR="00095185" w:rsidRDefault="00E41A6A">
      <w:r>
        <w:t>Not a single drop spilled. “To successful preparations.” Their glasses met with a soft clink. Each took a slow drink. Neither hurried. Neither bothered looking toward the source of the disturbance. Only after setting his glass back onto the table did Gideon speak again. “Now, Sheol…” His eyes drifted to a floating tactical display already beginning to populate with new intelligence reports. Fresh streams of encrypted data scrolled silently across the hologram as satellite imagery, surveillance updates, and operational summaries assembled themselves into organized columns.</w:t>
      </w:r>
    </w:p>
    <w:p w:rsidR="00095185" w:rsidRDefault="00E41A6A">
      <w:r>
        <w:t>“For our next series of plans.” His tone stayed calm, but beneath it rested unmistakable momentum. One operation had concluded. Another had already begun.</w:t>
      </w:r>
    </w:p>
    <w:p w:rsidR="00095185" w:rsidRDefault="00E41A6A">
      <w:pPr>
        <w:pStyle w:val="ActuatorSceneStart"/>
        <w:ind/>
      </w:pPr>
      <w:r>
        <w:t>Anari drove her old Focus home. The worn armrest pressed against her elbow, and the climate vent whistled as she increased the heat. Five hundred thousand credits could replace the whole car. She patted the dash anyway. “What a night.”</w:t>
      </w:r>
    </w:p>
    <w:p w:rsidR="00095185" w:rsidRDefault="00E41A6A">
      <w:r>
        <w:t>A violent shock wave struck the Focus. The Sky Car climbed sharply off course.</w:t>
      </w:r>
    </w:p>
    <w:p w:rsidR="00095185" w:rsidRDefault="00E41A6A">
      <w:r>
        <w:t>“Whoa!”</w:t>
      </w:r>
    </w:p>
    <w:p w:rsidR="00095185" w:rsidRDefault="00E41A6A">
      <w:r>
        <w:t>“Oh my God.” Static prickled across Anari’s fingertips. The hairs on her forearms lifted, then settled. She gripped the controls as the sensation faded.</w:t>
      </w:r>
    </w:p>
    <w:p w:rsidR="00095185" w:rsidRDefault="00E41A6A">
      <w:r>
        <w:t>Smoke climbed from the distant skyline. “Command: assessment of damages.” She checked the mirrors while the computer ran its scan. “Damage: zero percent.”</w:t>
      </w:r>
    </w:p>
    <w:p w:rsidR="00095185" w:rsidRDefault="00E41A6A">
      <w:r>
        <w:t>The relief lasted less than a heartbeat. “Incoming projectiles in twenty-eight seconds.” Her blood ran cold. Every muscle in her body tightened. The words didn’t immediately register. When they finally did, they made no sense. “What?”</w:t>
      </w:r>
    </w:p>
    <w:p w:rsidR="00095185" w:rsidRDefault="00E41A6A">
      <w:r>
        <w:t>“Shit! Command: evade. Return home!” The controls retracted as the Focus took over. Its restraints tightened before it accelerated, throwing her against the seat. A route flashed across the windshield. The car banked around a building close enough for her to see a startled face in a window. The drive whined. “Come on,” she whispered.</w:t>
      </w:r>
    </w:p>
    <w:p w:rsidR="00095185" w:rsidRDefault="00E41A6A">
      <w:r>
        <w:t>Red warnings strobed across the windshield. The Focus snapped into a right barrel roll.</w:t>
      </w:r>
    </w:p>
    <w:p w:rsidR="00095185" w:rsidRDefault="00E41A6A">
      <w:r>
        <w:t>Tools and receipts flew around the cabin. A slab of concrete and twisted steel passed the windshield. Behind it came a smaller block, spinning toward the roof.</w:t>
      </w:r>
    </w:p>
    <w:p w:rsidR="00095185" w:rsidRDefault="00E41A6A">
      <w:r>
        <w:t>The reinforced alloy buckled inward as the debris punched through the cabin, showering Anari with dust, insulation, splintered composite material, and glittering fragments of interior paneling. The jagged block tore through the passenger compartment before embedding itself halfway into the passenger seat. It quivered violently. Anari stared at it in stunned disbelief. “I…” Her voice caught in her throat.</w:t>
      </w:r>
    </w:p>
    <w:p w:rsidR="00095185" w:rsidRDefault="00E41A6A">
      <w:r>
        <w:t>The Focus reached her apartment garage under emergency guidance. The protruding concrete scraped the entrance frame before the car settled in its bay and released the restraints.</w:t>
      </w:r>
    </w:p>
    <w:p w:rsidR="00095185" w:rsidRDefault="00E41A6A">
      <w:r>
        <w:t>Anari remained frozen in her seat. Every exhale trembled. Another few inches. She stopped the thought before it finished. She couldn’t go there. The fresh air helped clear the haze hanging inside the cabin, but it did nothing to steady her nerves. Still breathing heavily, Anari climbed out on shaky legs and rested one hand against the side of the Focus until the dizziness subsided.</w:t>
      </w:r>
    </w:p>
    <w:p w:rsidR="00095185" w:rsidRDefault="00E41A6A">
      <w:r>
        <w:t>The familiar metal beneath her palm felt strangely reassuring, grounding her after the violent chaos of the last few moments. “That was way too close.” She swallowed hard before looking back toward the vehicle. The damage looked even worse from the outside. The roof had been crushed inward where the concrete had pierced it, jagged metal curled around the impact site like torn paper. Hairline fractures spread across sections of the canopy, and deep gouges scarred the passenger side where debris had scraped along the body during the emergency maneuver. Despite all of it, the little Focus had gotten her home. Again.</w:t>
      </w:r>
    </w:p>
    <w:p>
      <w:pPr/>
      <w:r>
        <w:t>Her hands were still shaking when she called Gauge.</w:t>
      </w:r>
    </w:p>
    <w:p>
      <w:pPr/>
      <w:r>
        <w:t>The Disc Icon rang once. Twice. Then rolled to unavailable.</w:t>
      </w:r>
    </w:p>
    <w:p>
      <w:pPr/>
      <w:r>
        <w:t>Anari stared at the empty projection. “Come on, old man.”</w:t>
      </w:r>
    </w:p>
    <w:p>
      <w:pPr/>
      <w:r>
        <w:t>She called again.</w:t>
      </w:r>
    </w:p>
    <w:p>
      <w:pPr/>
      <w:r>
        <w:t>Nothing.</w:t>
      </w:r>
    </w:p>
    <w:p>
      <w:pPr/>
      <w:r>
        <w:t>She tried the shop line. No connection.</w:t>
      </w:r>
    </w:p>
    <w:p>
      <w:pPr/>
      <w:r>
        <w:t>The knot in her chest tightened. She opened the last message he had sent her. DRIVE SAFE. Two ordinary words that suddenly looked like a goodbye.</w:t>
      </w:r>
    </w:p>
    <w:p>
      <w:pPr/>
      <w:r>
        <w:t>“No.” She shook her head. “Don’t do that.”</w:t>
      </w:r>
    </w:p>
    <w:p>
      <w:pPr/>
      <w:r>
        <w:t>She recorded a voice message anyway.</w:t>
      </w:r>
    </w:p>
    <w:p>
      <w:pPr/>
      <w:r>
        <w:t>“Gauge, it’s me. Something exploded. I don’t know if it was near the shop, but I need you to answer.” She looked at the torn roof of the Focus and laughed once, breathless and frightened. “You are going to lose your mind when you see what happened to this car, so congratulations, you officially have something to yell at me about.”</w:t>
      </w:r>
    </w:p>
    <w:p>
      <w:pPr/>
      <w:r>
        <w:t>Her voice broke.</w:t>
      </w:r>
    </w:p>
    <w:p>
      <w:pPr/>
      <w:r>
        <w:t>She stopped recording, deleted the message, and started again.</w:t>
      </w:r>
    </w:p>
    <w:p>
      <w:pPr/>
      <w:r>
        <w:t>“Grandpa, call me. Please.”</w:t>
      </w:r>
    </w:p>
    <w:p>
      <w:pPr/>
      <w:r>
        <w:t>That was all she could manage.</w:t>
      </w:r>
    </w:p>
    <w:p>
      <w:pPr/>
      <w:r>
        <w:t>She sent it and stood beside the damaged Focus until the garage stopped spinning around her.</w:t>
      </w:r>
    </w:p>
    <w:p>
      <w:r>
        <w:t>Several hours later, the East Wing recreation lounge had gone quiet. Fresh coffee cooled untouched on a side table, and a digital billiards game sat abandoned midway through a turn. Ethic leaned forward on the burgundy sectional, elbows on his knees, while blue light from the Hologram Block washed across his tired face. Troix sat at one end with his arms folded. Khalid and Zion occupied the other seats. Nobody joked. On the projection, news helicopters circled what was left of Lyte Grande. The camera widened, and entire neighborhoods disappeared into the frame as fields of wreckage. Khalid’s knee had been bouncing since they sat down. It stopped when a rescue drone lifted a child from a collapsed apartment shell. Zion held an untouched cup between both hands, fingers tightening around it whenever the camera found another survivor. Troix watched casualty estimates update in one corner of the display and quietly memorized the response times, evacuation routes, and blast radius. Ethic watched all three men more than he watched the news. This was what recruitment speeches never showed: the part where a mission became somebody’s home, somebody’s family, somebody’s street. The anchor’s voice sharpened as the feed moved closer to the crater. No one in the room needed him to explain what the widening destruction meant.</w:t>
      </w:r>
    </w:p>
    <w:p w:rsidR="00095185" w:rsidRDefault="00E41A6A">
      <w:r>
        <w:t>Towering buildings that had stood for decades were now nothing more than twisted skeletons of steel protruding from mountains of shattered concrete. Search drones drifted methodically over the ruins, their scanning beams sweeping through collapsed buildings while emergency Sky Cars circled overhead carrying the injured away as quickly as they could. The anchor’s voice filled the room. “The devastation is overwhelming!” Even through the polished cadence expected of a professional broadcaster, strain had begun creeping into his voice. The camera shifted again. “Ten city blocks flattened.” The image widened. Only then did the true magnitude become visible. At the center of the destruction lay an enormous crater.</w:t>
      </w:r>
    </w:p>
    <w:p w:rsidR="00095185" w:rsidRDefault="00E41A6A">
      <w:r>
        <w:t>Railroad lines twisted into impossible shapes before disappearing beneath collapsed earth, and ruptured utility conduits continued spitting sparks into the smoke-filled air. Smoke still rose. It was horrifyingly real. “And a mushroom cloud over the gloomy Lyte Grande tells of a scene so grim that everyone is still in disbelief.” Frank Odessa’s voice softened noticeably, the practiced confidence that had carried countless broadcasts giving way to quiet disbelief.</w:t>
      </w:r>
    </w:p>
    <w:p w:rsidR="00095185" w:rsidRDefault="00E41A6A">
      <w:r>
        <w:t>The camera found a woman beside a rescue cordon, holding a child’s shoe. She kept asking which hospital the crews were using. Nobody on the broadcast answered. Khalid leaned forward. “Damn.”</w:t>
      </w:r>
    </w:p>
    <w:p w:rsidR="00095185" w:rsidRDefault="00E41A6A">
      <w:r>
        <w:t>“What could do that?” Zion asked. Ethic studied the crater and the surrounding damage. Troix paused the image.</w:t>
      </w:r>
    </w:p>
    <w:p>
      <w:pPr/>
      <w:r>
        <w:t>Khalid looked from the crater to Ethic. “You thinking Dyce?”</w:t>
      </w:r>
    </w:p>
    <w:p>
      <w:pPr/>
      <w:r>
        <w:t>“I’m thinking somebody wanted ten blocks gone,” Ethic said. “I don’t name the somebody until I can prove it.”</w:t>
      </w:r>
    </w:p>
    <w:p>
      <w:pPr/>
      <w:r>
        <w:t>Troix enlarged the crater and overlaid the city’s buried infrastructure. Rail tunnels, power conduits, and communications trunks appeared beneath the destruction.</w:t>
      </w:r>
    </w:p>
    <w:p>
      <w:pPr/>
      <w:r>
        <w:t>Zion leaned forward. “Center’s not the middle of the neighborhood.”</w:t>
      </w:r>
    </w:p>
    <w:p>
      <w:pPr/>
      <w:r>
        <w:t>Troix nodded. “Correct.”</w:t>
      </w:r>
    </w:p>
    <w:p>
      <w:pPr/>
      <w:r>
        <w:t>“So they weren’t aiming at people?”</w:t>
      </w:r>
    </w:p>
    <w:p>
      <w:pPr/>
      <w:r>
        <w:t>Ethic’s expression hardened. “People were still there. Intention doesn’t unkill them.”</w:t>
      </w:r>
    </w:p>
    <w:p>
      <w:pPr/>
      <w:r>
        <w:t>Khalid went quiet.</w:t>
      </w:r>
    </w:p>
    <w:p>
      <w:pPr/>
      <w:r>
        <w:t>Troix shifted the overlay. A buried freight line intersected the blast radius. “This junction moved military material through Lyte Grande before the war. Some routes remain classified.”</w:t>
      </w:r>
    </w:p>
    <w:p>
      <w:pPr/>
      <w:r>
        <w:t>“Could’ve been the real target,” Zion said.</w:t>
      </w:r>
    </w:p>
    <w:p>
      <w:pPr/>
      <w:r>
        <w:t>“Or cover for something else,” Ethic replied.</w:t>
      </w:r>
    </w:p>
    <w:p>
      <w:pPr/>
      <w:r>
        <w:t>Khalid stared at the woman on the broadcast holding the child’s shoe. “How many ‘something elses’ are worth that?”</w:t>
      </w:r>
    </w:p>
    <w:p>
      <w:pPr/>
      <w:r>
        <w:t>Nobody answered immediately.</w:t>
      </w:r>
    </w:p>
    <w:p>
      <w:pPr/>
      <w:r>
        <w:t>Ethic had spent too much of his life in rooms where somebody always had an answer for that question. Acceptable loss. Strategic necessity. Collateral exposure. The vocabulary changed. The dead did not.</w:t>
      </w:r>
    </w:p>
    <w:p>
      <w:pPr/>
      <w:r>
        <w:t>“None,” he said.</w:t>
      </w:r>
    </w:p>
    <w:p>
      <w:pPr/>
      <w:r>
        <w:t>Troix studied him.</w:t>
      </w:r>
    </w:p>
    <w:p>
      <w:pPr/>
      <w:r>
        <w:t>Ethic pointed to the crater. “Even if the target mattered. Even if the operation mattered. You own what it cost. Never let anybody teach you different.”</w:t>
      </w:r>
    </w:p>
    <w:p>
      <w:pPr/>
      <w:r>
        <w:t>Zion nodded once.</w:t>
      </w:r>
    </w:p>
    <w:p>
      <w:pPr/>
      <w:r>
        <w:t>Khalid swallowed and sat back. “Military job’s sounding better by the minute.”</w:t>
      </w:r>
    </w:p>
    <w:p>
      <w:pPr/>
      <w:r>
        <w:t>Troix almost corrected the joke, then recognized what Khalid was doing. “You are allowed to reconsider.”</w:t>
      </w:r>
    </w:p>
    <w:p>
      <w:pPr/>
      <w:r>
        <w:t>Khalid looked at the screen. “Nah. If people can do that and walk away, I wanna know how to stop ’em.”</w:t>
      </w:r>
    </w:p>
    <w:p>
      <w:pPr/>
      <w:r>
        <w:t>Zion glanced at him. “Same.”</w:t>
      </w:r>
    </w:p>
    <w:p>
      <w:pPr/>
      <w:r>
        <w:t>Ethic said nothing. But the decision registered.</w:t>
      </w:r>
    </w:p>
    <w:p w:rsidR="00095185" w:rsidRDefault="00E41A6A">
      <w:r>
        <w:t>Troix reached for the remote resting on the table beside him. No one looked away. Finally, Ethic spoke. “That wasn’t an accident.” His voice was calm. Certain. Every eye in the room shifted toward him. He slowly rose from the sectional and walked closer to the frozen projection, studying the crater from only a few feet away. The pale blue light from the hologram washed across his face as he narrowed his eyes. “This wasn’t conventional.” He gestured to the near-perfect circle carved into the earth. “The energy dispersed too evenly.”</w:t>
      </w:r>
    </w:p>
    <w:p w:rsidR="00095185" w:rsidRDefault="00E41A6A">
      <w:r>
        <w:t>His gaze moved across the flattened cityscape. “If this were a standard explosive, the blast pattern would’ve been far more irregular.” He paused. The room fell silent. “This was engineered.” The realization settled over everyone at once. Khalid exchanged a glance with Zion. Neither liked where the conversation seemed to be heading. Ethic folded his arms. “If someone possesses a weapon capable of doing this…” He watched the ruined city. “…then last night’s attack at The Center may have been the least of our problems.” No one answered. His expression never changed, but his mind was already moving.</w:t>
      </w:r>
    </w:p>
    <w:p w:rsidR="00095185" w:rsidRDefault="00E41A6A">
      <w:r>
        <w:t>Troix resumed the broadcast. “This is Frank Odessa signing off,” the reporter said. “More as updates arrive.” The feed returned to the studio.</w:t>
      </w:r>
    </w:p>
    <w:p w:rsidR="00095185" w:rsidRDefault="00E41A6A">
      <w:r>
        <w:t>The studio anchor reported that medics were still finding survivors, though hopes were fading near the center of the blast. Ethic let her finish before switching the display off. “Resume upon news update.” Then he opened the intelligence reports on his Disc Icon.</w:t>
      </w:r>
    </w:p>
    <w:p w:rsidR="00095185" w:rsidRDefault="00E41A6A">
      <w:r>
        <w:t>“Gideon is moving,” he said. “We need to know what the attack covered.” Troix leaned forward to read with him.</w:t>
      </w:r>
    </w:p>
    <w:p w:rsidR="00095185" w:rsidRDefault="00E41A6A">
      <w:r>
        <w:t>Across the city, daylight filtered through Mecca’s hotel curtains.</w:t>
      </w:r>
    </w:p>
    <w:p w:rsidR="00095185" w:rsidRDefault="00E41A6A">
      <w:r>
        <w:t>The polished floor held the night’s lingering coolness, sending another small shiver through her legs before her body slowly adjusted. “Should’ve turned the climate controls up.” She smiled faintly. If anything, it helped chase away the last traces of sleep. Still waking, she wandered toward the massive window overlooking Midnight City. Streams of commuter Sky Cars glided gracefully through designated aerial lanes, their orderly movement creating an intricate ballet high above the streets, while countless people far below hurried along sidewalks beginning another ordinary workday. Digital billboards slowly brightened as storefronts opened for business, and rooftop gardens shimmered with droplets left behind by the previous night’s rain. Mecca rested one hand lightly against the cool glass.</w:t>
      </w:r>
    </w:p>
    <w:p w:rsidR="00095185" w:rsidRDefault="00E41A6A">
      <w:r>
        <w:t>Excitement replaced the uncertainty she’d carried during the drive into Midnight City. Whatever awaited her inside T.R.A.P.S., she intended to earn her place there. She watched the morning unfold beyond the window and said, “Command: room service.” Mecca remained there another moment before turning back into the room, mentally running through exactly what she wanted. “Coffee…” She smiled. “With creamer and sugar.” Her stomach reminded her that she hadn’t eaten since the trip began, answering with a growl that made her chuckle. “Bacon…” She walked to the center of the suite. “Scrambled eggs…” Her bare feet crossed the polished floor.</w:t>
      </w:r>
    </w:p>
    <w:p w:rsidR="00095185" w:rsidRDefault="00E41A6A">
      <w:r>
        <w:t>The cart bot’s cheerful baritone returned. “Breakfast is served!” Mecca couldn’t help smiling. “Well…” She leaned forward appreciatively. “Now that’s service.”</w:t>
      </w:r>
    </w:p>
    <w:p w:rsidR="00095185" w:rsidRDefault="00E41A6A">
      <w:r>
        <w:t>The rich aroma curled upward, carrying hints of roasted cocoa and toasted hazelnut that immediately stirred her senses. “One more thing.” She lifted her wrist toward the room. “Command: Bach, Concerto 1041.” A brief pause. “Volume, twenty.” “Command accepted.”</w:t>
      </w:r>
    </w:p>
    <w:p w:rsidR="00095185" w:rsidRDefault="00E41A6A">
      <w:pPr>
        <w:pStyle w:val="ActuatorChapterTitle"/>
        <w:rPr>
          <w:rFonts w:hint="eastAsia"/>
        </w:rPr>
      </w:pPr>
      <w:r>
        <w:t>Chapter 7: Another Weapon</w:t>
      </w:r>
    </w:p>
    <w:p w:rsidR="00095185" w:rsidRDefault="00E41A6A">
      <w:pPr>
        <w:pStyle w:val="ActuatorSceneStart"/>
        <w:ind/>
      </w:pPr>
      <w:r>
        <w:t>“It’s settled, then.” Ethic looked from Zion to Khalid. “You’ve already shown me something I need.”</w:t>
      </w:r>
    </w:p>
    <w:p w:rsidR="00095185" w:rsidRDefault="00E41A6A">
      <w:r>
        <w:t>His expression remained calm. “You didn’t run.” Neither Khalid nor Zion spoke. The memory of the previous night’s battle still played vividly in their minds. Shattered glass. Gunfire. The spinning table. Ethic carving through impossible opponents with frightening precision. They hadn’t understood who they were helping or why they’d stayed. They had simply seen someone in trouble and acted. Looking back, neither of them was entirely sure whether courage or instinct had carried them through the night. Ethic nodded once. “That tells me more than any résumé ever could.” He turned to Zion. “Zion.” Zion lifted his head. “You will be our infantryman and combat engineer.”</w:t>
      </w:r>
    </w:p>
    <w:p w:rsidR="00095185" w:rsidRDefault="00E41A6A">
      <w:r>
        <w:t>“Your athleticism, adaptability, and ability to improvise under pressure are exactly what I need on the front line. You’ll receive combat training, engineering certification, demolitions instruction, field construction, tactical breaching, and battlefield support. You’ll be expected to fight.” He paused briefly. “And build.” The final words landed differently. This wasn’t simply about destroying obstacles. It was about overcoming them. Zion blinked. “Combat engineer?” He tested the title quietly, almost as though hearing someone else’s future instead of his own.</w:t>
      </w:r>
    </w:p>
    <w:p w:rsidR="00095185" w:rsidRDefault="00E41A6A">
      <w:r>
        <w:t>A grin slowly spread across his face. “That actually sounds kinda badass.” For the first time since arriving at headquarters, genuine excitement pushed aside the uncertainty. Khalid chuckled. “Told you they weren’t talking about no regular Army.” Ethic’s attention shifted. “Khalid.” He pointed to him. “You are our weapons specialist.” Khalid’s smile immediately widened. His posture straightened almost unconsciously. “You’ll become proficient with everything from conventional firearms to experimental weapon systems. Maintenance, modification, ballistics, heavy ordnance, energy platforms, field repairs. If someone on this team picks up a weapon, I expect you to know more about it than the person who built it.” Khalid let out a low whistle.</w:t>
      </w:r>
    </w:p>
    <w:p w:rsidR="00095185" w:rsidRDefault="00E41A6A">
      <w:r>
        <w:t>The thought of handling equipment nobody else had ever touched lit him up. “Now that sounds like my kind of job.” Ethic gave a slight nod. “I thought it might.” His tone grew noticeably more serious. “As of this moment, you two are officially members of T.R.A.P.S.” Silence settled over the room.</w:t>
      </w:r>
    </w:p>
    <w:p w:rsidR="00095185" w:rsidRDefault="00E41A6A">
      <w:r>
        <w:t>Ethic continued, “Our organization operates outside the authority of every conventional military branch.” He spoke each sentence carefully, making certain there was no misunderstanding. “No one is above our authority.” He let the statement settle over them. “But no one knows that.” Khalid’s grin faded. Even Zion’s relaxed posture stiffened. The reality of what they were stepping into began settling over both men. Ethic’s eyes moved between them. “Not your family.” A beat. “Not your friends.” Another.</w:t>
      </w:r>
    </w:p>
    <w:p w:rsidR="00095185" w:rsidRDefault="00E41A6A">
      <w:r>
        <w:t>“Not your wife.” His voice remained steady, but the gravity behind each sentence grew unmistakably heavier. “Not your children.” He allowed the silence to linger. “The work we do doesn’t exist to the public.” He looked from one young man to the other. “If someone asks where you’ve been…” His expression never changed. “You’ll lie.”</w:t>
      </w:r>
    </w:p>
    <w:p w:rsidR="00095185" w:rsidRDefault="00E41A6A">
      <w:r>
        <w:t>The lighthearted mood evaporated almost as quickly as it had appeared, replaced by the quiet gravity of what Ethic had just revealed. Operational secrecy wasn’t a suggestion. It was law. One moment of trust given to the wrong person could expose them all. Khalid suddenly burst into a grin. “You’re lucky!” He elbowed Zion with an exaggerated smile. “You don’t have to worry about any of that with us!” Zion laughed.</w:t>
      </w:r>
    </w:p>
    <w:p w:rsidR="00095185" w:rsidRDefault="00E41A6A">
      <w:r>
        <w:t>“Makes keeping secrets easier,” Zion said. Troix’s mouth twitched. “You’ll find this job gives you enough problems without relationship counseling,” Ethic told them.</w:t>
      </w:r>
    </w:p>
    <w:p w:rsidR="00095185" w:rsidRDefault="00E41A6A">
      <w:r>
        <w:t>He turned to Troix. “Troix.” “Yes, sir.” “You need to get our new mechanic here.” Troix nodded immediately. “She should already be in Midnight City.” There wasn’t the slightest hesitation. If Ethic wanted someone located, Troix would locate them. Ethic walked to the large tactical display dominating the room. Holographic personnel files hovered above the table, rotating slowly as intelligence updates flowed continuously across the interface. Blue streams of encrypted data scrolled beside each profile while empty placeholders occupied the positions of recruits they had yet to find. A faint electronic hum accompanied the display as the system continuously synchronized with T.R.A.P.S.’ secure network. He studied the incomplete roster. One engineer. One weapons specialist.</w:t>
      </w:r>
    </w:p>
    <w:p w:rsidR="00095185" w:rsidRDefault="00E41A6A">
      <w:r>
        <w:t>One combat engineer. Cyber operations. He scanned each vacant position, assigning responsibilities before recognizing the weakness each empty space created. He tapped the edge of the display. “We also need someone for electronics.” He studied the holograms. “A technician.” Troix repeated the word. “Technician?” Ethic didn’t answer. His mind worked several steps ahead, sorting through recruitment lists, military records, and civilian specialists capable of surviving the world they were entering. Faces appeared in his memory almost as quickly as they disappeared.</w:t>
      </w:r>
    </w:p>
    <w:p w:rsidR="00095185" w:rsidRDefault="00E41A6A">
      <w:r>
        <w:t>Each possibility was discarded with ruthless efficiency. Then a single name settled into place. Ethic looked back at Troix. “Get Mecca here.” The decision came instantly. “She’ll fill the mechanic position.” He glanced once more at the empty space where the electronics specialist’s profile should have been. “We’ll find the tech within the next week.”</w:t>
      </w:r>
    </w:p>
    <w:p>
      <w:pPr/>
      <w:r>
        <w:t>Ethic let the roster collapse into a thin blue line above the table, but he did not dismiss Khalid and Zion with it. “One more thing.” The humor drained from Khalid’s face first. Zion straightened beside him.</w:t>
      </w:r>
    </w:p>
    <w:p>
      <w:pPr/>
      <w:r>
        <w:t>“You heard what I said about secrecy,” Ethic continued. “Do not confuse secrecy with surrendering your life to us. You are allowed to ask why. You are allowed to disagree. You are allowed to tell me when a plan is bad.” Troix glanced at him from near the door. Ethic noticed. “Especially when the plan is mine.”</w:t>
      </w:r>
    </w:p>
    <w:p>
      <w:pPr/>
      <w:r>
        <w:t>Khalid blinked. “That sounds suspiciously reasonable for a secret military organization.”</w:t>
      </w:r>
    </w:p>
    <w:p>
      <w:pPr/>
      <w:r>
        <w:t>“It is not reasonable,” Troix said. “It is practical.”</w:t>
      </w:r>
    </w:p>
    <w:p>
      <w:pPr/>
      <w:r>
        <w:t>Zion’s mouth twitched. “There he go.”</w:t>
      </w:r>
    </w:p>
    <w:p>
      <w:pPr/>
      <w:r>
        <w:t>Troix faced him. “Where?”</w:t>
      </w:r>
    </w:p>
    <w:p>
      <w:pPr/>
      <w:r>
        <w:t>Khalid covered his face. “See, this is what I’m talking about.”</w:t>
      </w:r>
    </w:p>
    <w:p>
      <w:pPr/>
      <w:r>
        <w:t>Ethic almost smiled. “You will learn his language.”</w:t>
      </w:r>
    </w:p>
    <w:p>
      <w:pPr/>
      <w:r>
        <w:t>“I speak English,” Troix said.</w:t>
      </w:r>
    </w:p>
    <w:p>
      <w:pPr/>
      <w:r>
        <w:t>“Debatable,” Khalid muttered.</w:t>
      </w:r>
    </w:p>
    <w:p>
      <w:pPr/>
      <w:r>
        <w:t>Troix’s eyes moved to him. Khalid raised both hands. “Respectfully.”</w:t>
      </w:r>
    </w:p>
    <w:p>
      <w:pPr/>
      <w:r>
        <w:t>The exchange loosened something in the room. Ethic allowed it. Fear had its uses, but fear was a terrible foundation for a team. “You are also going to make mistakes. We all do. If you hide one because you are scared of looking stupid, somebody dies. If you break something, tell us. If you do not understand something, say it. If you are injured, say it. I do not need heroes who pretend they are invincible.”</w:t>
      </w:r>
    </w:p>
    <w:p>
      <w:pPr/>
      <w:r>
        <w:t>Zion glanced at the healing bruises along his knuckles from the previous night. “That rule apply to commanders too?”</w:t>
      </w:r>
    </w:p>
    <w:p>
      <w:pPr/>
      <w:r>
        <w:t>The question landed harder than Zion intended. Troix’s attention shifted toward Ethic.</w:t>
      </w:r>
    </w:p>
    <w:p>
      <w:pPr/>
      <w:r>
        <w:t>Ethic did not dodge it. “Yes.”</w:t>
      </w:r>
    </w:p>
    <w:p>
      <w:pPr/>
      <w:r>
        <w:t>Troix gave one quiet nod. Zion noticed. So did Khalid.</w:t>
      </w:r>
    </w:p>
    <w:p>
      <w:pPr/>
      <w:r>
        <w:t>For the first time since arriving, the room stopped feeling like a place they had been summoned to and started feeling like somewhere they might actually belong.</w:t>
      </w:r>
    </w:p>
    <w:p>
      <w:pPr/>
      <w:r>
        <w:t>Khalid looked at the dark T.R.A.P.S. insignia hovering above the table. “So what do we tell people when we disappear for weeks?”</w:t>
      </w:r>
    </w:p>
    <w:p>
      <w:pPr/>
      <w:r>
        <w:t>“The truth,” Ethic said.</w:t>
      </w:r>
    </w:p>
    <w:p>
      <w:pPr/>
      <w:r>
        <w:t>Both men stared at him.</w:t>
      </w:r>
    </w:p>
    <w:p>
      <w:pPr/>
      <w:r>
        <w:t>“Just not all of it.” Ethic folded his arms. “You work government contracts. Security restrictions. Travel. Irregular hours. All of that is true.”</w:t>
      </w:r>
    </w:p>
    <w:p>
      <w:pPr/>
      <w:r>
        <w:t>Khalid looked offended. “Man, that’s not lying. That’s advanced editing.”</w:t>
      </w:r>
    </w:p>
    <w:p>
      <w:pPr/>
      <w:r>
        <w:t>Zion nodded. “Selective honesty.”</w:t>
      </w:r>
    </w:p>
    <w:p>
      <w:pPr/>
      <w:r>
        <w:t>“Call it what you want,” Ethic said. “Just do not invent so much that you have to remember your own bullshit.”</w:t>
      </w:r>
    </w:p>
    <w:p>
      <w:pPr/>
      <w:r>
        <w:t>Troix finally moved toward the door. “That is sound advice in general.”</w:t>
      </w:r>
    </w:p>
    <w:p>
      <w:pPr/>
      <w:r>
        <w:t>Khalid pointed after him. “See? He funny again.”</w:t>
      </w:r>
    </w:p>
    <w:p>
      <w:pPr/>
      <w:r>
        <w:t>“I did not make a joke.”</w:t>
      </w:r>
    </w:p>
    <w:p>
      <w:pPr/>
      <w:r>
        <w:t>“Exactly.”</w:t>
      </w:r>
    </w:p>
    <w:p>
      <w:pPr/>
      <w:r>
        <w:t>Troix stopped. He seemed to consider the problem with genuine seriousness. “I do not understand why that is funny.”</w:t>
      </w:r>
    </w:p>
    <w:p>
      <w:pPr/>
      <w:r>
        <w:t>Zion studied Khalid. Khalid studied Zion.</w:t>
      </w:r>
    </w:p>
    <w:p>
      <w:pPr/>
      <w:r>
        <w:t>Both lost it.</w:t>
      </w:r>
    </w:p>
    <w:p>
      <w:pPr/>
      <w:r>
        <w:t>Ethic shook his head and let them laugh. The sound felt strange inside a headquarters built around classified threats and casualty projections. Strange, but useful. He remembered rooms where young soldiers had been afraid to laugh because command might hear them. He had never liked those rooms.</w:t>
      </w:r>
    </w:p>
    <w:p>
      <w:pPr/>
      <w:r>
        <w:t>When the laughter settled, he looked at the two newest members of his unit. “Get some sleep. Tomorrow is going to hurt.”</w:t>
      </w:r>
    </w:p>
    <w:p>
      <w:pPr/>
      <w:r>
        <w:t>Khalid’s smile vanished. “Why you say it like that?”</w:t>
      </w:r>
    </w:p>
    <w:p>
      <w:pPr/>
      <w:r>
        <w:t>Troix opened the door. “Because I am training you.”</w:t>
      </w:r>
    </w:p>
    <w:p>
      <w:pPr/>
      <w:r>
        <w:t>Zion sighed. “There it is.”</w:t>
      </w:r>
    </w:p>
    <w:p>
      <w:pPr/>
      <w:r>
        <w:t>Khalid followed him into the corridor. “I knew this job had a catch.”</w:t>
      </w:r>
    </w:p>
    <w:p w:rsidR="00095185" w:rsidRDefault="00E41A6A">
      <w:r>
        <w:t>Troix left Khalid and Zion to their quarters and shifted to the next item on Ethic’s roster: Mecca. Timelines, transportation, security clearance, housing, orientation, equipment issuance, and personnel coordination assembled themselves in his mind with the same methodical precision he applied to everything else. One by one, the empty spaces in Ethic’s team were being filled. They were still incomplete. Still untested.</w:t>
      </w:r>
    </w:p>
    <w:p w:rsidR="00095185" w:rsidRDefault="00E41A6A">
      <w:r>
        <w:t>Mecca had just finished gathering her belongings when the familiar vibration of her Disc Icon pulsed gently against her wrist. A soft chime followed. The floating caller identification read: TROIX. A small smile tugged at the corner of her mouth. “Punctual…” The timing didn’t surprise her. If Troix said someone would call at a certain hour, they called.</w:t>
      </w:r>
    </w:p>
    <w:p w:rsidR="00095185" w:rsidRDefault="00E41A6A">
      <w:r>
        <w:t>Mecca answered while leaving the hotel. “Afternoon. Hope I didn’t keep anyone waiting.” “You did not,” Troix said.</w:t>
      </w:r>
    </w:p>
    <w:p w:rsidR="00095185" w:rsidRDefault="00E41A6A">
      <w:r>
        <w:t>Troix continued matter-of-factly. “I’ll transmit your destination now.” A small three-dimensional map appeared beside his projection. Highlighted in blue was a route extending well beyond the city’s commercial district, winding through several secured sectors before terminating at an isolated military installation hidden beyond ordinary public access. Layer after layer of restricted airspace became visible as encrypted navigation permissions unfolded across the hologram. Several portions of the route remained intentionally obscured, revealing only enough information to guide her where she needed to go. Encrypted coordinates streamed directly into her navigation system. “The route has been uploaded.” Mecca studied the map for a second. Her eyebrows lifted slightly. “That far out?” She hadn’t expected headquarters to be so isolated. “Yes.”</w:t>
      </w:r>
    </w:p>
    <w:p w:rsidR="00095185" w:rsidRDefault="00E41A6A">
      <w:r>
        <w:t>“See you shortly.” Mecca reached the hotel’s Charge Dock as Troix’s route appeared across her Mustang’s windshield.</w:t>
      </w:r>
    </w:p>
    <w:p>
      <w:pPr/>
      <w:r>
        <w:t>“Troix.”</w:t>
      </w:r>
    </w:p>
    <w:p>
      <w:pPr/>
      <w:r>
        <w:t>He had already begun to end the call. “Yes?”</w:t>
      </w:r>
    </w:p>
    <w:p>
      <w:pPr/>
      <w:r>
        <w:t>Mecca leaned against the Mustang’s open canopy. “You always talk like somebody charged you by the syllable?”</w:t>
      </w:r>
    </w:p>
    <w:p>
      <w:pPr/>
      <w:r>
        <w:t>A pause.</w:t>
      </w:r>
    </w:p>
    <w:p>
      <w:pPr/>
      <w:r>
        <w:t>“No.”</w:t>
      </w:r>
    </w:p>
    <w:p>
      <w:pPr/>
      <w:r>
        <w:t>“That was one syllable.”</w:t>
      </w:r>
    </w:p>
    <w:p>
      <w:pPr/>
      <w:r>
        <w:t>“I am aware.”</w:t>
      </w:r>
    </w:p>
    <w:p>
      <w:pPr/>
      <w:r>
        <w:t>She grinned. “Okay. Just checking.”</w:t>
      </w:r>
    </w:p>
    <w:p>
      <w:pPr/>
      <w:r>
        <w:t>Troix studied her through the projection. Mecca had the distinct impression that he was trying to decide whether she had asked a real question. “You have twenty-nine minutes.”</w:t>
      </w:r>
    </w:p>
    <w:p>
      <w:pPr/>
      <w:r>
        <w:t>“Now it’s twenty-nine?”</w:t>
      </w:r>
    </w:p>
    <w:p>
      <w:pPr/>
      <w:r>
        <w:t>“Traffic improved.”</w:t>
      </w:r>
    </w:p>
    <w:p>
      <w:pPr/>
      <w:r>
        <w:t>“You are impossible.”</w:t>
      </w:r>
    </w:p>
    <w:p>
      <w:pPr/>
      <w:r>
        <w:t>“I have been told that recently.”</w:t>
      </w:r>
    </w:p>
    <w:p>
      <w:pPr/>
      <w:r>
        <w:t>That answer caught her off guard. She laughed. “By who?”</w:t>
      </w:r>
    </w:p>
    <w:p>
      <w:pPr/>
      <w:r>
        <w:t>Troix ended the call.</w:t>
      </w:r>
    </w:p>
    <w:p>
      <w:pPr/>
      <w:r>
        <w:t>Mecca stared at the empty projection. “Rude.”</w:t>
      </w:r>
    </w:p>
    <w:p>
      <w:pPr/>
      <w:r>
        <w:t>She climbed into the Mustang, dropped her bag into the passenger compartment, and looked at the classified route filling the windshield. The farther it carried her from the center of Midnight City, the fewer public traffic lanes remained. Commercial towers gave way to industrial zones, then low forested terrain interrupted by fenced government property and old defensive corridors left over from the Eastern Tirade.</w:t>
      </w:r>
    </w:p>
    <w:p w:rsidR="00095185" w:rsidRDefault="00E41A6A">
      <w:r>
        <w:t>While Mecca followed the classified route away from Midnight City’s center, Ethic finished orientation and returned to the tactical map alone.</w:t>
      </w:r>
    </w:p>
    <w:p w:rsidR="00095185" w:rsidRDefault="00E41A6A">
      <w:r>
        <w:t>Everything Gideon had done fit together too cleanly to be coincidence. What’s your next move? The question echoed through his mind as he mentally followed Gideon’s past operations, searching for patterns hidden beneath years of calculated decisions. He replayed timelines, supply routes, recruitment efforts, sabotage campaigns, and political responses, peeling each layer apart in search of whatever piece he still hadn’t seen. A soft pulse illuminated the room. Without looking away from the tactical display, he spoke. “Answer call.” Troix’s holographic image materialized above the device. “Sir.”</w:t>
      </w:r>
    </w:p>
    <w:p w:rsidR="00095185" w:rsidRDefault="00E41A6A">
      <w:r>
        <w:t>He stood beside one of the base’s departure platforms, wind gently stirring his coat. Aircraft moved silently in the background as ground crews prepared vehicles for deployment, their activity reduced to blurred motion behind the projection. “Mecca is en route.” He glanced at a nearby display. “Thirty minutes…” Another quick look at the projected traffic data. “…given current traffic, sir.” Ethic nodded once. “Thank you, Troix.” His eyes returned to the tactical map. “Moves need to be made.” He exhaled slowly. “Shit is about to hit the fan.” The room fell silent. Neither man felt the need to elaborate.</w:t>
      </w:r>
    </w:p>
    <w:p w:rsidR="00095185" w:rsidRDefault="00E41A6A">
      <w:r>
        <w:t>Troix understood exactly what he meant. The attack on Lyte Grande had changed everything. Every delay increased the gap between T.R.A.P.S. and an enemy that already appeared several steps ahead. When Troix finally answered, his voice carried a gravity Khalid and Zion had not yet heard from him. It wasn’t fear or uncertainty. It was the resolve of a soldier who understood that the days ahead would demand everything they had. “Yes, sir. We’ll be ready. We are taking the necessary measures.”</w:t>
      </w:r>
    </w:p>
    <w:p w:rsidR="00095185" w:rsidRDefault="00E41A6A">
      <w:r>
        <w:t>“I’ll hold you to it.” Ethic ended the call and walked to his quarters. He left the tactical display running behind him.</w:t>
      </w:r>
    </w:p>
    <w:p>
      <w:pPr/>
      <w:r>
        <w:t>The car requested clearance at the first restricted checkpoint. Her Disc Icon answered automatically.</w:t>
      </w:r>
    </w:p>
    <w:p>
      <w:pPr/>
      <w:r>
        <w:t>AUTHORIZED.</w:t>
      </w:r>
    </w:p>
    <w:p>
      <w:pPr/>
      <w:r>
        <w:t>At the second checkpoint, the road disappeared beneath the forest.</w:t>
      </w:r>
    </w:p>
    <w:p>
      <w:pPr/>
      <w:r>
        <w:t>Mecca sat forward. “Okay. That’s cute.”</w:t>
      </w:r>
    </w:p>
    <w:p>
      <w:pPr/>
      <w:r>
        <w:t>A false hillside separated along a seam she would never have noticed without the navigation marker. The Mustang descended into a tunnel bright with white guidance strips. Cameras tracked her from recessed housings. Automated turrets followed the vehicle just long enough to make her aware of them.</w:t>
      </w:r>
    </w:p>
    <w:p>
      <w:pPr/>
      <w:r>
        <w:t>She looked up through the canopy. “Y’all could’ve just put up a sign.”</w:t>
      </w:r>
    </w:p>
    <w:p>
      <w:pPr/>
      <w:r>
        <w:t>The Mustang’s assistant replied pleasantly, “Signage is not recommended for concealed military installations.”</w:t>
      </w:r>
    </w:p>
    <w:p>
      <w:pPr/>
      <w:r>
        <w:t>“I know, baby. I was being sarcastic.”</w:t>
      </w:r>
    </w:p>
    <w:p>
      <w:pPr/>
      <w:r>
        <w:t>“Noted.”</w:t>
      </w:r>
    </w:p>
    <w:p>
      <w:pPr/>
      <w:r>
        <w:t>By the time the tunnel opened into the first underground hangar, Mecca had forgotten every joke she had been preparing.</w:t>
      </w:r>
    </w:p>
    <w:p>
      <w:pPr/>
      <w:r>
        <w:t>Vehicles filled the cavern.</w:t>
      </w:r>
    </w:p>
    <w:p>
      <w:pPr/>
      <w:r>
        <w:t>Some she recognized. Most she did not.</w:t>
      </w:r>
    </w:p>
    <w:p>
      <w:pPr/>
      <w:r>
        <w:t>Aircraft rested on magnetic maintenance racks with their skins removed. Armored transports hovered inches above the floor while technicians worked beneath them. A narrow fighter rotated slowly inside a diagnostic cage as a holographic shell mapped stress fractures across its wings. Half-built machines sat beside wrecked ones. Old technology stood next to things that looked like they had not been named yet.</w:t>
      </w:r>
    </w:p>
    <w:p>
      <w:pPr/>
      <w:r>
        <w:t>Mecca stopped the Mustang exactly where the guidance lights told her to.</w:t>
      </w:r>
    </w:p>
    <w:p>
      <w:pPr/>
      <w:r>
        <w:t>The canopy lifted.</w:t>
      </w:r>
    </w:p>
    <w:p>
      <w:pPr/>
      <w:r>
        <w:t>She did not move.</w:t>
      </w:r>
    </w:p>
    <w:p>
      <w:pPr/>
      <w:r>
        <w:t>Troix waited twenty feet away.</w:t>
      </w:r>
    </w:p>
    <w:p>
      <w:pPr/>
      <w:r>
        <w:t>“You are staring,” he said.</w:t>
      </w:r>
    </w:p>
    <w:p>
      <w:pPr/>
      <w:r>
        <w:t>“I am appreciating.”</w:t>
      </w:r>
    </w:p>
    <w:p>
      <w:pPr/>
      <w:r>
        <w:t>“You are staring.”</w:t>
      </w:r>
    </w:p>
    <w:p>
      <w:pPr/>
      <w:r>
        <w:t>She climbed out slowly, eyes moving from one machine to the next. “You people been hiding all this under a forest?”</w:t>
      </w:r>
    </w:p>
    <w:p>
      <w:pPr/>
      <w:r>
        <w:t>“Among other places.”</w:t>
      </w:r>
    </w:p>
    <w:p>
      <w:pPr/>
      <w:r>
        <w:t>“That’s criminal.”</w:t>
      </w:r>
    </w:p>
    <w:p>
      <w:pPr/>
      <w:r>
        <w:t>Troix frowned. “It is classified.”</w:t>
      </w:r>
    </w:p>
    <w:p>
      <w:pPr/>
      <w:r>
        <w:t>“I didn’t mean literally.”</w:t>
      </w:r>
    </w:p>
    <w:p>
      <w:pPr/>
      <w:r>
        <w:t>“I know.”</w:t>
      </w:r>
    </w:p>
    <w:p>
      <w:pPr/>
      <w:r>
        <w:t>She turned to him. “You sure?”</w:t>
      </w:r>
    </w:p>
    <w:p>
      <w:pPr/>
      <w:r>
        <w:t>A beat.</w:t>
      </w:r>
    </w:p>
    <w:p>
      <w:pPr/>
      <w:r>
        <w:t>“No.”</w:t>
      </w:r>
    </w:p>
    <w:p>
      <w:pPr/>
      <w:r>
        <w:t>Mecca laughed again. Troix did not, but the corner of his mouth shifted.</w:t>
      </w:r>
    </w:p>
    <w:p>
      <w:pPr/>
      <w:r>
        <w:t>That was enough.</w:t>
      </w:r>
    </w:p>
    <w:p>
      <w:pPr/>
      <w:r>
        <w:t>She slung her bag over one shoulder and followed him deeper into the hangar. “So where’s my shop?”</w:t>
      </w:r>
    </w:p>
    <w:p>
      <w:pPr/>
      <w:r>
        <w:t>“Your shop?”</w:t>
      </w:r>
    </w:p>
    <w:p>
      <w:pPr/>
      <w:r>
        <w:t>“You hired a mechanic.”</w:t>
      </w:r>
    </w:p>
    <w:p>
      <w:pPr/>
      <w:r>
        <w:t>“We recruited a combat engineer and vehicle specialist.”</w:t>
      </w:r>
    </w:p>
    <w:p>
      <w:pPr/>
      <w:r>
        <w:t>“Which means I get a shop.”</w:t>
      </w:r>
    </w:p>
    <w:p>
      <w:pPr/>
      <w:r>
        <w:t>Troix considered that. “Yes.”</w:t>
      </w:r>
    </w:p>
    <w:p>
      <w:pPr/>
      <w:r>
        <w:t>“Good. We understand each other.”</w:t>
      </w:r>
    </w:p>
    <w:p>
      <w:pPr/>
      <w:r>
        <w:t>“I suspect that is premature.”</w:t>
      </w:r>
    </w:p>
    <w:p>
      <w:pPr/>
      <w:r>
        <w:t>“Give it a day.”</w:t>
      </w:r>
    </w:p>
    <w:p>
      <w:pPr/>
      <w:r>
        <w:t>They passed a scorched transport with half its drive assembly exposed. Mecca slowed without meaning to. The damaged stabilizer housing had been repaired twice, badly both times. She pointed. “Who did that?”</w:t>
      </w:r>
    </w:p>
    <w:p>
      <w:pPr/>
      <w:r>
        <w:t>Troix followed her finger. “Maintenance section four.”</w:t>
      </w:r>
    </w:p>
    <w:p>
      <w:pPr/>
      <w:r>
        <w:t>“Fire them.”</w:t>
      </w:r>
    </w:p>
    <w:p>
      <w:pPr/>
      <w:r>
        <w:t>“They are military employees.”</w:t>
      </w:r>
    </w:p>
    <w:p>
      <w:pPr/>
      <w:r>
        <w:t>“Promote them somewhere far away from tools.”</w:t>
      </w:r>
    </w:p>
    <w:p>
      <w:pPr/>
      <w:r>
        <w:t>Troix finally looked amused.</w:t>
      </w:r>
    </w:p>
    <w:p>
      <w:pPr/>
      <w:r>
        <w:t>Mecca caught it. “There you are.”</w:t>
      </w:r>
    </w:p>
    <w:p>
      <w:pPr/>
      <w:r>
        <w:t>“Where?”</w:t>
      </w:r>
    </w:p>
    <w:p>
      <w:pPr/>
      <w:r>
        <w:t>She groaned. “We got work to do.”</w:t>
      </w:r>
    </w:p>
    <w:p w:rsidR="00095185" w:rsidRDefault="00E41A6A">
      <w:r>
        <w:t>In his quarters, Ethic opened the Lyte Grande damage survey beside images of the city before the attack.</w:t>
      </w:r>
    </w:p>
    <w:p w:rsidR="00095185" w:rsidRDefault="00E41A6A">
      <w:r>
        <w:t>He enlarged the district around Tech Outfitters.</w:t>
      </w:r>
    </w:p>
    <w:p w:rsidR="00095185" w:rsidRDefault="00E41A6A">
      <w:r>
        <w:t>The model resolved into loading bays, maintenance entrances, and the streets surrounding the shop. Gauge Tessler’s file opened beside it. A second file identified Anari Preston.</w:t>
      </w:r>
    </w:p>
    <w:p w:rsidR="00095185" w:rsidRDefault="00E41A6A">
      <w:r>
        <w:t>Ethic narrowed his eyes. “Interesting…” Not because she’d done anything suspicious. Because she hadn’t.</w:t>
      </w:r>
    </w:p>
    <w:p w:rsidR="00095185" w:rsidRDefault="00E41A6A">
      <w:r>
        <w:t>Anari completed the installation, accepted payment, and left. Ethic replayed her departure beside the attack timeline.</w:t>
      </w:r>
    </w:p>
    <w:p w:rsidR="00095185" w:rsidRDefault="00E41A6A">
      <w:r>
        <w:t>She had barely cleared the area. He checked the interval again before reaching for her file.</w:t>
      </w:r>
    </w:p>
    <w:p w:rsidR="00095185" w:rsidRDefault="00E41A6A">
      <w:r>
        <w:t>“Command: address for Anari Preston. Store.” The system saved her profile. Ethic left the garage recording open beside it.</w:t>
      </w:r>
    </w:p>
    <w:p w:rsidR="00095185" w:rsidRDefault="00E41A6A">
      <w:pPr>
        <w:pStyle w:val="ActuatorSceneStart"/>
        <w:ind/>
      </w:pPr>
      <w:r>
        <w:t>Earlier that day, Sheol had stood alone in a room where warmth had long since ceased to exist.</w:t>
      </w:r>
    </w:p>
    <w:p w:rsidR="00095185" w:rsidRDefault="00E41A6A">
      <w:r>
        <w:t>Disinfectant stung the chilled air. Fog curled around Sheol’s boots as she approached a storage drawer in the morgue.</w:t>
      </w:r>
    </w:p>
    <w:p w:rsidR="00095185" w:rsidRDefault="00E41A6A">
      <w:r>
        <w:t>Sheol opened the drawer. A white identification tag swung from the dead man’s toe as the tray stopped beneath the light. Damp hair lay across his forehead.</w:t>
      </w:r>
    </w:p>
    <w:p w:rsidR="00095185" w:rsidRDefault="00E41A6A">
      <w:r>
        <w:t>Sheol touched the dead man’s shoulder, then his neck. She opened a puncture in the skin and held her hand against it.</w:t>
      </w:r>
    </w:p>
    <w:p w:rsidR="00095185" w:rsidRDefault="00E41A6A">
      <w:r>
        <w:t>Dark, coagulated blood welled around the puncture. A faint violet radiance gathered behind Sheol’s silver irises and traced the edges of her lips as the mother swarm surged through her nervous system. Project Five’s fusion expressed excess energy this way. At close range she had learned to push that discharge outward hard enough to overload another person’s nervous system, but the effect taxed her own nanotech and could not be sustained for long. This time she let the glow remain contained. This was resurrection, not combat. The room stayed frozen.</w:t>
      </w:r>
    </w:p>
    <w:p w:rsidR="00095185" w:rsidRDefault="00E41A6A">
      <w:r>
        <w:t>His chest jerked. Air tore into his lungs as though he had surfaced from deep water. Color returned unevenly to his skin; his pupils fought for focus. Sheol leaned into his field of vision, silver irises the first steady thing he could find. Satisfaction softened her mouth. “Hello, Vitali.” The greeting was almost gentle. He stared at her, breath ragged, while memory arrived in broken flashes: death, darkness, then nothing.</w:t>
      </w:r>
    </w:p>
    <w:p w:rsidR="00095185" w:rsidRDefault="00E41A6A">
      <w:r>
        <w:t>Nothing. Reality itself no longer made sense. She continued, “Your new codename is Fate.” She let the words settle over him. The title seemed to linger in the air, carrying more significance than explanation. His lips trembled. His voice barely existed. The single word scraped painfully from a throat that had only just begun living again. “Fate.”</w:t>
      </w:r>
    </w:p>
    <w:p w:rsidR="00095185" w:rsidRDefault="00E41A6A">
      <w:r>
        <w:t>Sheol stepped back. He followed before deciding to move, then stopped with one hand braced against the drawer. “Did you ask me to do that?” She watched him. “You need help standing.” He looked down at his feet.</w:t>
      </w:r>
    </w:p>
    <w:p w:rsidR="00095185" w:rsidRDefault="00E41A6A">
      <w:pPr>
        <w:pStyle w:val="ActuatorChapterTitle"/>
        <w:rPr>
          <w:rFonts w:hint="eastAsia"/>
        </w:rPr>
      </w:pPr>
      <w:r>
        <w:t>Chapter 8: Winter</w:t>
      </w:r>
    </w:p>
    <w:p w:rsidR="00095185" w:rsidRDefault="00E41A6A">
      <w:pPr>
        <w:pStyle w:val="ActuatorSceneStart"/>
        <w:ind/>
      </w:pPr>
      <w:r>
        <w:t>Khalid sat on his new bunk, their duffel bags still unopened by the wall. “One whole day and I already feel like a different person. No more lame-ass warehouse jobs.”</w:t>
      </w:r>
    </w:p>
    <w:p w:rsidR="00095185" w:rsidRDefault="00E41A6A">
      <w:r>
        <w:t>“No more low-ass pay. Access to the world’s deepest, darkest secrets. What more could I want?” Across from him, Zion studied the floor.</w:t>
      </w:r>
    </w:p>
    <w:p w:rsidR="00095185" w:rsidRDefault="00E41A6A">
      <w:r>
        <w:t>He finally answered, “A family…” His voice was noticeably quieter. “…somewhere to call home.” The admission lingered between them. Khalid’s grin softened. He knew immediately what Zion meant. Zion lifted his eyes. “K…” He looked directly at his lifelong friend. “We met in an orphanage when we were five years old.”</w:t>
      </w:r>
    </w:p>
    <w:p w:rsidR="00095185" w:rsidRDefault="00E41A6A">
      <w:r>
        <w:t>They both remembered the hope every time a visitor walked through the front doors, followed by the familiar disappointment when that visitor left with someone else. “You’re all the family I’ve ever known.” His words carried no self-pity. Only truth. Only gratitude. He leaned back against the wall. A faint smile appeared. “All those kids in our Muay Thai classes used to look at us funny because of where we came from.” The memory instantly triggered one of Khalid’s favorites. He couldn’t help himself. “And that’s why we kicked their asses!” He burst into laughter. “HA!”</w:t>
      </w:r>
    </w:p>
    <w:p w:rsidR="00095185" w:rsidRDefault="00E41A6A">
      <w:r>
        <w:t>Zion laughed too. He remembered walking home beside Khalid with sore ribs, each insisting the other had taken the worse beating. “Yeah. We did.”</w:t>
      </w:r>
    </w:p>
    <w:p w:rsidR="00095185" w:rsidRDefault="00E41A6A">
      <w:r>
        <w:t>He sighed. “I still feel like we both missed out on something great.” His voice wasn’t bitter. Only quietly reflective. Silence settled between them. The excitement of their new lives couldn’t completely bury the questions they’d carried since childhood. “Come on…” Zion looked back at Khalid. “You’re twenty-two.” A small pause. “I’m twenty-three.” He spread his hands. “We’re grown as hell.” There was frustration in his voice now. “And we still don’t know where we came from.” The sentence hit harder than either of them expected.</w:t>
      </w:r>
    </w:p>
    <w:p w:rsidR="00095185" w:rsidRDefault="00E41A6A">
      <w:r>
        <w:t>Khalid’s smile disappeared. He lowered his eyes to the floor. The playful energy that usually defined him quietly slipped away. When he finally spoke, his voice carried a seriousness Zion heard only on the rarest occasions. “You know…” He rubbed his hands together thoughtfully. “I think about that more than I let on.”</w:t>
      </w:r>
    </w:p>
    <w:p w:rsidR="00095185" w:rsidRDefault="00E41A6A">
      <w:r>
        <w:t>It wasn’t something he joked about. Not ever. He exhaled. “Every birthday…” His gaze remained fixed on the floor. “I wonder if somebody out there remembers it.” He imagined people he’d never met. Faces he’d never seen. Names he’d never heard. Were they celebrating somewhere without realizing what day it was? Or had they forgotten long ago? The room grew still. “I wonder if our parents are dead.” He swallowed. “Or if they just…” The last words caught in his throat.</w:t>
      </w:r>
    </w:p>
    <w:p w:rsidR="00095185" w:rsidRDefault="00E41A6A">
      <w:r>
        <w:t>“Didn’t want us.” The sentence hung in the silence like something neither of them had ever been brave enough to say aloud. Neither man spoke after that. Outside, soldiers trained, vehicles rolled across the compound, and another ordinary morning unfolded. Inside the barracks, two young men who had just been recruited into one of the world’s most secretive military organizations found themselves confronting a mystery far older than D.A.R.C., nanotechnology, or war. The question of who they truly were had followed them their entire lives. Neither of them realized the answer was far closer than either could possibly imagine. Khalid leaned back against the wall. “But that’s what happens in war. People disappear. Families get split apart.”</w:t>
      </w:r>
    </w:p>
    <w:p w:rsidR="00095185" w:rsidRDefault="00E41A6A">
      <w:r>
        <w:t>He folded his arms across his chest. “Hell, I’m just glad we lived long enough to look. For a lot of people, millions of them, that was the end.” Zion opened the family-records search on his Disc Icon and saved what little they knew instead of letting the question drift away again.</w:t>
      </w:r>
    </w:p>
    <w:p>
      <w:pPr/>
      <w:r>
        <w:t>Zion did not close the search. He widened it.</w:t>
      </w:r>
    </w:p>
    <w:p>
      <w:pPr/>
      <w:r>
        <w:t>The Disc Icon projected a web of public records between them: orphanage intake logs, emergency shelter manifests, hospital transfer lists, refugee registries, and fragments recovered from municipal archives after the Eastern Tirade. Most of the files were incomplete. Some had dates without names. Others had names attached to numbers that no longer connected to anything. The system warned him twice that records from the relocation years had suffered catastrophic loss.</w:t>
      </w:r>
    </w:p>
    <w:p>
      <w:pPr/>
      <w:r>
        <w:t>Khalid leaned forward. “Catastrophic loss. That’s computer talk for they lost everybody’s shit.”</w:t>
      </w:r>
    </w:p>
    <w:p>
      <w:pPr/>
      <w:r>
        <w:t>“Pretty much.”</w:t>
      </w:r>
    </w:p>
    <w:p>
      <w:pPr/>
      <w:r>
        <w:t>“Cool. Love that for us.”</w:t>
      </w:r>
    </w:p>
    <w:p>
      <w:pPr/>
      <w:r>
        <w:t>Zion ignored him and entered the only details they could verify: approximate ages, the neighborhood of the orphanage, the year they had arrived, and the fact that neither of them remembered being brought there. The search returned hundreds of possibilities, then began narrowing them down.</w:t>
      </w:r>
    </w:p>
    <w:p>
      <w:pPr/>
      <w:r>
        <w:t>Khalid watched the number fall. Two hundred fourteen. Ninety-three. Forty-one. Seventeen.</w:t>
      </w:r>
    </w:p>
    <w:p>
      <w:pPr/>
      <w:r>
        <w:t>His jokes stopped.</w:t>
      </w:r>
    </w:p>
    <w:p>
      <w:pPr/>
      <w:r>
        <w:t>Zion noticed but did not say anything.</w:t>
      </w:r>
    </w:p>
    <w:p>
      <w:pPr/>
      <w:r>
        <w:t>Seven records remained. Three belonged to children who had later been reunited with relatives. Two had confirmed death certificates. One had been transferred out of state and adopted under a sealed identity. The final entry had no name at all.</w:t>
      </w:r>
    </w:p>
    <w:p>
      <w:pPr/>
      <w:r>
        <w:t>Zion enlarged it.</w:t>
      </w:r>
    </w:p>
    <w:p>
      <w:pPr/>
      <w:r>
        <w:t>MALE CHILD. APPROXIMATE AGE: FIVE. INTAKE SOURCE: EMERGENCY TRANSFER. ORIGINAL FACILITY: REDACTED.</w:t>
      </w:r>
    </w:p>
    <w:p>
      <w:pPr/>
      <w:r>
        <w:t>Khalid frowned. “That you?”</w:t>
      </w:r>
    </w:p>
    <w:p>
      <w:pPr/>
      <w:r>
        <w:t>“Could be anybody.”</w:t>
      </w:r>
    </w:p>
    <w:p>
      <w:pPr/>
      <w:r>
        <w:t>“Yeah, but could be you.”</w:t>
      </w:r>
    </w:p>
    <w:p>
      <w:pPr/>
      <w:r>
        <w:t>“Could be.”</w:t>
      </w:r>
    </w:p>
    <w:p>
      <w:pPr/>
      <w:r>
        <w:t>The record included an intake timestamp and a medical screening. Height. Weight. Minor dehydration. No identifying scars. Blood type.</w:t>
      </w:r>
    </w:p>
    <w:p>
      <w:pPr/>
      <w:r>
        <w:t>Zion stopped scrolling.</w:t>
      </w:r>
    </w:p>
    <w:p>
      <w:pPr/>
      <w:r>
        <w:t>Khalid saw his face. “What?”</w:t>
      </w:r>
    </w:p>
    <w:p>
      <w:pPr/>
      <w:r>
        <w:t>Zion pulled up his own military medical profile and placed it beside the old intake record.</w:t>
      </w:r>
    </w:p>
    <w:p>
      <w:pPr/>
      <w:r>
        <w:t>The blood types matched.</w:t>
      </w:r>
    </w:p>
    <w:p>
      <w:pPr/>
      <w:r>
        <w:t>Khalid sat forward. “Okay.”</w:t>
      </w:r>
    </w:p>
    <w:p>
      <w:pPr/>
      <w:r>
        <w:t>“It proves nothing.”</w:t>
      </w:r>
    </w:p>
    <w:p>
      <w:pPr/>
      <w:r>
        <w:t>“I know.”</w:t>
      </w:r>
    </w:p>
    <w:p>
      <w:pPr/>
      <w:r>
        <w:t>“Millions of people have the same blood type.”</w:t>
      </w:r>
    </w:p>
    <w:p>
      <w:pPr/>
      <w:r>
        <w:t>“I know.”</w:t>
      </w:r>
    </w:p>
    <w:p>
      <w:pPr/>
      <w:r>
        <w:t>Zion opened the transfer history. The child had arrived at their orphanage four days before the first date Zion could independently confirm from his own childhood records.</w:t>
      </w:r>
    </w:p>
    <w:p>
      <w:pPr/>
      <w:r>
        <w:t>Khalid’s voice lowered. “That’s more than nothing.”</w:t>
      </w:r>
    </w:p>
    <w:p>
      <w:pPr/>
      <w:r>
        <w:t>“It’s still not proof.”</w:t>
      </w:r>
    </w:p>
    <w:p>
      <w:pPr/>
      <w:r>
        <w:t>“You say that like you’re trying to convince me.”</w:t>
      </w:r>
    </w:p>
    <w:p>
      <w:pPr/>
      <w:r>
        <w:t>“I’m trying to convince me.”</w:t>
      </w:r>
    </w:p>
    <w:p>
      <w:pPr/>
      <w:r>
        <w:t>They searched for Khalid next.</w:t>
      </w:r>
    </w:p>
    <w:p>
      <w:pPr/>
      <w:r>
        <w:t>His trail was worse.</w:t>
      </w:r>
    </w:p>
    <w:p>
      <w:pPr/>
      <w:r>
        <w:t>The earliest record attached to his current identity had been created by the orphanage itself. The birth date was marked ESTIMATED. Place of birth: UNKNOWN. Parent information: UNKNOWN. Intake origin: MUNICIPAL EMERGENCY SERVICES.</w:t>
      </w:r>
    </w:p>
    <w:p>
      <w:pPr/>
      <w:r>
        <w:t>Khalid stared at the word estimated.</w:t>
      </w:r>
    </w:p>
    <w:p>
      <w:pPr/>
      <w:r>
        <w:t>“My birthday ain’t even my birthday?”</w:t>
      </w:r>
    </w:p>
    <w:p>
      <w:pPr/>
      <w:r>
        <w:t>Zion looked at him.</w:t>
      </w:r>
    </w:p>
    <w:p>
      <w:pPr/>
      <w:r>
        <w:t>Khalid laughed once, but there was no humor in it. “Man, I’ve been buying myself cake on a government guess.”</w:t>
      </w:r>
    </w:p>
    <w:p>
      <w:pPr/>
      <w:r>
        <w:t>Zion reached for another registry. “Maybe the estimate was close.”</w:t>
      </w:r>
    </w:p>
    <w:p>
      <w:pPr/>
      <w:r>
        <w:t>“Close?” Khalid leaned back. “What if I’m twenty-three and you twenty-two?”</w:t>
      </w:r>
    </w:p>
    <w:p>
      <w:pPr/>
      <w:r>
        <w:t>“You’d never let me hear the end of it.”</w:t>
      </w:r>
    </w:p>
    <w:p>
      <w:pPr/>
      <w:r>
        <w:t>“Damn right.”</w:t>
      </w:r>
    </w:p>
    <w:p>
      <w:pPr/>
      <w:r>
        <w:t>That finally got a smile out of Zion.</w:t>
      </w:r>
    </w:p>
    <w:p>
      <w:pPr/>
      <w:r>
        <w:t>Khalid pointed toward the floating records. “Keep going.”</w:t>
      </w:r>
    </w:p>
    <w:p>
      <w:pPr/>
      <w:r>
        <w:t>They did.</w:t>
      </w:r>
    </w:p>
    <w:p>
      <w:pPr/>
      <w:r>
        <w:t>A disaster-relief archive produced another fragment: two unidentified boys had been transported through the same emergency processing hub within a six-day window. One was listed as approximately five years old. The other was listed between four and six. The facility name had been replaced by a federal restriction code neither of them could open.</w:t>
      </w:r>
    </w:p>
    <w:p>
      <w:pPr/>
      <w:r>
        <w:t>Khalid tapped the code. ACCESS DENIED.</w:t>
      </w:r>
    </w:p>
    <w:p>
      <w:pPr/>
      <w:r>
        <w:t>He tried again.</w:t>
      </w:r>
    </w:p>
    <w:p>
      <w:pPr/>
      <w:r>
        <w:t>ACCESS DENIED.</w:t>
      </w:r>
    </w:p>
    <w:p>
      <w:pPr/>
      <w:r>
        <w:t>“Okay, now I’m offended.”</w:t>
      </w:r>
    </w:p>
    <w:p>
      <w:pPr/>
      <w:r>
        <w:t>Zion copied the code into their search file. “Restricted doesn’t mean conspiracy.”</w:t>
      </w:r>
    </w:p>
    <w:p>
      <w:pPr/>
      <w:r>
        <w:t>“Bro, we work for a secret military unit under the ground.”</w:t>
      </w:r>
    </w:p>
    <w:p>
      <w:pPr/>
      <w:r>
        <w:t>“Still doesn’t mean conspiracy.”</w:t>
      </w:r>
    </w:p>
    <w:p>
      <w:pPr/>
      <w:r>
        <w:t>Khalid gave him a long look.</w:t>
      </w:r>
    </w:p>
    <w:p>
      <w:pPr/>
      <w:r>
        <w:t>Zion sighed. “Fine. It means maybe conspiracy.”</w:t>
      </w:r>
    </w:p>
    <w:p>
      <w:pPr/>
      <w:r>
        <w:t>The system offered a request form for historical records access. Zion filled it out before he could talk himself out of it.</w:t>
      </w:r>
    </w:p>
    <w:p>
      <w:pPr/>
      <w:r>
        <w:t>REQUESTING PARTY RELATIONSHIP TO SUBJECT.</w:t>
      </w:r>
    </w:p>
    <w:p>
      <w:pPr/>
      <w:r>
        <w:t>He paused.</w:t>
      </w:r>
    </w:p>
    <w:p>
      <w:pPr/>
      <w:r>
        <w:t>Khalid read the field over his shoulder.</w:t>
      </w:r>
    </w:p>
    <w:p>
      <w:pPr/>
      <w:r>
        <w:t>“What do we put?”</w:t>
      </w:r>
    </w:p>
    <w:p>
      <w:pPr/>
      <w:r>
        <w:t>Zion stared at the blank line. “Subject.”</w:t>
      </w:r>
    </w:p>
    <w:p>
      <w:pPr/>
      <w:r>
        <w:t>“That sounds depressing.”</w:t>
      </w:r>
    </w:p>
    <w:p>
      <w:pPr/>
      <w:r>
        <w:t>“It’s accurate.”</w:t>
      </w:r>
    </w:p>
    <w:p>
      <w:pPr/>
      <w:r>
        <w:t>Khalid reached over and typed FAMILY.</w:t>
      </w:r>
    </w:p>
    <w:p>
      <w:pPr/>
      <w:r>
        <w:t>Zion looked at him.</w:t>
      </w:r>
    </w:p>
    <w:p>
      <w:pPr/>
      <w:r>
        <w:t>Khalid shrugged. “Until somebody proves otherwise, that’s what we are.”</w:t>
      </w:r>
    </w:p>
    <w:p>
      <w:pPr/>
      <w:r>
        <w:t>Zion left it.</w:t>
      </w:r>
    </w:p>
    <w:p>
      <w:pPr/>
      <w:r>
        <w:t>The request submitted with a soft chime.</w:t>
      </w:r>
    </w:p>
    <w:p>
      <w:pPr/>
      <w:r>
        <w:t>PENDING REVIEW.</w:t>
      </w:r>
    </w:p>
    <w:p>
      <w:pPr/>
      <w:r>
        <w:t>Neither of them expected an answer soon.</w:t>
      </w:r>
    </w:p>
    <w:p>
      <w:pPr/>
      <w:r>
        <w:t>Still, something had changed. For years their past had been a blank wall they talked about when they were tired, drunk, angry, or sentimental enough to admit it mattered. Now there was a file. A code. A date. Something they could push against.</w:t>
      </w:r>
    </w:p>
    <w:p>
      <w:pPr/>
      <w:r>
        <w:t>Khalid leaned back on the bunk. “If we find them, you know they might suck.”</w:t>
      </w:r>
    </w:p>
    <w:p>
      <w:pPr/>
      <w:r>
        <w:t>“Our families?”</w:t>
      </w:r>
    </w:p>
    <w:p>
      <w:pPr/>
      <w:r>
        <w:t>“Yeah. Could be terrible people.”</w:t>
      </w:r>
    </w:p>
    <w:p>
      <w:pPr/>
      <w:r>
        <w:t>Zion nodded. “Could be.”</w:t>
      </w:r>
    </w:p>
    <w:p>
      <w:pPr/>
      <w:r>
        <w:t>“You still wanna know?”</w:t>
      </w:r>
    </w:p>
    <w:p>
      <w:pPr/>
      <w:r>
        <w:t>Zion looked at the restricted transfer code.</w:t>
      </w:r>
    </w:p>
    <w:p>
      <w:pPr/>
      <w:r>
        <w:t>“Yeah.”</w:t>
      </w:r>
    </w:p>
    <w:p>
      <w:pPr/>
      <w:r>
        <w:t>Khalid nodded once. “Me too.”</w:t>
      </w:r>
    </w:p>
    <w:p w:rsidR="00095185" w:rsidRDefault="00E41A6A">
      <w:r>
        <w:t>For now, the file held more questions than answers, but at least it was no longer only a conversation they kept postponing.</w:t>
      </w:r>
    </w:p>
    <w:p>
      <w:pPr/>
      <w:r>
        <w:t>Zion hesitated before closing the file. One detail never made it into the search: the forest. Green eyes. The same animal had found him in more than one dream, always watching from somewhere beyond the trees. He had dismissed it as his mind recycling old fear into a new shape. Dreams were not evidence. He closed the file without adding it.</w:t>
      </w:r>
    </w:p>
    <w:p w:rsidR="00095185" w:rsidRDefault="00E41A6A">
      <w:r>
        <w:t>Their Disc Icons chimed at exactly the same moment. The holographic displays hovered above their forearms with crisp military precision, the message bearing the unmistakable seal of T.R.A.P.S. A pleasant female voice filled the room. “Meeting in the conference room.” The message paused briefly before continuing. “Ten minutes.” The holograms faded. The room fell silent once again. Khalid turned to Zion. Zion met his gaze. Neither said a word. Then, almost simultaneously, they sighed.</w:t>
      </w:r>
    </w:p>
    <w:p w:rsidR="00095185" w:rsidRDefault="00E41A6A">
      <w:r>
        <w:t>“Well…” Khalid pushed himself off the bed. The mattress compressed beneath him before springing back into perfect shape. “Guess we’re officially important now.” A crooked grin returned to his face. Zion smirked. “Or officially in trouble.” The thought wasn’t entirely impossible. Neither of them knew enough about T.R.A.P.S. to tell the difference. Khalid laughed. “Knowing us…” He grabbed his jacket from the end of the bed, giving it a quick shake before slipping one arm through the sleeve. “Probably both.” Zion chuckled as he stood, pulling his own jacket over his shoulders and instinctively straightening the collar. Some things never changed.</w:t>
      </w:r>
    </w:p>
    <w:p w:rsidR="00095185" w:rsidRDefault="00E41A6A">
      <w:pPr>
        <w:pStyle w:val="ActuatorSceneStart"/>
        <w:ind/>
      </w:pPr>
      <w:r>
        <w:t>Across the base, Troix led Mecca through one of the massive underground hangars beneath T.R.A.P.S. Headquarters. Rows upon rows of military vehicles filled the cavernous space while maintenance drones carried components between the lifts.</w:t>
      </w:r>
    </w:p>
    <w:p w:rsidR="00095185" w:rsidRDefault="00E41A6A">
      <w:r>
        <w:t>Mecca stopped beside a vehicle with a scorched flank and studied the work being done beneath it.</w:t>
      </w:r>
    </w:p>
    <w:p w:rsidR="00095185" w:rsidRDefault="00E41A6A">
      <w:r>
        <w:t>“These are what I’m going to be working on?” She stopped at a damaged drive assembly and leaned closer. “Who designed this cooling loop?”</w:t>
      </w:r>
    </w:p>
    <w:p w:rsidR="00095185" w:rsidRDefault="00E41A6A">
      <w:r>
        <w:t>Every modification hinted at classified missions, and every engineer in the building had earned the privilege of touching them. For someone who loved machines as much as Mecca did, the place felt dangerously close to paradise. Troix gave her a moment to take it in before continuing toward the conference corridor.</w:t>
      </w:r>
    </w:p>
    <w:p>
      <w:pPr/>
      <w:r>
        <w:t>Mecca looked past Troix at the cavernous hangar again. “So where are the other lunatics?”</w:t>
      </w:r>
    </w:p>
    <w:p>
      <w:pPr/>
      <w:r>
        <w:t>Troix did not ask which lunatics.</w:t>
      </w:r>
    </w:p>
    <w:p>
      <w:pPr/>
      <w:r>
        <w:t>“The recruits are in the barracks.”</w:t>
      </w:r>
    </w:p>
    <w:p>
      <w:pPr/>
      <w:r>
        <w:t>“Plural?”</w:t>
      </w:r>
    </w:p>
    <w:p>
      <w:pPr/>
      <w:r>
        <w:t>“Two.”</w:t>
      </w:r>
    </w:p>
    <w:p>
      <w:pPr/>
      <w:r>
        <w:t>“Any of them know engines?”</w:t>
      </w:r>
    </w:p>
    <w:p>
      <w:pPr/>
      <w:r>
        <w:t>“No.”</w:t>
      </w:r>
    </w:p>
    <w:p>
      <w:pPr/>
      <w:r>
        <w:t>“Weapons?”</w:t>
      </w:r>
    </w:p>
    <w:p>
      <w:pPr/>
      <w:r>
        <w:t>“One.”</w:t>
      </w:r>
    </w:p>
    <w:p>
      <w:pPr/>
      <w:r>
        <w:t>“Engineering?”</w:t>
      </w:r>
    </w:p>
    <w:p>
      <w:pPr/>
      <w:r>
        <w:t>“The other will.”</w:t>
      </w:r>
    </w:p>
    <w:p>
      <w:pPr/>
      <w:r>
        <w:t>Mecca nodded. “So I get to teach.”</w:t>
      </w:r>
    </w:p>
    <w:p>
      <w:pPr/>
      <w:r>
        <w:t>“You get to work.”</w:t>
      </w:r>
    </w:p>
    <w:p>
      <w:pPr/>
      <w:r>
        <w:t>“Same thing if you’re doing it right.”</w:t>
      </w:r>
    </w:p>
    <w:p>
      <w:pPr/>
      <w:r>
        <w:t>Troix led her toward the conference corridor. Khalid and Zion were already approaching from the barracks.</w:t>
      </w:r>
    </w:p>
    <w:p>
      <w:pPr/>
      <w:r>
        <w:t>Khalid saw Mecca first.</w:t>
      </w:r>
    </w:p>
    <w:p>
      <w:pPr/>
      <w:r>
        <w:t>His posture changed.</w:t>
      </w:r>
    </w:p>
    <w:p>
      <w:pPr/>
      <w:r>
        <w:t>Zion noticed his posture change and immediately looked at the ceiling.</w:t>
      </w:r>
    </w:p>
    <w:p>
      <w:pPr/>
      <w:r>
        <w:t>Mecca stopped in front of them. “These the children?”</w:t>
      </w:r>
    </w:p>
    <w:p>
      <w:pPr/>
      <w:r>
        <w:t>Khalid blinked. “Children?”</w:t>
      </w:r>
    </w:p>
    <w:p>
      <w:pPr/>
      <w:r>
        <w:t>Troix answered, “They are adults.”</w:t>
      </w:r>
    </w:p>
    <w:p>
      <w:pPr/>
      <w:r>
        <w:t>“Thank you,” Khalid said.</w:t>
      </w:r>
    </w:p>
    <w:p>
      <w:pPr/>
      <w:r>
        <w:t>Troix continued, “Young adults.”</w:t>
      </w:r>
    </w:p>
    <w:p>
      <w:pPr/>
      <w:r>
        <w:t>Zion covered his mouth.</w:t>
      </w:r>
    </w:p>
    <w:p>
      <w:pPr/>
      <w:r>
        <w:t>Khalid looked betrayed. “Man.”</w:t>
      </w:r>
    </w:p>
    <w:p>
      <w:pPr/>
      <w:r>
        <w:t>Mecca offered her hand. “Mecca.”</w:t>
      </w:r>
    </w:p>
    <w:p>
      <w:pPr/>
      <w:r>
        <w:t>Khalid took it. “Khalid.”</w:t>
      </w:r>
    </w:p>
    <w:p>
      <w:pPr/>
      <w:r>
        <w:t>“Weapons.”</w:t>
      </w:r>
    </w:p>
    <w:p>
      <w:pPr/>
      <w:r>
        <w:t>He studied Troix. “You told her?”</w:t>
      </w:r>
    </w:p>
    <w:p>
      <w:pPr/>
      <w:r>
        <w:t>“Your role is not classified inside headquarters.”</w:t>
      </w:r>
    </w:p>
    <w:p>
      <w:pPr/>
      <w:r>
        <w:t>Khalid recovered. “Yeah. Weapons.”</w:t>
      </w:r>
    </w:p>
    <w:p>
      <w:pPr/>
      <w:r>
        <w:t>Mecca studied Zion.</w:t>
      </w:r>
    </w:p>
    <w:p>
      <w:pPr/>
      <w:r>
        <w:t>“Zion.”</w:t>
      </w:r>
    </w:p>
    <w:p>
      <w:pPr/>
      <w:r>
        <w:t>“Combat engineer.”</w:t>
      </w:r>
    </w:p>
    <w:p>
      <w:pPr/>
      <w:r>
        <w:t>“Eventually.”</w:t>
      </w:r>
    </w:p>
    <w:p>
      <w:pPr/>
      <w:r>
        <w:t>Troix answered before Zion could.</w:t>
      </w:r>
    </w:p>
    <w:p>
      <w:pPr/>
      <w:r>
        <w:t>Mecca smiled. “Eventually is honest.”</w:t>
      </w:r>
    </w:p>
    <w:p>
      <w:pPr/>
      <w:r>
        <w:t>Zion liked her immediately for that.</w:t>
      </w:r>
    </w:p>
    <w:p>
      <w:pPr/>
      <w:r>
        <w:t>Khalid gestured toward the hangar. “So you build all that?”</w:t>
      </w:r>
    </w:p>
    <w:p>
      <w:pPr/>
      <w:r>
        <w:t>“Not yet.”</w:t>
      </w:r>
    </w:p>
    <w:p>
      <w:pPr/>
      <w:r>
        <w:t>“Yet?”</w:t>
      </w:r>
    </w:p>
    <w:p>
      <w:pPr/>
      <w:r>
        <w:t>“Give me time.”</w:t>
      </w:r>
    </w:p>
    <w:p>
      <w:pPr/>
      <w:r>
        <w:t>Troix looked at the clock.</w:t>
      </w:r>
    </w:p>
    <w:p>
      <w:pPr/>
      <w:r>
        <w:t>“You have an orientation.”</w:t>
      </w:r>
    </w:p>
    <w:p>
      <w:pPr/>
      <w:r>
        <w:t>Mecca sighed. “There it is. Paperwork.”</w:t>
      </w:r>
    </w:p>
    <w:p>
      <w:pPr/>
      <w:r>
        <w:t>“Security procedures.”</w:t>
      </w:r>
    </w:p>
    <w:p>
      <w:pPr/>
      <w:r>
        <w:t>“Paperwork with consequences.”</w:t>
      </w:r>
    </w:p>
    <w:p>
      <w:pPr/>
      <w:r>
        <w:t>“Yes.”</w:t>
      </w:r>
    </w:p>
    <w:p>
      <w:pPr/>
      <w:r>
        <w:t>Khalid leaned toward Zion. “I like her.”</w:t>
      </w:r>
    </w:p>
    <w:p>
      <w:pPr/>
      <w:r>
        <w:t>Mecca heard him.</w:t>
      </w:r>
    </w:p>
    <w:p>
      <w:pPr/>
      <w:r>
        <w:t>“I know.”</w:t>
      </w:r>
    </w:p>
    <w:p>
      <w:pPr/>
      <w:r>
        <w:t>Khalid straightened.</w:t>
      </w:r>
    </w:p>
    <w:p>
      <w:pPr/>
      <w:r>
        <w:t>Zion started laughing.</w:t>
      </w:r>
    </w:p>
    <w:p>
      <w:pPr/>
      <w:r>
        <w:t>Troix closed his eyes for one brief second, as though asking patience from whatever higher power monitored secret military installations.</w:t>
      </w:r>
    </w:p>
    <w:p>
      <w:pPr/>
      <w:r>
        <w:t>Mecca pointed at him. “See? Team chemistry already.”</w:t>
      </w:r>
    </w:p>
    <w:p>
      <w:pPr/>
      <w:r>
        <w:t>Troix opened his eyes.</w:t>
      </w:r>
    </w:p>
    <w:p>
      <w:pPr/>
      <w:r>
        <w:t>“Orientation. Now.”</w:t>
      </w:r>
    </w:p>
    <w:p>
      <w:pPr/>
      <w:r>
        <w:t>They followed.</w:t>
      </w:r>
    </w:p>
    <w:p>
      <w:pPr/>
      <w:r>
        <w:t>Even Troix could hear the laughter behind him.</w:t>
      </w:r>
    </w:p>
    <w:p>
      <w:r>
        <w:t>Troix glanced back at Mecca. The corner of his mouth lifted into what, for him, amounted to a full smile. It lasted only an instant. “You must not have been following the news lately.” The warmth disappeared from his expression as quickly as it had arrived. His eyes grew noticeably more serious. Behind him, technicians hurried across the hangar with an urgency Mecca had mistaken for ordinary military efficiency. Now, looking more carefully, she noticed strained expressions, clipped conversations, and personnel moving with unusual speed between departments. Something had happened. Something significant. The atmosphere she had first interpreted as busy now felt tense.</w:t>
      </w:r>
    </w:p>
    <w:p w:rsidR="00095185" w:rsidRDefault="00E41A6A">
      <w:r>
        <w:t>“No. I drove in late, slept, and ate. Haven’t turned on the news.” “We’ve had a long night,” Troix said.</w:t>
      </w:r>
    </w:p>
    <w:p w:rsidR="00095185" w:rsidRDefault="00E41A6A">
      <w:r>
        <w:t>He led her into the elevator, leaving the noise of the hangar behind.</w:t>
      </w:r>
    </w:p>
    <w:p w:rsidR="00095185" w:rsidRDefault="00E41A6A">
      <w:r>
        <w:t>There wasn’t the slightest vibration beneath their feet. Only the faint electronic chime marking each secured level they passed. Mecca glanced around the interior. Everything existed because it served a purpose. “So…” She folded her arms loosely. “What exactly am I walking into?” Part of her expected Troix to tell her she would spend the day touring departments or signing employment documents.</w:t>
      </w:r>
    </w:p>
    <w:p w:rsidR="00095185" w:rsidRDefault="00E41A6A">
      <w:r>
        <w:t>Instead, Troix kept his eyes forward. “You’ll be briefed shortly.” His answer was short. Measured. Almost rehearsed. “That serious?” He didn’t answer immediately. The silence stretched just long enough to make her uneasy. When he finally spoke, his voice carried an unusual heaviness. “Yes.” Only one word. But it answered more than a paragraph could have. The elevator continued climbing. Neither of them spoke again. Whatever waited upstairs.</w:t>
      </w:r>
    </w:p>
    <w:p w:rsidR="00095185" w:rsidRDefault="00E41A6A">
      <w:r>
        <w:t>Several miles away, Anari lay curled up on the couch in her apartment. The morning sunlight filtering through the windows did little to brighten the room. Thin beams of light slipped through partially closed blinds, stretching pale stripes across the floor and furniture without warming the heavy atmosphere hanging inside. The apartment felt strangely hollow, as though the silence itself had settled over every room. She clutched a pillow tightly against her chest, squeezing it so hard her knuckles had turned pale. Gauge’s smile. His reassuring voice.</w:t>
      </w:r>
    </w:p>
    <w:p w:rsidR="00095185" w:rsidRDefault="00E41A6A">
      <w:r>
        <w:t>The realization hit harder each time she thought about it. “He knew…” The words escaped in a trembling whisper. Fresh tears blurred her vision. “He told me there was nothing wrong.” She shut her eyes tightly. “He made me feel comfortable around those people.” Her voice cracked. She remembered asking him if something was wrong. Remembered the forced smile. The way he’d avoided looking directly at her. The way he’d begged her to take the job. The hesitation in his voice that she’d dismissed as ordinary stress. It all made sense now. Too much sense.</w:t>
      </w:r>
    </w:p>
    <w:p w:rsidR="00095185" w:rsidRDefault="00E41A6A">
      <w:r>
        <w:t>She buried her face into the pillow, trying unsuccessfully to muffle another sob. “He knew…” The betrayal hurt more than the fear. Gauge wasn’t just her employer. He had believed in her when few others had. He had celebrated her successes, corrected her mistakes, and patiently answered questions long after everyone else had gone home. The thought that he had knowingly placed her in danger felt like someone had reached into her chest and twisted. “Damn it…” She wiped angrily at the tears that refused to stop. “Gauge…”</w:t>
      </w:r>
    </w:p>
    <w:p w:rsidR="00095185" w:rsidRDefault="00E41A6A">
      <w:r>
        <w:t>Her voice rose, frustration finally overtaking grief. “He knew!” The words echoed through the apartment. “Damn it, Gauge!”</w:t>
      </w:r>
    </w:p>
    <w:p w:rsidR="00095185" w:rsidRDefault="00E41A6A">
      <w:r>
        <w:t>The broadcast returned to the crater. Anari lowered the pillow and drew her bag onto her lap. She unzipped it, exposing the credits she had carried home from the shop.</w:t>
      </w:r>
    </w:p>
    <w:p w:rsidR="00095185" w:rsidRDefault="00E41A6A">
      <w:r>
        <w:t>The sight no longer filled her with excitement. Instead, it made her stomach tighten. Hours ago those credits had promised freedom. Now they sounded strangely empty. Blood money. The thought refused to leave. She closed her fingers tightly around the remaining credits still in her palm. The edges dug into her skin. “What should I do?”</w:t>
      </w:r>
    </w:p>
    <w:p w:rsidR="00095185" w:rsidRDefault="00E41A6A">
      <w:r>
        <w:t>Her voice barely rose above a whisper. She looked at the television without really seeing it. “Old man?” The question carried no anger now. Only sadness. No answer came. Only another report about the dead.</w:t>
      </w:r>
    </w:p>
    <w:p w:rsidR="00095185" w:rsidRDefault="00E41A6A">
      <w:pPr>
        <w:pStyle w:val="ActuatorSceneStart"/>
        <w:ind/>
      </w:pPr>
      <w:r>
        <w:t>South of Midnight City, Winter lay beneath a canopy of elevated highways and concrete decks. Little sunlight reached its industrial streets.</w:t>
      </w:r>
    </w:p>
    <w:p w:rsidR="00095185" w:rsidRDefault="00E41A6A">
      <w:r>
        <w:t>A black Sky Van settled into an alley in Winter. Gideon and his team stepped out beside a reinforced entrance. Siege and Vulcan took the near corners while Youmi checked the door and Gideon watched the street.</w:t>
      </w:r>
    </w:p>
    <w:p w:rsidR="00095185" w:rsidRDefault="00E41A6A">
      <w:r>
        <w:t>Gideon raised one hand. Youmi fixed a compact shaped charge against the reinforced hinges. Its indicators changed from amber to green.</w:t>
      </w:r>
    </w:p>
    <w:p w:rsidR="00095185" w:rsidRDefault="00E41A6A">
      <w:r>
        <w:t>One final glance from Dyce. The shaped charge detonated with surgical precision. The concussion rolled through the narrow passage, rattling nearby windows and sending loose rust cascading from forgotten fire escapes. Before the debris had even settled, they moved.</w:t>
      </w:r>
    </w:p>
    <w:p w:rsidR="00095185" w:rsidRDefault="00E41A6A">
      <w:r>
        <w:t>Dyce entered first. Eyes already clearing corners. His pistol tracked every doorway and elevated platform without lingering for more than a fraction of a second. Siege followed close behind, covering the opposite sector with methodical precision. The enormous man moved with surprising discipline for someone his size, leaving almost no opening in their formation. Youmi slipped through third. Her pistols remained low until each new angle revealed itself, rising only when necessary before shifting smoothly toward the next potential threat. Vulcan entered last, sealing the formation. His lean frame filled the entrance behind them, ensuring no one approached unnoticed from the rear. Inside, the abandoned industrial building smelled of mildew, rust, and stale air. Dyce halted at the first intersection. Without speaking, he pointed first to Vulcan, then to Youmi. Both acknowledged the command with a quick nod before disappearing into the corridor. Dyce turned to Siege.</w:t>
      </w:r>
    </w:p>
    <w:p w:rsidR="00095185" w:rsidRDefault="00E41A6A">
      <w:pPr>
        <w:pStyle w:val="ActuatorSceneStart"/>
        <w:ind/>
      </w:pPr>
      <w:r>
        <w:t>Vulcan and Youmi proceeded carefully down the narrow hallway.</w:t>
      </w:r>
    </w:p>
    <w:p w:rsidR="00095185" w:rsidRDefault="00E41A6A">
      <w:r>
        <w:t>Their footsteps barely made a sound against the cracked concrete floor. Youmi stopped. Her Disc Icon illuminated her face with cool blue light as a building schematic expanded above her wrist. The translucent blueprint rotated slowly in the air. She studied it briefly.</w:t>
      </w:r>
    </w:p>
    <w:p w:rsidR="00095185" w:rsidRDefault="00E41A6A">
      <w:r>
        <w:t>She found the maintenance access on the schematic. “Third door. There.” Vulcan checked its observation window. Armed men lounged around folding tables and crates.</w:t>
      </w:r>
    </w:p>
    <w:p>
      <w:r>
        <w:t>Youmi lowered the schematic. “Fifteen. I take the right half.”</w:t>
      </w:r>
    </w:p>
    <w:p>
      <w:r>
        <w:t>Vulcan checked the door. “I take whoever shoots first.”</w:t>
      </w:r>
    </w:p>
    <w:p>
      <w:r>
        <w:t>“That is not a half.”</w:t>
      </w:r>
    </w:p>
    <w:p>
      <w:r>
        <w:t>“It becomes one.”</w:t>
      </w:r>
    </w:p>
    <w:p>
      <w:r>
        <w:t>She gave him a flat look. “Do not destroy the equipment.”</w:t>
      </w:r>
    </w:p>
    <w:p>
      <w:r>
        <w:t>“I never destroy useful equipment.”</w:t>
      </w:r>
    </w:p>
    <w:p>
      <w:r>
        <w:t>“You destroyed a stairwell last month.”</w:t>
      </w:r>
    </w:p>
    <w:p>
      <w:r>
        <w:t>“Stairwell was not useful afterward.”</w:t>
      </w:r>
    </w:p>
    <w:p>
      <w:r>
        <w:t>Youmi almost smiled. “That is not the defense you think it is.”</w:t>
      </w:r>
    </w:p>
    <w:p w:rsidR="00095185" w:rsidRDefault="00E41A6A">
      <w:r>
        <w:t>Vulcan counted quietly. “Fifteen.” His deep voice barely carried beyond Youmi. Vulcan reached into a pouch attached to his belt and removed three thin metallic strips no longer than a finger. Their polished surfaces reflected the emergency lighting before disappearing into his gloved hand. He crouched. One by one, he slid them beneath the narrow gap at the base of the door. The strips disappeared inside. From Youmi’s position in the hallway, she caught only the briefest glimpse of brilliant white light spilling beneath the threshold. A silent flash.</w:t>
      </w:r>
    </w:p>
    <w:p w:rsidR="00095185" w:rsidRDefault="00E41A6A">
      <w:r>
        <w:t>A second later, Vulcan exploded into motion. His boot slammed into the reinforced door with enough force to tear it from its latch. The heavy steel door spun violently into the room, crushing furniture and knocking two startled men off their feet before they had time to understand what was happening. His weapon was up before the frame fell.</w:t>
      </w:r>
    </w:p>
    <w:p w:rsidR="00095185" w:rsidRDefault="00E41A6A">
      <w:r>
        <w:t>Six brilliant charge rounds erupted from the barrel in rapid succession, each one illuminating the room with blinding flashes of blue-white energy as the ambush began. No adjustment. Only ruthless accuracy. “Nine more to go.” Vulcan’s voice was as steady as if he were announcing inventory instead of counting lives. Six smoking bodies lay scattered across the room, the smell of scorched flesh and ozone already replacing the stale air that had filled the warehouse moments earlier. Splintered tables smoldered where stray bursts had struck, and thin trails of smoke drifted lazily toward the cracked ceiling. Without hesitation, Youmi flowed past him.</w:t>
      </w:r>
    </w:p>
    <w:p w:rsidR="00095185" w:rsidRDefault="00E41A6A">
      <w:r>
        <w:t>A pistol occupied each hand. She entered low, knees bent, eyes sweeping every corner with ruthless efficiency. Her gaze moved faster than the barrels of her weapons, searching for the slightest movement among overturned tables, crates, and fallen men. A third man was reaching desperately for the rifle he’d dropped during the explosion. “All right!” another man shouted as panic overtook discipline. His voice cracked. “They found us!” The room erupted into chaos. “There!”</w:t>
      </w:r>
    </w:p>
    <w:p w:rsidR="00095185" w:rsidRDefault="00E41A6A">
      <w:r>
        <w:t>Boots thundered against the steel steps as adrenaline replaced discipline, each man fighting to gain the advantage of higher ground before the intruders closed the distance. The elevation gave them a commanding view of the room below. The narrow room exploded with flying brass and deafening reports as dozens of rounds screamed through the air. Vulcan didn’t move. He simply raised his weapon. His Data Visor may have been destroyed, but years of combat experience more than compensated.</w:t>
      </w:r>
    </w:p>
    <w:p w:rsidR="00095185" w:rsidRDefault="00E41A6A">
      <w:r>
        <w:t>Charge rounds streaked upward with uncanny precision. Tiny explosions burst across the room like violent fireworks. Lead fragmented into molten sparks before reaching their targets, filling the air with brilliant flashes and showers of glowing metal that rained harmlessly onto the concrete below. The chain of detonations became a shimmering curtain of blue-white light, swallowing the gunfire as quickly as it appeared. Youmi advanced behind the exploding ammunition. Every step carried her closer while the defenders remained fixated on the impossible spectacle unfolding in front of them.</w:t>
      </w:r>
    </w:p>
    <w:p w:rsidR="00095185" w:rsidRDefault="00E41A6A">
      <w:r>
        <w:t>CRACK! Each squeeze of the trigger found its mark. The first gunman jerked violently as two rounds tore into his chest, throwing him backward over the railing. His rifle slipped from his hands as gravity claimed him, his body crashing into the concrete below with a sickening thud. The second barely managed to shift his aim before a pair of shots snapped his head sideways, his rifle slipping from lifeless fingers as he collapsed onto the catwalk. The weapon clattered across the steel grating before tumbling through the openings beneath him.</w:t>
      </w:r>
    </w:p>
    <w:p w:rsidR="00095185" w:rsidRDefault="00E41A6A">
      <w:r>
        <w:t>A third gunman broke for the far end of the platform. Three rapid shots chased him across it before the final round struck home. The room became quiet again. Youmi lowered her pistols only slightly. Her breathing never changed. “Six to go.” Vulcan scanned the room one final time. His gaze lingered on every doorway, every shadow, every elevated angle. Satisfied, he reached behind his back and holstered the charge weapon with practiced ease.</w:t>
      </w:r>
    </w:p>
    <w:p w:rsidR="00095185" w:rsidRDefault="00E41A6A">
      <w:pPr>
        <w:keepNext/>
        <w:keepLines/>
      </w:pPr>
      <w:r>
        <w:t>He drew a collapsed staff from his back. Its segments locked, and two crescent energy blades formed at the head.</w:t>
      </w:r>
    </w:p>
    <w:p w:rsidR="00095185" w:rsidRDefault="00E41A6A">
      <w:pPr>
        <w:keepNext/>
        <w:keepLines/>
      </w:pPr>
      <w:r>
        <w:t>A double-headed energy battle axe. Its low electrical hum filled the room as faint arcs of plasma danced along each edge, bathing Vulcan’s lean frame in pale blue light. Reflections rippled across nearby steel walls while tiny sparks snapped harmlessly from one blade to the other. He rolled the weapon once through his hands. Almost casual. “Go, Youmi.” He didn’t need to say anything more. She understood. While Vulcan remained behind to secure the room and intercept anyone foolish enough to challenge him, Youmi holstered one pistol and hurried toward the far wall. Her Disc Icon projected the building’s internal schematic once again. She compared the layout to the doors surrounding the hub before stopping beside an unmarked steel panel.</w:t>
      </w:r>
    </w:p>
    <w:p w:rsidR="00095185" w:rsidRDefault="00E41A6A">
      <w:pPr>
        <w:keepNext/>
        <w:keepLines/>
      </w:pPr>
      <w:r>
        <w:t>Her eyes flicked once between the blueprint and the wall. “This is it.”</w:t>
      </w:r>
    </w:p>
    <w:p w:rsidR="00095185" w:rsidRDefault="00E41A6A">
      <w:pPr>
        <w:keepNext/>
        <w:keepLines/>
      </w:pPr>
      <w:r>
        <w:t>The hidden doorway separated. Beyond it, weapons crates stood in ordered rows.</w:t>
      </w:r>
    </w:p>
    <w:p w:rsidR="00095185" w:rsidRDefault="00E41A6A">
      <w:pPr>
        <w:keepLines/>
      </w:pPr>
      <w:r>
        <w:t>The crates matched the manifest. Youmi saved the inventory under her own name before transmitting it. Too many completed jobs had become somebody else’s achievement by the time Gideon heard about them.</w:t>
      </w:r>
    </w:p>
    <w:p w:rsidR="00095185" w:rsidRDefault="00E41A6A">
      <w:pPr>
        <w:pStyle w:val="ActuatorChapterTitle"/>
        <w:rPr>
          <w:rFonts w:hint="eastAsia"/>
        </w:rPr>
      </w:pPr>
      <w:r>
        <w:t>Chapter 9: The Red Gate</w:t>
      </w:r>
    </w:p>
    <w:p w:rsidR="00095185" w:rsidRDefault="00E41A6A">
      <w:pPr>
        <w:pStyle w:val="ActuatorSceneStart"/>
        <w:ind/>
      </w:pPr>
      <w:r>
        <w:t>Zion was the last to enter the room marked Conference Hall. The reinforced doors slid shut behind him with a muted hydraulic hiss, sealing the room from the bustle of the headquarters beyond.</w:t>
      </w:r>
    </w:p>
    <w:p w:rsidR="00095185" w:rsidRDefault="00E41A6A">
      <w:r>
        <w:t>Zion checked the exits before taking the empty chair beside Khalid. Ethic waited at the head of the table, with Troix and the newly arrived Mecca nearby.</w:t>
      </w:r>
    </w:p>
    <w:p w:rsidR="00095185" w:rsidRDefault="00E41A6A">
      <w:r>
        <w:t>“Took you long enough,” Khalid said. Zion settled beside him. “You act like I was late.” “Almost.” Zion shook his head and turned to Ethic.</w:t>
      </w:r>
    </w:p>
    <w:p w:rsidR="00095185" w:rsidRDefault="00E41A6A">
      <w:r>
        <w:t>Ethic cleared his throat. “Let’s begin.” A globe rose from the table, marked with D.A.R.C. sites and intelligence reports.</w:t>
      </w:r>
    </w:p>
    <w:p w:rsidR="00095185" w:rsidRDefault="00E41A6A">
      <w:r>
        <w:t>He explained their chain of command and the limits of secrecy. An unacknowledged unit still needed people who could answer for its decisions.</w:t>
      </w:r>
    </w:p>
    <w:p>
      <w:pPr/>
      <w:r>
        <w:t>Khalid raised a hand.</w:t>
      </w:r>
    </w:p>
    <w:p>
      <w:pPr/>
      <w:r>
        <w:t>Ethic stopped.</w:t>
      </w:r>
    </w:p>
    <w:p>
      <w:pPr/>
      <w:r>
        <w:t>“You don’t have to do that.”</w:t>
      </w:r>
    </w:p>
    <w:p>
      <w:pPr/>
      <w:r>
        <w:t>“I know. Feels respectful.”</w:t>
      </w:r>
    </w:p>
    <w:p>
      <w:pPr/>
      <w:r>
        <w:t>“What?”</w:t>
      </w:r>
    </w:p>
    <w:p>
      <w:pPr/>
      <w:r>
        <w:t>Khalid looked at the rotating organizational map. “You said we answer for our decisions. Who exactly do we answer to if nobody knows we exist?”</w:t>
      </w:r>
    </w:p>
    <w:p>
      <w:pPr/>
      <w:r>
        <w:t>Ethic could have given him the clean answer. Secretary of Defense. Executive authority. Classified oversight.</w:t>
      </w:r>
    </w:p>
    <w:p>
      <w:pPr/>
      <w:r>
        <w:t>Instead he shut off the map.</w:t>
      </w:r>
    </w:p>
    <w:p>
      <w:pPr/>
      <w:r>
        <w:t>“Me.”</w:t>
      </w:r>
    </w:p>
    <w:p>
      <w:pPr/>
      <w:r>
        <w:t>Khalid blinked.</w:t>
      </w:r>
    </w:p>
    <w:p>
      <w:pPr/>
      <w:r>
        <w:t>“Troix answers to me. You answer to Troix in the field unless I say otherwise. I answer to the people who authorized this unit.” Ethic folded his hands on the table. “But that is paperwork. The real answer is that every decision we make has somebody standing on the other side of it.”</w:t>
      </w:r>
    </w:p>
    <w:p>
      <w:pPr/>
      <w:r>
        <w:t>Zion leaned forward. “Meaning civilians.”</w:t>
      </w:r>
    </w:p>
    <w:p>
      <w:pPr/>
      <w:r>
        <w:t>“Sometimes. Sometimes soldiers. Sometimes somebody we thought was an enemy until we learned better.”</w:t>
      </w:r>
    </w:p>
    <w:p>
      <w:pPr/>
      <w:r>
        <w:t>Mecca stopped spinning a stylus between her fingers.</w:t>
      </w:r>
    </w:p>
    <w:p>
      <w:pPr/>
      <w:r>
        <w:t>Ethic continued, “If I tell you to take a shot, you still identify what’s behind the target. If Troix gives you a breach point, you still check what is on the other side of the wall. Rank does not erase judgment.”</w:t>
      </w:r>
    </w:p>
    <w:p>
      <w:pPr/>
      <w:r>
        <w:t>Troix nodded. “Authority is not immunity from consequence.”</w:t>
      </w:r>
    </w:p>
    <w:p>
      <w:pPr/>
      <w:r>
        <w:t>Khalid looked between them. “Y’all got a cheerful orientation package.”</w:t>
      </w:r>
    </w:p>
    <w:p>
      <w:pPr/>
      <w:r>
        <w:t>Mecca smirked. “Wait until benefits.”</w:t>
      </w:r>
    </w:p>
    <w:p>
      <w:pPr/>
      <w:r>
        <w:t>Ethic ignored both. “D.A.R.C. survives partly because people reduce them to monsters. Monsters are easy. People are harder. People have reasons. People make mistakes. People also choose.”</w:t>
      </w:r>
    </w:p>
    <w:p>
      <w:pPr/>
      <w:r>
        <w:t>He brought Gideon’s profile back onto the table.</w:t>
      </w:r>
    </w:p>
    <w:p>
      <w:pPr/>
      <w:r>
        <w:t>“Gideon chose.”</w:t>
      </w:r>
    </w:p>
    <w:p>
      <w:pPr/>
      <w:r>
        <w:t>The room grew quieter.</w:t>
      </w:r>
    </w:p>
    <w:p>
      <w:pPr/>
      <w:r>
        <w:t>“So did I.”</w:t>
      </w:r>
    </w:p>
    <w:p>
      <w:pPr/>
      <w:r>
        <w:t>Zion studied the older photograph of the two men standing together before the war had split them apart. “You ever think maybe he believes he’s the good guy?”</w:t>
      </w:r>
    </w:p>
    <w:p>
      <w:pPr/>
      <w:r>
        <w:t>Ethic’s answer came immediately.</w:t>
      </w:r>
    </w:p>
    <w:p>
      <w:pPr/>
      <w:r>
        <w:t>“Every day.”</w:t>
      </w:r>
    </w:p>
    <w:p>
      <w:pPr/>
      <w:r>
        <w:t>That unsettled them more than if he had laughed.</w:t>
      </w:r>
    </w:p>
    <w:p>
      <w:pPr/>
      <w:r>
        <w:t>Mecca finally spoke. “Then why call them terrorists?”</w:t>
      </w:r>
    </w:p>
    <w:p>
      <w:pPr/>
      <w:r>
        <w:t>“Because motive does not erase method.”</w:t>
      </w:r>
    </w:p>
    <w:p>
      <w:pPr/>
      <w:r>
        <w:t>She accepted that with a small nod.</w:t>
      </w:r>
    </w:p>
    <w:p>
      <w:pPr/>
      <w:r>
        <w:t>Khalid pointed at Sheol’s profile. “And her?”</w:t>
      </w:r>
    </w:p>
    <w:p>
      <w:pPr/>
      <w:r>
        <w:t>Ethic paused.</w:t>
      </w:r>
    </w:p>
    <w:p>
      <w:pPr/>
      <w:r>
        <w:t>“Complicated.”</w:t>
      </w:r>
    </w:p>
    <w:p>
      <w:pPr/>
      <w:r>
        <w:t>“That’s not an answer.”</w:t>
      </w:r>
    </w:p>
    <w:p>
      <w:pPr/>
      <w:r>
        <w:t>“No.” Ethic studied him. “It’s an honest limit.”</w:t>
      </w:r>
    </w:p>
    <w:p>
      <w:pPr/>
      <w:r>
        <w:t>Troix shifted beside the table. He had heard Ethic speak about Gideon for years. Hearing him admit uncertainty in front of recruits mattered.</w:t>
      </w:r>
    </w:p>
    <w:p>
      <w:pPr/>
      <w:r>
        <w:t>Zion noticed that too.</w:t>
      </w:r>
    </w:p>
    <w:p>
      <w:pPr/>
      <w:r>
        <w:t>“Okay,” Zion said. “So what do we know?”</w:t>
      </w:r>
    </w:p>
    <w:p>
      <w:pPr/>
      <w:r>
        <w:t>Ethic reactivated the operation map.</w:t>
      </w:r>
    </w:p>
    <w:p>
      <w:pPr/>
      <w:r>
        <w:t>This time the briefing became a conversation.</w:t>
      </w:r>
    </w:p>
    <w:p>
      <w:pPr/>
      <w:r>
        <w:t>Khalid asked why D.A.R.C. favored mobile supply caches instead of permanent bases. Mecca wanted to know what kind of vehicle maintenance footprint the BMW modifications would leave. Troix marked choke points and likely fallback routes. Zion asked what would make Gideon abandon an objective.</w:t>
      </w:r>
    </w:p>
    <w:p>
      <w:pPr/>
      <w:r>
        <w:t>Ethic answered when he knew.</w:t>
      </w:r>
    </w:p>
    <w:p>
      <w:pPr/>
      <w:r>
        <w:t>When he did not, he said so.</w:t>
      </w:r>
    </w:p>
    <w:p>
      <w:pPr/>
      <w:r>
        <w:t>By the time the map filled with annotations, the team had done more than receive intelligence.</w:t>
      </w:r>
    </w:p>
    <w:p>
      <w:pPr/>
      <w:r>
        <w:t>They had started thinking together.</w:t>
      </w:r>
    </w:p>
    <w:p w:rsidR="00095185" w:rsidRDefault="00E41A6A">
      <w:r>
        <w:t>Then he traced Gideon’s recruitment, financing, and movements. Raids had destroyed individual cells, but supply routes connected the survivors. The team would need to break those connections.</w:t>
      </w:r>
    </w:p>
    <w:p w:rsidR="00095185" w:rsidRDefault="00E41A6A">
      <w:r>
        <w:t>The garage recording replaced the map. Ethic froze it on Anari. “She unknowingly worked on their equipment. She survived the attack, and she may be able to tell us what they installed.”</w:t>
      </w:r>
    </w:p>
    <w:p w:rsidR="00095185" w:rsidRDefault="00E41A6A">
      <w:r>
        <w:t>Troix gave a slight nod. “She possesses engineering skills beyond civilian standards.” There was quiet respect in his voice. “She adapted to unfamiliar technology quickly and completed work that would challenge most military engineers.” Ethic continued, “I’ll be leaving shortly.” He tapped Anari’s profile. “My intention is to recruit her into T.R.A.P.S.” His gaze lingered on her image for another moment. “She deserves the truth.”</w:t>
      </w:r>
    </w:p>
    <w:p w:rsidR="00095185" w:rsidRDefault="00E41A6A">
      <w:r>
        <w:t>Every revelation deepened Mecca’s excitement, but the garage recording changed the shape of it. Someone had buried military hardware inside a civilian repair job and left Anari to absorb the consequences when the operation collapsed. While the others focused on enemies, tactics, and battlefield strategy, Mecca began thinking about what kind of machines would keep people alive when the next surprise came.</w:t>
      </w:r>
    </w:p>
    <w:p w:rsidR="00095185" w:rsidRDefault="00E41A6A">
      <w:r>
        <w:t>Nearly two hours later, Troix took the briefing files to Operations. Mecca followed him to see the engineering facilities. Khalid and Zion headed for the barracks, still talking through what they had learned.</w:t>
      </w:r>
    </w:p>
    <w:p w:rsidR="00095185" w:rsidRDefault="00E41A6A">
      <w:r>
        <w:t>After the others left, Ethic kept Anari’s file open. He closed the recruitment form first and read the damage report on her car before leaving to find her.</w:t>
      </w:r>
    </w:p>
    <w:p w:rsidR="00095185" w:rsidRDefault="00E41A6A">
      <w:pPr>
        <w:pStyle w:val="ActuatorSceneStart"/>
        <w:ind/>
      </w:pPr>
      <w:r>
        <w:t>Bodies lay along the corridor Gideon and Siege had cleared. A dropped security rifle rested beside a scientist’s outstretched hand. Gideon stepped over it.</w:t>
      </w:r>
    </w:p>
    <w:p w:rsidR="00095185" w:rsidRDefault="00E41A6A">
      <w:r>
        <w:t>Siege dragged the surviving scientist behind him. The man’s knees buckled, and Siege hauled him upright without slowing.</w:t>
      </w:r>
    </w:p>
    <w:p w:rsidR="00095185" w:rsidRDefault="00E41A6A">
      <w:r>
        <w:t>They reached the vault. Its circular slab of reinforced alloy was embedded seamlessly into the concrete wall, nearly a foot thick and covered with intricate locking mechanisms, biometric scanners, pressure seals, and encrypted security interfaces. Years of engineering had gone into making certain no one entered that vault without authorization. Siege stopped directly before it. The man’s chest slammed against the freezing metal with a dull THUD, knocking the air from his lungs.</w:t>
      </w:r>
    </w:p>
    <w:p w:rsidR="00095185" w:rsidRDefault="00E41A6A">
      <w:r>
        <w:t>Siege took one deliberate step closer. His towering presence swallowed the scientist’s shadow completely. “Open it.” The words were low. Calm. Almost conversational. That made them all the more terrifying. The scientist’s breathing became erratic. “I…” His voice cracked. He swallowed hard, unable to keep his jaw from trembling. “O-okay!” His hands fumbled uselessly near the security panel before he forced himself to steady them. “Okay!” He nodded frantically, tears already beginning to form in the corners of his eyes.</w:t>
      </w:r>
    </w:p>
    <w:p w:rsidR="00095185" w:rsidRDefault="00E41A6A">
      <w:r>
        <w:t>“I will!” His composure shattered completely. “God…” He squeezed his eyes shut for a moment. “Please…” His voice dissolved into desperate pleading. “Don’t kill me.” He hurriedly placed his trembling hand against the biometric scanner. “Just…” The scanner illuminated beneath his palm. “Don’t kill me!” His voice echoed weakly through the bloodstained corridor as the vault’s authentication systems awakened, mechanical locks beginning to disengage somewhere deep within the massive door while Gideon Dyce watched in complete silence, his expression betraying nothing. To him, the frightened scientist wasn’t a hostage. He was simply the next key needed to unlock the future.</w:t>
      </w:r>
    </w:p>
    <w:p w:rsidR="00095185" w:rsidRDefault="00E41A6A">
      <w:r>
        <w:t>Sweat dripped from his brow onto the illuminated keypad as he struggled to remember a sequence he’d entered hundreds of times without thought, now painfully aware that one mistake could cost him his life. One code. Encrypted confirmations streamed across the screen faster than his terrified eyes could follow. For a long, agonizing second, nothing happened. His heart seemed to stop with it. Then deep within the wall, massive locking mechanisms awakened.</w:t>
      </w:r>
    </w:p>
    <w:p w:rsidR="00095185" w:rsidRDefault="00E41A6A">
      <w:r>
        <w:t>A soft metallic pop signaled that the final lock had disengaged. Relief flooded across the scientist’s face. His shoulders sagged.</w:t>
      </w:r>
    </w:p>
    <w:p w:rsidR="00095185" w:rsidRDefault="00E41A6A">
      <w:r>
        <w:t>Dyce fired without hesitation. The round struck the scientist squarely in the back of the head. Gideon lowered his weapon.</w:t>
      </w:r>
    </w:p>
    <w:p w:rsidR="00095185" w:rsidRDefault="00E41A6A">
      <w:pPr/>
      <w:r>
        <w:t>Experience had taught him never to assume anything where nanotechnology was concerned. Nothing moved. A faint nod escaped him. “No Nanos.” Satisfied, he holstered his pistol. The scientist had opened the vault; Gideon had chosen to leave no witness. “Go.”</w:t>
      </w:r>
    </w:p>
    <w:p w:rsidR="00095185" w:rsidRDefault="00E41A6A">
      <w:r>
        <w:t>Siege planted both massive hands against the edge of the vault door. Hydraulic motors groaned in protest as he forced the enormous circular slab farther open. The glow was so intense it painted the concrete walls red, casting long, distorted shadows behind Gideon and Siege.</w:t>
      </w:r>
    </w:p>
    <w:p w:rsidR="00095185" w:rsidRDefault="00E41A6A">
      <w:r>
        <w:t>Gideon shielded his face from the pulsing light. He had found it.</w:t>
      </w:r>
    </w:p>
    <w:p w:rsidR="00095185" w:rsidRDefault="00E41A6A">
      <w:r>
        <w:t>“Well. What have we here?” Scarlet reflections flowed over his hands and the steel walls like light through moving water. Behind him, blood crept toward the scientist’s dropped access card.</w:t>
      </w:r>
    </w:p>
    <w:p w:rsidR="00095185" w:rsidRDefault="00E41A6A">
      <w:r>
        <w:t>His mouth curved with restrained satisfaction. None of it had prepared him for this. Even Siege, whose expression rarely betrayed emotion, remained motionless beside the entrance. The giant watched the pulsing glow with caution, instinct warning him that whatever occupied the chamber demanded respect before it demanded understanding.</w:t>
      </w:r>
    </w:p>
    <w:p w:rsidR="00095185" w:rsidRDefault="00E41A6A">
      <w:pPr>
        <w:pStyle w:val="ActuatorSceneStart"/>
        <w:ind/>
      </w:pPr>
      <w:r>
        <w:t>Miles away, inside T.R.A.P.S. Headquarters, Ethic stood in his quarters studying the holographic projections still hovering above the glass floor. The images of Lyte Grande, Gauge Tessler, and Anari Preston rotated quietly around him as intelligence files continued updating in real time.</w:t>
      </w:r>
    </w:p>
    <w:p w:rsidR="00095185" w:rsidRDefault="00E41A6A">
      <w:r>
        <w:t>Ethic glanced down. The caller identification illuminated in bold blue letters. GOVERNMENT. His expression immediately hardened. “Great.” He exhaled slowly. The only time Washington reached out directly was when something had gone catastrophically wrong. Or was about to. Every previous call had carried news of terrorist attacks, military escalations, classified discoveries, or political disasters severe enough to threaten global stability. None of them had ever been routine. He lifted his wrist. “Answer call.”</w:t>
      </w:r>
    </w:p>
    <w:p w:rsidR="00095185" w:rsidRDefault="00E41A6A">
      <w:r>
        <w:t>The Secretary of Defense appeared life-sized before him, his image remarkably clear despite the encrypted transmission. His uniform remained immaculate, but fatigue had carved deep lines beneath his eyes. His usually composed demeanor had given way to visible frustration, and the tension in his face suggested he’d been dealing with crisis after crisis long before initiating the call. Ethic noticed immediately. He’s rattled. If he looked like this now, whatever had happened was unprecedented. “Afternoon, sir.” Ethic’s greeting remained professional.</w:t>
      </w:r>
    </w:p>
    <w:p w:rsidR="00095185" w:rsidRDefault="00E41A6A">
      <w:r>
        <w:t>The Secretary gave a brief nod. “Afternoon.” There was no small talk. No formalities. Straight to business. “There has been a turn of events.” His tone carried unusual weight. The words alone were enough to make Ethic’s attention sharpen completely. The Secretary leaned slightly closer to the projection. “You are about to be debriefed on Level Ten classified information.” Ethic’s eyebrows drew together. Level Ten. Very few people on Earth possessed clearance high enough to access information at that level. Whatever this was, it existed beyond ordinary military intelligence.</w:t>
      </w:r>
    </w:p>
    <w:p w:rsidR="00095185" w:rsidRDefault="00E41A6A">
      <w:r>
        <w:t>The Secretary continued, “New technology.” The phrase hung in the air. Ethic’s mind immediately began sorting possibilities. Recovered enemy weapons. Experimental nanotechnology. Advanced propulsion. Prototype military systems. Strategic energy platforms. Nothing seemed impossible anymore. His puzzled expression betrayed none of the calculations racing through his thoughts. He folded his arms. “What kind?”</w:t>
      </w:r>
    </w:p>
    <w:p w:rsidR="00095185" w:rsidRDefault="00E41A6A">
      <w:r>
        <w:t>“Wormholes, Royce.” Ethic turned fully toward the projection.</w:t>
      </w:r>
    </w:p>
    <w:p>
      <w:pPr/>
      <w:r>
        <w:t>Ethic did not react the way Levy expected.</w:t>
      </w:r>
    </w:p>
    <w:p>
      <w:pPr/>
      <w:r>
        <w:t>“Show me the failure.”</w:t>
      </w:r>
    </w:p>
    <w:p>
      <w:pPr/>
      <w:r>
        <w:t>Levy frowned. “I just told you it works.”</w:t>
      </w:r>
    </w:p>
    <w:p>
      <w:pPr/>
      <w:r>
        <w:t>“Everything works in the briefing video.”</w:t>
      </w:r>
    </w:p>
    <w:p>
      <w:pPr/>
      <w:r>
        <w:t>The Secretary’s expression tightened.</w:t>
      </w:r>
    </w:p>
    <w:p>
      <w:pPr/>
      <w:r>
        <w:t>Ethic leaned closer to the projection. “Show me what happens when it doesn’t.”</w:t>
      </w:r>
    </w:p>
    <w:p>
      <w:pPr/>
      <w:r>
        <w:t>For a moment Levy said nothing. Then he swiped the polished demonstration aside.</w:t>
      </w:r>
    </w:p>
    <w:p>
      <w:pPr/>
      <w:r>
        <w:t>A different recording appeared.</w:t>
      </w:r>
    </w:p>
    <w:p>
      <w:pPr/>
      <w:r>
        <w:t>A steel crate entered a shimmering gateway.</w:t>
      </w:r>
    </w:p>
    <w:p>
      <w:pPr/>
      <w:r>
        <w:t>For half a second, nothing happened.</w:t>
      </w:r>
    </w:p>
    <w:p>
      <w:pPr/>
      <w:r>
        <w:t>Then the far side expelled twisted metal hard enough to dent a reinforced wall.</w:t>
      </w:r>
    </w:p>
    <w:p>
      <w:pPr/>
      <w:r>
        <w:t>Ethic’s face changed.</w:t>
      </w:r>
    </w:p>
    <w:p>
      <w:pPr/>
      <w:r>
        <w:t>“Destination drift,” Levy said. “Early test.”</w:t>
      </w:r>
    </w:p>
    <w:p>
      <w:pPr/>
      <w:r>
        <w:t>“How early?”</w:t>
      </w:r>
    </w:p>
    <w:p>
      <w:pPr/>
      <w:r>
        <w:t>“Seven months.”</w:t>
      </w:r>
    </w:p>
    <w:p>
      <w:pPr/>
      <w:r>
        <w:t>“Any people?”</w:t>
      </w:r>
    </w:p>
    <w:p>
      <w:pPr/>
      <w:r>
        <w:t>Levy faced him.</w:t>
      </w:r>
    </w:p>
    <w:p>
      <w:pPr/>
      <w:r>
        <w:t>That was answer enough.</w:t>
      </w:r>
    </w:p>
    <w:p>
      <w:pPr/>
      <w:r>
        <w:t>Ethic’s jaw tightened. “How many?”</w:t>
      </w:r>
    </w:p>
    <w:p>
      <w:pPr/>
      <w:r>
        <w:t>“Two injuries. No deaths.”</w:t>
      </w:r>
    </w:p>
    <w:p>
      <w:pPr/>
      <w:r>
        <w:t>“You said no side effects.”</w:t>
      </w:r>
    </w:p>
    <w:p>
      <w:pPr/>
      <w:r>
        <w:t>“Current system.”</w:t>
      </w:r>
    </w:p>
    <w:p>
      <w:pPr/>
      <w:r>
        <w:t>“Then say current system.”</w:t>
      </w:r>
    </w:p>
    <w:p>
      <w:pPr/>
      <w:r>
        <w:t>Levy exhaled. “This is why I called you instead of sending a summary.”</w:t>
      </w:r>
    </w:p>
    <w:p>
      <w:pPr/>
      <w:r>
        <w:t>Ethic gestured for him to continue.</w:t>
      </w:r>
    </w:p>
    <w:p>
      <w:pPr/>
      <w:r>
        <w:t>The next test used a drone.</w:t>
      </w:r>
    </w:p>
    <w:p>
      <w:pPr/>
      <w:r>
        <w:t>It rolled through the gateway and emerged hundreds of miles away without interruption. Telemetry remained live through the transfer.</w:t>
      </w:r>
    </w:p>
    <w:p>
      <w:pPr/>
      <w:r>
        <w:t>Ethic watched the signal trace rather than the machine.</w:t>
      </w:r>
    </w:p>
    <w:p>
      <w:pPr/>
      <w:r>
        <w:t>“How are they locking destination?”</w:t>
      </w:r>
    </w:p>
    <w:p>
      <w:pPr/>
      <w:r>
        <w:t>“Paired coordinates, mapped anchors, or a live reference signal.”</w:t>
      </w:r>
    </w:p>
    <w:p>
      <w:pPr/>
      <w:r>
        <w:t>“So not magic.”</w:t>
      </w:r>
    </w:p>
    <w:p>
      <w:pPr/>
      <w:r>
        <w:t>“No.”</w:t>
      </w:r>
    </w:p>
    <w:p>
      <w:pPr/>
      <w:r>
        <w:t>“Good.”</w:t>
      </w:r>
    </w:p>
    <w:p>
      <w:pPr/>
      <w:r>
        <w:t>Levy looked almost offended.</w:t>
      </w:r>
    </w:p>
    <w:p>
      <w:pPr/>
      <w:r>
        <w:t>Ethic ignored it. “Power?”</w:t>
      </w:r>
    </w:p>
    <w:p>
      <w:pPr/>
      <w:r>
        <w:t>“High, but manageable.”</w:t>
      </w:r>
    </w:p>
    <w:p>
      <w:pPr/>
      <w:r>
        <w:t>“Portable?”</w:t>
      </w:r>
    </w:p>
    <w:p>
      <w:pPr/>
      <w:r>
        <w:t>Levy hesitated again.</w:t>
      </w:r>
    </w:p>
    <w:p>
      <w:pPr/>
      <w:r>
        <w:t>Ethic sat back. “There it is.”</w:t>
      </w:r>
    </w:p>
    <w:p>
      <w:pPr/>
      <w:r>
        <w:t>“We believed portability was years away.”</w:t>
      </w:r>
    </w:p>
    <w:p>
      <w:pPr/>
      <w:r>
        <w:t>“Believed?”</w:t>
      </w:r>
    </w:p>
    <w:p>
      <w:pPr/>
      <w:r>
        <w:t>Levy replaced the test footage with the Lyte Grande garage recording.</w:t>
      </w:r>
    </w:p>
    <w:p>
      <w:pPr/>
      <w:r>
        <w:t>A crimson sphere formed in open space.</w:t>
      </w:r>
    </w:p>
    <w:p>
      <w:pPr/>
      <w:r>
        <w:t>No fixed door.</w:t>
      </w:r>
    </w:p>
    <w:p>
      <w:pPr/>
      <w:r>
        <w:t>No obvious power station.</w:t>
      </w:r>
    </w:p>
    <w:p>
      <w:pPr/>
      <w:r>
        <w:t>No support equipment.</w:t>
      </w:r>
    </w:p>
    <w:p>
      <w:pPr/>
      <w:r>
        <w:t>Ethic watched the portal swallow a vehicle.</w:t>
      </w:r>
    </w:p>
    <w:p>
      <w:pPr/>
      <w:r>
        <w:t>The room went silent.</w:t>
      </w:r>
    </w:p>
    <w:p>
      <w:pPr/>
      <w:r>
        <w:t>Levy’s voice dropped. “Somebody rewrote the rules.”</w:t>
      </w:r>
    </w:p>
    <w:p>
      <w:pPr/>
      <w:r>
        <w:t>Ethic replayed the clip.</w:t>
      </w:r>
    </w:p>
    <w:p>
      <w:pPr/>
      <w:r>
        <w:t>Again.</w:t>
      </w:r>
    </w:p>
    <w:p>
      <w:pPr/>
      <w:r>
        <w:t>Again.</w:t>
      </w:r>
    </w:p>
    <w:p>
      <w:pPr/>
      <w:r>
        <w:t>He froze it on the edge of the red distortion.</w:t>
      </w:r>
    </w:p>
    <w:p>
      <w:pPr/>
      <w:r>
        <w:t>“That field is stable.”</w:t>
      </w:r>
    </w:p>
    <w:p>
      <w:pPr/>
      <w:r>
        <w:t>“Yes.”</w:t>
      </w:r>
    </w:p>
    <w:p>
      <w:pPr/>
      <w:r>
        <w:t>“Too stable for an improvised generator.”</w:t>
      </w:r>
    </w:p>
    <w:p>
      <w:pPr/>
      <w:r>
        <w:t>“Agreed.”</w:t>
      </w:r>
    </w:p>
    <w:p>
      <w:pPr/>
      <w:r>
        <w:t>“Which means Dyce didn’t just steal a finished system.”</w:t>
      </w:r>
    </w:p>
    <w:p>
      <w:pPr/>
      <w:r>
        <w:t>Levy folded his arms. “What are you thinking?”</w:t>
      </w:r>
    </w:p>
    <w:p>
      <w:pPr/>
      <w:r>
        <w:t>“He knew enough to rework it.”</w:t>
      </w:r>
    </w:p>
    <w:p>
      <w:pPr/>
      <w:r>
        <w:t>The Secretary’s expression darkened.</w:t>
      </w:r>
    </w:p>
    <w:p>
      <w:pPr/>
      <w:r>
        <w:t>Ethic pointed at the portal. “And if Gideon reworked it, he changed the rules.”</w:t>
      </w:r>
    </w:p>
    <w:p>
      <w:pPr/>
      <w:r>
        <w:t>“Why does that matter?”</w:t>
      </w:r>
    </w:p>
    <w:p>
      <w:pPr/>
      <w:r>
        <w:t>“Because he never leaves somebody else’s limitations intact.”</w:t>
      </w:r>
    </w:p>
    <w:p>
      <w:pPr/>
      <w:r>
        <w:t>Levy turned back to the frozen crimson gateway.</w:t>
      </w:r>
    </w:p>
    <w:p>
      <w:pPr/>
      <w:r>
        <w:t>For the first time, the technology stopped looking like a miracle.</w:t>
      </w:r>
    </w:p>
    <w:p>
      <w:pPr/>
      <w:r>
        <w:t>It looked like a weapon with an unknown operator manual.</w:t>
      </w:r>
    </w:p>
    <w:p>
      <w:pPr/>
      <w:r>
        <w:t>Ethic stood.</w:t>
      </w:r>
    </w:p>
    <w:p>
      <w:pPr/>
      <w:r>
        <w:t>“Send me every failed test. Every unstable field. Every power curve. Every engineer who said something couldn’t be done.”</w:t>
      </w:r>
    </w:p>
    <w:p>
      <w:pPr/>
      <w:r>
        <w:t>Levy raised an eyebrow. “You want the mistakes.”</w:t>
      </w:r>
    </w:p>
    <w:p>
      <w:pPr/>
      <w:r>
        <w:t>“I want the truth.”</w:t>
      </w:r>
    </w:p>
    <w:p>
      <w:pPr/>
      <w:r>
        <w:t>He closed the polished demonstration.</w:t>
      </w:r>
    </w:p>
    <w:p>
      <w:pPr/>
      <w:r>
        <w:t>“Success videos tell me what the inventors wanted. Failures tell me what the machine actually is.”</w:t>
      </w:r>
    </w:p>
    <w:p w:rsidR="00095185" w:rsidRDefault="00E41A6A">
      <w:r>
        <w:t>Levy wasn’t finished with the underlying architecture. “There’s one more thing you need to understand.” A rotating holographic diagram materialized beside him. It depicted two identical door-like structures standing hundreds of miles apart. The tunnel bent reality instead of crossing it, compressing the impossible into something disturbingly simple. “Instant transmission of physical mass. From Point A…” One doorway illuminated. “…to Point B.” The second flared to life. “With no time lag.” The diagram showed a solid steel crate passing through one doorway before appearing from the other at precisely the same instant.</w:t>
      </w:r>
    </w:p>
    <w:p w:rsidR="00095185" w:rsidRDefault="00E41A6A">
      <w:r>
        <w:t>Ethic watched the recording again. Nothing touched the crate between its disappearance and arrival.</w:t>
      </w:r>
    </w:p>
    <w:p w:rsidR="00095185" w:rsidRDefault="00E41A6A">
      <w:r>
        <w:t>“The best part is that you only need one door.” The hologram zoomed outward. The surrounding environment faded away until only the gateway remained suspended against a dark backdrop. Ethic’s brow furrowed. Levy pointed to the rotating projection. “Because it…” The image showed a single gateway existing simultaneously in two distant locations. The identical structure shimmered in both places at once, linked not by a tunnel, but by the impossible overlap of the same object occupying separate coordinates. “…can exist in two places.” Silence settled over the room. Ethic stared at the impossible physics unfolding before him. A doorway. No receiving station.</w:t>
      </w:r>
    </w:p>
    <w:p w:rsidR="00095185" w:rsidRDefault="00E41A6A">
      <w:r>
        <w:t>A guarded road would mean little to someone who could open a door beyond it.</w:t>
      </w:r>
    </w:p>
    <w:p w:rsidR="00095185" w:rsidRDefault="00E41A6A">
      <w:r>
        <w:t>The military implications alone were staggering. Technology this revolutionary never arrived without consequences. History had proven that every breakthrough powerful enough to change civilization eventually became a weapon. Ethic looked back at Levy. “And Dyce has the prototype.” Levy’s jaw clenched. The wonder disappeared from his face, replaced by quiet anger. “Yes. He hijacked it before we could secure it.”</w:t>
      </w:r>
    </w:p>
    <w:p w:rsidR="00095185" w:rsidRDefault="00E41A6A">
      <w:r>
        <w:t>Ethic did not move. Levy continued without hesitation. “I am transmitting the blueprints now.” The moment he finished speaking, Ethic’s glass floor illuminated beneath his boots. Streams of encrypted data cascaded across the holographic interface, rapidly assembling themselves into an extraordinarily complex three-dimensional engineering model. Thousands of individual components rotated independently while internal systems unfolded layer by layer, revealing an intricate network of exotic materials, power conduits, quantum stabilizers, and spatial field generators unlike anything Ethic had ever seen. Individual assemblies separated. Cross-sections expanded.</w:t>
      </w:r>
    </w:p>
    <w:p w:rsidR="00095185" w:rsidRDefault="00E41A6A">
      <w:r>
        <w:t>The design bordered on incomprehensible. Levy looked directly into Ethic’s eyes. “I trust that you have the brainpower to construct another device.” He paused only long enough for the implication to settle. “The materials will be provided.” Ethic didn’t answer immediately. Instead, his gaze drifted away from the wormhole schematics. Another hologram still hovered quietly nearby. Anari Preston. Her personnel file rotated slowly above the glass floor.</w:t>
      </w:r>
    </w:p>
    <w:p w:rsidR="00095185" w:rsidRDefault="00E41A6A">
      <w:r>
        <w:t>Every qualification seemed to answer a question he hadn’t realized he’d been asking. Already exposed to D.A.R.C. Already in danger. Ethic nodded almost imperceptibly. “I will shortly.” Levy followed his line of sight toward the personnel files.</w:t>
      </w:r>
    </w:p>
    <w:p w:rsidR="00095185" w:rsidRDefault="00E41A6A">
      <w:r>
        <w:t>Levy returned the gesture. “Good hunting.”</w:t>
      </w:r>
    </w:p>
    <w:p w:rsidR="00095185" w:rsidRDefault="00E41A6A">
      <w:pPr>
        <w:pStyle w:val="ActuatorSceneStart"/>
        <w:ind/>
      </w:pPr>
      <w:r>
        <w:t>Youmi checked the restraints on the loaded anti-gravity lifts. Charge cells, missile pods, and weapons crates formed a hovering train behind her. “Everything’s loaded.” Vulcan held the doorway while she set the convoy’s route.</w:t>
      </w:r>
    </w:p>
    <w:p w:rsidR="00095185" w:rsidRDefault="00E41A6A">
      <w:r>
        <w:t>Blood dripped from his Light Axe. One of the remaining guards rushed him, firing. Vulcan’s swing cut through the rifle and the armor behind it, throwing the man against the wall.</w:t>
      </w:r>
    </w:p>
    <w:p w:rsidR="00095185" w:rsidRDefault="00E41A6A">
      <w:r>
        <w:t>A second guard reached him. Vulcan drove the staff into his ribs and reversed the blade. “Grenades!” someone shouted. Three cylinders bounced toward the doorway. He batted them back with successive swings of the axe.</w:t>
      </w:r>
    </w:p>
    <w:p w:rsidR="00095185" w:rsidRDefault="00E41A6A">
      <w:r>
        <w:t>The blasts shook the corridor. Smoke poured through the doorway, followed by the groan of settling steel. Vulcan rested the axe against his shoulder. No one else advanced.</w:t>
      </w:r>
    </w:p>
    <w:p w:rsidR="00095185" w:rsidRDefault="00E41A6A">
      <w:r>
        <w:t>Youmi turned. “So…” Her eyes narrowed. One hand drifted toward the pistol at her side before stopping. Vulcan lowered his weapon. Light twisted inward, folding upon itself in impossible geometric patterns as though space itself were peeling open. At first they appeared little more than dark outlines suspended within the scarlet glow. With every step, their features sharpened. The first stepped confidently through the impossible opening. Gideon Dyce.</w:t>
      </w:r>
    </w:p>
    <w:p w:rsidR="00095185" w:rsidRDefault="00E41A6A">
      <w:r>
        <w:t>Siege carried an equipment case over one shoulder. The gateway collapsed behind him, and Gideon raised his left forearm.</w:t>
      </w:r>
    </w:p>
    <w:p w:rsidR="00095185" w:rsidRDefault="00E41A6A">
      <w:r>
        <w:t>A sleek metallic device now wrapped snugly around Gideon’s forearm, unlike anything Youmi or Vulcan had ever seen. His smile broadened as he flexed his wrist. “Brilliant.” Crimson light rippled beneath the casing like liquid beneath glass. “Such precise technology.”</w:t>
      </w:r>
    </w:p>
    <w:p w:rsidR="00095185" w:rsidRDefault="00E41A6A">
      <w:r>
        <w:t>He aimed the device toward the convoy and selected its destination on his Disc Icon. Rings aligned along the housing; a confirmation sounded.</w:t>
      </w:r>
    </w:p>
    <w:p w:rsidR="00095185" w:rsidRDefault="00E41A6A">
      <w:r>
        <w:t>Each tone differed subtly from the last, confirming another variable had been calculated and accepted. Gideon couldn’t suppress another smile. “It automatically adjusts for physical anomalies.” He shook his head in quiet amazement. His appreciation sounded almost academic. “No manual calibration.” Another confirmation chime. “No synchronization delay.” The device hummed softly as energy rapidly accumulated within its core. Crimson currents coursed beneath its translucent shell, converging toward the emitter mounted along the underside of his forearm. He looked almost childishly impressed.</w:t>
      </w:r>
    </w:p>
    <w:p w:rsidR="00095185" w:rsidRDefault="00E41A6A">
      <w:r>
        <w:t>“What will they think of next?” Gideon asked. A crimson sphere formed before the convoy, then expanded into a gateway large enough for the cargo.</w:t>
      </w:r>
    </w:p>
    <w:p w:rsidR="00095185" w:rsidRDefault="00E41A6A">
      <w:pPr>
        <w:pStyle w:val="ActuatorChapterTitle"/>
        <w:rPr>
          <w:rFonts w:hint="eastAsia"/>
        </w:rPr>
      </w:pPr>
      <w:r>
        <w:t>Chapter 10: Aftershocks</w:t>
      </w:r>
    </w:p>
    <w:p w:rsidR="00095185" w:rsidRDefault="00E41A6A">
      <w:pPr>
        <w:pStyle w:val="ActuatorSceneStart"/>
      </w:pPr>
      <w:r>
        <w:t>Ethic sent Mecca to the engineering bay and left Troix in charge of training Khalid and Zion. He checked that both assignments were underway before departing.</w:t>
      </w:r>
    </w:p>
    <w:p w:rsidR="00095185" w:rsidRDefault="00E41A6A">
      <w:r>
        <w:t>His Escalade climbed into the traffic lanes above Midnight City. The route to Lyte Grande crossed Winter and Silver City; the navigation system estimated five hours and twelve minutes. Ethic entered his military authorization and took the Grey Zone between commercial and domestic traffic. With the priority corridor clear, the estimate fell to two hours.</w:t>
      </w:r>
    </w:p>
    <w:p w:rsidR="00095185" w:rsidRDefault="00E41A6A">
      <w:r>
        <w:t>Ethic kept his eyes on the navigation display while intelligence crawled across the windshield. “The debrief says Gideon hit Winter, but he’s probably gone already.” Satellite images, casualty reports, and escape estimates kept updating. Troix glanced at the branching routes. “Too many exits.” “That’s the point.” Gideon never lingered long enough to let an enemy dictate the pace.</w:t>
      </w:r>
    </w:p>
    <w:p w:rsidR="00095185" w:rsidRDefault="00E41A6A">
      <w:r>
        <w:t>Ethic stopped thinking about the flight and started thinking about Gideon. Winter had been too clean to be a single-purpose raid. Gideon never risked people, equipment, and exposure for one objective when the same operation could buy him three. Ethic replayed the fragments he had: stolen hardware, missing components, movement through Winter, the timing. Somewhere inside the pattern was the next target. His thumb rested against the throttle. “You always stack the board before anybody realizes they’re playing,” he murmured. Years of chasing Gideon had taught him not to confuse retreat with defeat or silence with inactivity. The horizon opened ahead of him. Ethic pushed the throttle higher. “Fine. Keep moving.” The aircraft surged forward. “I’m coming.”</w:t>
      </w:r>
    </w:p>
    <w:p w:rsidR="00095185" w:rsidRDefault="00E41A6A">
      <w:r>
        <w:t>He increased speed within the cleared corridor. Below, the industrial districts gave way to forest and scattered towns.</w:t>
      </w:r>
    </w:p>
    <w:p w:rsidR="00095185" w:rsidRDefault="00E41A6A">
      <w:pPr>
        <w:pStyle w:val="ActuatorSceneStart"/>
        <w:ind/>
      </w:pPr>
      <w:r>
        <w:t>Sweat soaked Khalid’s training shirt. His arms were heavy, but Troix gave him no time to lower them. He closed the gap before Khalid had recovered his breath.</w:t>
      </w:r>
    </w:p>
    <w:p w:rsidR="00095185" w:rsidRDefault="00E41A6A">
      <w:r>
        <w:t>Khalid ducked a looping strike and drove his elbow down to turn aside Troix’s knee. Pain ran into his shoulder. He caught the next blow on his forearm and used its force to step back.</w:t>
      </w:r>
    </w:p>
    <w:p w:rsidR="00095185" w:rsidRDefault="00E41A6A">
      <w:r>
        <w:t>He spun out of reach and reset his stance. Troix followed without hurrying. He’s too damn fast.</w:t>
      </w:r>
    </w:p>
    <w:p w:rsidR="00095185" w:rsidRDefault="00E41A6A">
      <w:r>
        <w:t>Without a word, Troix surged forward again. No elaborate feints. Khalid planted his feet, preparing to meet him head-on. Taking advantage of Troix’s focus on Khalid, Zion exploded forward with a wide hook aimed squarely at the side of Troix’s head.</w:t>
      </w:r>
    </w:p>
    <w:p w:rsidR="00095185" w:rsidRDefault="00E41A6A">
      <w:r>
        <w:t>Troix reacted before Zion’s fist had traveled halfway. His hand shot out. Troix simply redirected it. With a powerful twist of his hips and a sharp pull of his arm, he used Zion’s own speed against him. It felt less like throwing someone and more like allowing physics to finish the job. Zion’s feet left the floor. “What the hell?!” He barely had time to finish the sentence before Troix hurled him sideways. The world tilted violently as the training hall spun around him. Zion sailed directly toward Khalid like a human projectile. Khalid’s eyes widened. “Oh, hell!”</w:t>
      </w:r>
    </w:p>
    <w:p w:rsidR="00095185" w:rsidRDefault="00E41A6A">
      <w:r>
        <w:t>For a brief second, neither of them moved. Then Khalid groaned. “I don’t think that’s how teamwork is supposed to work.” He pushed Zion’s elbow out of his face. Zion rolled off him, rubbing the back of his head. “You think?” He winced. “I was trying to help your ass!”</w:t>
      </w:r>
    </w:p>
    <w:p w:rsidR="00095185" w:rsidRDefault="00E41A6A">
      <w:r>
        <w:t>The laugh hurt almost as much as the training. “Well…” He pointed to Troix, who hadn’t taken a single step after throwing Zion. “He clearly wasn’t impressed.” Troix stood exactly where they had left him. Hands relaxed at his sides. Patient. Waiting. There wasn’t even the slightest hint of satisfaction on his face. Only the quiet expectation that they would stand back up. Because the lesson wasn’t over yet. If anything, he appeared to be evaluating how quickly they recovered rather than how hard they had fallen. “K! Flip me!” Zion’s shout echoed across the training hall.</w:t>
      </w:r>
    </w:p>
    <w:p w:rsidR="00095185" w:rsidRDefault="00E41A6A">
      <w:r>
        <w:t>“Say less!” Khalid planted his feet and cupped his hands. Zion ran toward him, jumped, and set both boots into the waiting grip. Khalid nearly buckled under the impact, then drove upward with his legs and arms. Zion spun through the air toward Troix and extended into a double-footed kick. Troix had been watching for another conventional attack.</w:t>
      </w:r>
    </w:p>
    <w:p w:rsidR="00095185" w:rsidRDefault="00E41A6A">
      <w:r>
        <w:t>Troix shifted too late. Zion’s boots hit him in the stomach, driving the air from his lungs and lifting him off the mat.</w:t>
      </w:r>
    </w:p>
    <w:p w:rsidR="00095185" w:rsidRDefault="00E41A6A">
      <w:r>
        <w:t>The sight of Troix hitting the mat pulled heads around the training hall. Khalid froze. “Did we actually hit him?” Zion landed in a rough roll and scrambled upright. “I think we did!” Pain tugged at his grin, but he couldn’t hide it. Troix stayed down for a beat with one forearm across his abdomen, measuring his breath. The kick hurt. That was not what surprised him. They had adjusted to his pressure in barely an hour, trusted each other enough to improvise, and committed to the same opening without needing to talk. Khalid started toward him, unsure whether to celebrate or apologize. Troix lifted one finger without sitting up. “Do not ruin the moment.” Khalid stopped. “Wasn’t gonna.” Zion laughed. “You absolutely were.” A few soldiers along the edge of the hall had stopped their own drills to watch. That bothered Troix less than he expected. Let them watch. The two recruits had earned the attention.</w:t>
      </w:r>
    </w:p>
    <w:p w:rsidR="00095185" w:rsidRDefault="00E41A6A">
      <w:r>
        <w:t>The corner of Troix’s mouth twitched. “Better.” He pushed to one knee and drew another measured breath. “Much better.” One hand rested over the spot Zion had caught cleanly. Approval replaced the brief grimace. The hit itself mattered less than what produced it: observation, trust, adaptation. Troix stood and dusted one knee. “You did not overpower me.” Khalid’s celebration faltered. “Damn. Here comes the lesson.” “You changed the problem,” Troix said. He pointed first to Khalid, then Zion. “You made me account for two decisions at once, and you trusted each other enough not to hesitate.” Zion lowered his practice weapon. “So we did good?” Troix considered the wording with exaggerated seriousness. “You did less badly.” Khalid stared at him. “You really know how to make a man feel special.” Troix’s mouth threatened another smile. “Again.”</w:t>
      </w:r>
    </w:p>
    <w:p w:rsidR="00095185" w:rsidRDefault="00E41A6A">
      <w:r>
        <w:t>Troix’s eyes moved between them. “That is considerably more dangerous.” Khalid pumped a fist into the air. “Yes!” He pointed proudly at Zion. “Told you it’d work!” Zion rubbed the back of his neck, still trying to catch his breath.</w:t>
      </w:r>
    </w:p>
    <w:p>
      <w:r>
        <w:t>Troix raised one hand before either man could celebrate. “Do not celebrate contact. Reset.”</w:t>
      </w:r>
    </w:p>
    <w:p>
      <w:r>
        <w:t>Khalid stared at him. “Man, we finally hit you.”</w:t>
      </w:r>
    </w:p>
    <w:p>
      <w:r>
        <w:t>“And while you celebrated, both of you stopped watching my hands.”</w:t>
      </w:r>
    </w:p>
    <w:p>
      <w:r>
        <w:t>Zion looked down. Troix had already shifted into striking range. “Damn.”</w:t>
      </w:r>
    </w:p>
    <w:p>
      <w:r>
        <w:t>Troix stepped back. “Better is not finished.”</w:t>
      </w:r>
    </w:p>
    <w:p>
      <w:r>
        <w:t>Khalid exhaled. “You ever say good job and just let it live?”</w:t>
      </w:r>
    </w:p>
    <w:p>
      <w:r>
        <w:t>“When the job is good and over.”</w:t>
      </w:r>
    </w:p>
    <w:p w:rsidR="00095185" w:rsidRDefault="00E41A6A">
      <w:r>
        <w:t>“I honestly wasn’t sure if he was gonna launch me.” He turned to Khalid with a crooked grin. “Or break my ankles.” Khalid laughed. “Little bit of both.” The corner of Troix’s mouth lifted. Before either of them could celebrate further, slow applause echoed through the training hall. Clap. Clap. Clap. All three men turned to the doorway. Mecca stood beneath the entrance lights.</w:t>
      </w:r>
    </w:p>
    <w:p w:rsidR="00095185" w:rsidRDefault="00E41A6A">
      <w:r>
        <w:t>The engineering jumpsuit she’d changed into earlier bore streaks of grease across one sleeve, evidence that she’d already begun working despite having arrived only hours before. “Well…” She tilted her head playfully. “I see you boys have been busy.” Troix straightened on instinct. Color rose into his cheeks. Subtle, but unmistakable. Khalid caught it at once. His grin sharpened. “Hold up…” He looked from Troix to Mecca and back again. “Did he just blush?”</w:t>
      </w:r>
    </w:p>
    <w:p w:rsidR="00095185" w:rsidRDefault="00E41A6A">
      <w:r>
        <w:t>Zion blinked. He leaned ever so slightly toward Troix. “I think…” He squinted dramatically. “He actually did.” Troix cleared his throat. “No.” His answer arrived a little too quickly. Khalid couldn’t stop smiling. “You definitely did.” Mecca laughed softly. The sound echoed pleasantly through the enormous training hall. “So…” She pushed herself away from the doorway and stepped into the room, glancing at the three men standing among the scattered training mats. “Do you guys get to have all the fun?”</w:t>
      </w:r>
    </w:p>
    <w:p w:rsidR="00095185" w:rsidRDefault="00E41A6A">
      <w:r>
        <w:t>She gestured to the sparring area. “Or am I stuck being the house grease monkey twenty-four-seven?” There wasn’t a trace of bitterness in her voice. Only playful curiosity. Khalid’s eyebrows climbed. “So she talks trash too.” “I like her already,” Zion muttered. Mecca flashed them a flawless smile. Her lips parted just enough to reveal a perfectly even row of white teeth. She folded her arms confidently. “One on one.” Her platinum eyes sparkled with playful challenge. “Loser takes something off.” The room fell completely silent. Even Troix blinked.</w:t>
      </w:r>
    </w:p>
    <w:p w:rsidR="00095185" w:rsidRDefault="00E41A6A">
      <w:r>
        <w:t>Khalid’s eyes nearly popped out of his head. Zion turned to Troix. Troix stared back at Mecca with the same unreadable expression he’d worn during combat. Just complete sincerity. “The jacket,” he answered flatly. Mecca burst into laughter. She bent forward slightly, unable to hold it in. Khalid doubled over. “Oh, man!” He slapped his knee. “I thought…”</w:t>
      </w:r>
    </w:p>
    <w:p w:rsidR="00095185" w:rsidRDefault="00E41A6A">
      <w:r>
        <w:t>He wiped tears from the corner of one eye. “That conversation was going somewhere way different.” Even Zion couldn’t help laughing. “You knew exactly what you were doing.” Mecca shrugged innocently. “I did say something.” Her grin suggested otherwise. Troix looked quietly from one laughing face to the next. “Did I misunderstand?” That question only made the laughter worse. For the first time since arriving at T.R.A.P.S., the training hall echoed with genuine laughter. It rolled through the cavernous room, momentarily drowning out the sounds of sparring matches and heavy bags. For a few welcome minutes, the weight of Lyte Grande, D.A.R.C., and the war waiting beyond the base seemed just a little farther away.</w:t>
      </w:r>
    </w:p>
    <w:p w:rsidR="00095185" w:rsidRDefault="00E41A6A">
      <w:pPr>
        <w:pStyle w:val="ActuatorSceneStart"/>
        <w:ind/>
      </w:pPr>
      <w:r>
        <w:t>Several cities away, Anari still hadn’t left her apartment. The curtains remained half drawn, allowing only muted daylight to spill into the living room.</w:t>
      </w:r>
    </w:p>
    <w:p w:rsidR="00095185" w:rsidRDefault="00E41A6A">
      <w:r>
        <w:t>The betrayal kept returning to her. She made food to occupy herself, not because she was hungry, but because standing gave her something to do before she found herself wandering back to the couch again. Inside, time had nearly stopped. Half the time, the food grew cold before she finished it.</w:t>
      </w:r>
    </w:p>
    <w:p w:rsidR="00095185" w:rsidRDefault="00E41A6A">
      <w:r>
        <w:t>No sitcom laugh track or action movie explosion was loud enough to drown the memories out for long. It felt as if someone had drained every ounce of energy from her, leaving behind only enough to keep breathing and move from one hour to the next. Even getting off the couch sometimes felt like completing another shift at work. Her Disc Icon had chimed countless times over the past two days. Every notification felt like another obligation she didn’t have the strength to face. She’d glance at the glowing display, hesitate, then let it fade until the room became quiet again.</w:t>
      </w:r>
    </w:p>
    <w:p w:rsidR="00095185" w:rsidRDefault="00E41A6A">
      <w:r>
        <w:t>Her cousin had called too. She already knew why. Again. He always promised he’d be careful, and he never refilled the battery afterward. The pattern had become familiar enough to feel like its own conversation.</w:t>
      </w:r>
    </w:p>
    <w:p w:rsidR="00095185" w:rsidRDefault="00E41A6A">
      <w:r>
        <w:t>Then there was her boyfriend. He had left messages. Even stopped by the apartment once, knocking for nearly ten minutes before eventually giving up. Anari never answered. Instead, she found herself questioning something she’d avoided thinking about for months. Why am I even with him? Every conversation somehow revolved around him.</w:t>
      </w:r>
    </w:p>
    <w:p w:rsidR="00095185" w:rsidRDefault="00E41A6A">
      <w:r>
        <w:t>His plans. His wants. His schedule. His frustrations. She couldn’t remember the last time he’d asked how she was doing without immediately steering the discussion back toward himself. Maybe the relationship had quietly become another routine she hadn’t questioned because it was familiar. The television laughed at a joke she hadn’t heard. Then. Chime. Her Disc Icon illuminated on the coffee table.</w:t>
      </w:r>
    </w:p>
    <w:p w:rsidR="00095185" w:rsidRDefault="00E41A6A">
      <w:r>
        <w:t>GOVERNMENT. Anari set her half-eaten pizza slice in its box. “Government?” Taxes, the investigation, Tech Outfitters: each possibility seemed worse than the last.</w:t>
      </w:r>
    </w:p>
    <w:p w:rsidR="00095185" w:rsidRDefault="00E41A6A">
      <w:r>
        <w:t>She reached for the Disc Icon, then stopped. The call faded unanswered.</w:t>
      </w:r>
    </w:p>
    <w:p>
      <w:pPr/>
      <w:r>
        <w:t>Another chime followed almost immediately.</w:t>
      </w:r>
    </w:p>
    <w:p>
      <w:pPr/>
      <w:r>
        <w:t>Her cousin.</w:t>
      </w:r>
    </w:p>
    <w:p>
      <w:pPr/>
      <w:r>
        <w:t>Anari stared at the name.</w:t>
      </w:r>
    </w:p>
    <w:p>
      <w:pPr/>
      <w:r>
        <w:t>“Persistent little shit.”</w:t>
      </w:r>
    </w:p>
    <w:p>
      <w:pPr/>
      <w:r>
        <w:t>She answered.</w:t>
      </w:r>
    </w:p>
    <w:p>
      <w:pPr/>
      <w:r>
        <w:t>His face appeared above the table, already mid-sentence. “Before you say anything, I know.”</w:t>
      </w:r>
    </w:p>
    <w:p>
      <w:pPr/>
      <w:r>
        <w:t>“You always know after.”</w:t>
      </w:r>
    </w:p>
    <w:p>
      <w:pPr/>
      <w:r>
        <w:t>“I forgot to charge it.”</w:t>
      </w:r>
    </w:p>
    <w:p>
      <w:pPr/>
      <w:r>
        <w:t>“You always forget to charge it.”</w:t>
      </w:r>
    </w:p>
    <w:p>
      <w:pPr/>
      <w:r>
        <w:t>“I had practice.”</w:t>
      </w:r>
    </w:p>
    <w:p>
      <w:pPr/>
      <w:r>
        <w:t>“You have practice every week.”</w:t>
      </w:r>
    </w:p>
    <w:p>
      <w:pPr/>
      <w:r>
        <w:t>He winced. “You mad?”</w:t>
      </w:r>
    </w:p>
    <w:p>
      <w:pPr/>
      <w:r>
        <w:t>Anari looked around the apartment.</w:t>
      </w:r>
    </w:p>
    <w:p>
      <w:pPr/>
      <w:r>
        <w:t>At the pizza.</w:t>
      </w:r>
    </w:p>
    <w:p>
      <w:pPr/>
      <w:r>
        <w:t>At the unopened messages.</w:t>
      </w:r>
    </w:p>
    <w:p>
      <w:pPr/>
      <w:r>
        <w:t>At the curtains she had not fully opened in two days.</w:t>
      </w:r>
    </w:p>
    <w:p>
      <w:pPr/>
      <w:r>
        <w:t>“No.”</w:t>
      </w:r>
    </w:p>
    <w:p>
      <w:pPr/>
      <w:r>
        <w:t>That answer worried him more.</w:t>
      </w:r>
    </w:p>
    <w:p>
      <w:pPr/>
      <w:r>
        <w:t>“You okay?”</w:t>
      </w:r>
    </w:p>
    <w:p>
      <w:pPr/>
      <w:r>
        <w:t>She almost said yes.</w:t>
      </w:r>
    </w:p>
    <w:p>
      <w:pPr/>
      <w:r>
        <w:t>The word got as far as her throat and stopped.</w:t>
      </w:r>
    </w:p>
    <w:p>
      <w:pPr/>
      <w:r>
        <w:t>“No.”</w:t>
      </w:r>
    </w:p>
    <w:p>
      <w:pPr/>
      <w:r>
        <w:t>His expression changed.</w:t>
      </w:r>
    </w:p>
    <w:p>
      <w:pPr/>
      <w:r>
        <w:t>Not dramatically.</w:t>
      </w:r>
    </w:p>
    <w:p>
      <w:pPr/>
      <w:r>
        <w:t>Just enough.</w:t>
      </w:r>
    </w:p>
    <w:p>
      <w:pPr/>
      <w:r>
        <w:t>“What happened?”</w:t>
      </w:r>
    </w:p>
    <w:p>
      <w:pPr/>
      <w:r>
        <w:t>Anari rubbed one hand over her face. “Work thing.”</w:t>
      </w:r>
    </w:p>
    <w:p>
      <w:pPr/>
      <w:r>
        <w:t>“Bad work thing?”</w:t>
      </w:r>
    </w:p>
    <w:p>
      <w:pPr/>
      <w:r>
        <w:t>“The shop exploded.”</w:t>
      </w:r>
    </w:p>
    <w:p>
      <w:pPr/>
      <w:r>
        <w:t>He stared.</w:t>
      </w:r>
    </w:p>
    <w:p>
      <w:pPr/>
      <w:r>
        <w:t>“What?”</w:t>
      </w:r>
    </w:p>
    <w:p>
      <w:pPr/>
      <w:r>
        <w:t>“I said the shop exploded.”</w:t>
      </w:r>
    </w:p>
    <w:p>
      <w:pPr/>
      <w:r>
        <w:t>“Anari, what the hell?”</w:t>
      </w:r>
    </w:p>
    <w:p>
      <w:pPr/>
      <w:r>
        <w:t>“I’m alive.”</w:t>
      </w:r>
    </w:p>
    <w:p>
      <w:pPr/>
      <w:r>
        <w:t>“That’s not the point.”</w:t>
      </w:r>
    </w:p>
    <w:p>
      <w:pPr/>
      <w:r>
        <w:t>For the first time in days, somebody else’s panic made her feel more anchored instead of more tired.</w:t>
      </w:r>
    </w:p>
    <w:p>
      <w:pPr/>
      <w:r>
        <w:t>He started asking questions faster than she could answer. Was she hurt? Was Gauge okay? Did the police know? Did she need him to come over?</w:t>
      </w:r>
    </w:p>
    <w:p>
      <w:pPr/>
      <w:r>
        <w:t>At Gauge’s name, she looked away.</w:t>
      </w:r>
    </w:p>
    <w:p>
      <w:pPr/>
      <w:r>
        <w:t>“I don’t know.”</w:t>
      </w:r>
    </w:p>
    <w:p>
      <w:pPr/>
      <w:r>
        <w:t>Her cousin stopped.</w:t>
      </w:r>
    </w:p>
    <w:p>
      <w:pPr/>
      <w:r>
        <w:t>“Oh.”</w:t>
      </w:r>
    </w:p>
    <w:p>
      <w:pPr/>
      <w:r>
        <w:t>“Yeah.”</w:t>
      </w:r>
    </w:p>
    <w:p>
      <w:pPr/>
      <w:r>
        <w:t>Silence.</w:t>
      </w:r>
    </w:p>
    <w:p>
      <w:pPr/>
      <w:r>
        <w:t>Then, much more quietly, “You want me to come over?”</w:t>
      </w:r>
    </w:p>
    <w:p>
      <w:pPr/>
      <w:r>
        <w:t>Anari almost said no.</w:t>
      </w:r>
    </w:p>
    <w:p>
      <w:pPr/>
      <w:r>
        <w:t>Instead she looked at the clock.</w:t>
      </w:r>
    </w:p>
    <w:p>
      <w:pPr/>
      <w:r>
        <w:t>“Not tonight.”</w:t>
      </w:r>
    </w:p>
    <w:p>
      <w:pPr/>
      <w:r>
        <w:t>“You sure?”</w:t>
      </w:r>
    </w:p>
    <w:p>
      <w:pPr/>
      <w:r>
        <w:t>“No.” She gave a tired laugh. “But not tonight.”</w:t>
      </w:r>
    </w:p>
    <w:p>
      <w:pPr/>
      <w:r>
        <w:t>He nodded.</w:t>
      </w:r>
    </w:p>
    <w:p>
      <w:pPr/>
      <w:r>
        <w:t>“Okay.”</w:t>
      </w:r>
    </w:p>
    <w:p>
      <w:pPr/>
      <w:r>
        <w:t>“And charge your damn battery.”</w:t>
      </w:r>
    </w:p>
    <w:p>
      <w:pPr/>
      <w:r>
        <w:t>He smiled a little. “There she is.”</w:t>
      </w:r>
    </w:p>
    <w:p>
      <w:pPr/>
      <w:r>
        <w:t>“I can call tomorrow,” her cousin said. “You don’t have to talk. I can just annoy you quietly.”</w:t>
      </w:r>
    </w:p>
    <w:p>
      <w:pPr/>
      <w:r>
        <w:t>Anari rubbed her thumb along the edge of the Disc Icon. “That might be the nicest stupid thing you’ve ever offered.”</w:t>
      </w:r>
    </w:p>
    <w:p>
      <w:pPr/>
      <w:r>
        <w:t>“So yes?”</w:t>
      </w:r>
    </w:p>
    <w:p>
      <w:pPr/>
      <w:r>
        <w:t>She hesitated. “Yeah. Call.”</w:t>
      </w:r>
    </w:p>
    <w:p>
      <w:pPr/>
      <w:r>
        <w:t>“I will.”</w:t>
      </w:r>
    </w:p>
    <w:p>
      <w:pPr/>
      <w:r>
        <w:t>“After you charge the battery.”</w:t>
      </w:r>
    </w:p>
    <w:p>
      <w:pPr/>
      <w:r>
        <w:t>“You really know how to ruin a moment.”</w:t>
      </w:r>
    </w:p>
    <w:p>
      <w:pPr/>
      <w:r>
        <w:t>“Somebody has to keep you alive.”</w:t>
      </w:r>
    </w:p>
    <w:p>
      <w:pPr/>
      <w:r>
        <w:t>The words hit her unexpectedly.</w:t>
      </w:r>
    </w:p>
    <w:p>
      <w:pPr/>
      <w:r>
        <w:t>She ended the call a few minutes later and sat in the quiet apartment.</w:t>
      </w:r>
    </w:p>
    <w:p>
      <w:pPr/>
      <w:r>
        <w:t>The boyfriend’s messages remained unopened.</w:t>
      </w:r>
    </w:p>
    <w:p>
      <w:pPr/>
      <w:r>
        <w:t>She did not hate him.</w:t>
      </w:r>
    </w:p>
    <w:p>
      <w:pPr/>
      <w:r>
        <w:t>That almost made it worse.</w:t>
      </w:r>
    </w:p>
    <w:p>
      <w:pPr/>
      <w:r>
        <w:t>She simply did not have the energy to manage somebody else’s disappointment while her own life was on fire.</w:t>
      </w:r>
    </w:p>
    <w:p>
      <w:pPr/>
      <w:r>
        <w:t>Anari selected his thread and typed three words.</w:t>
      </w:r>
    </w:p>
    <w:p>
      <w:pPr/>
      <w:r>
        <w:t>I need space.</w:t>
      </w:r>
    </w:p>
    <w:p>
      <w:pPr/>
      <w:r>
        <w:t>She read them twice.</w:t>
      </w:r>
    </w:p>
    <w:p>
      <w:pPr/>
      <w:r>
        <w:t>Then sent them.</w:t>
      </w:r>
    </w:p>
    <w:p>
      <w:pPr/>
      <w:r>
        <w:t>The room did not change.</w:t>
      </w:r>
    </w:p>
    <w:p>
      <w:pPr/>
      <w:r>
        <w:t>No dramatic music.</w:t>
      </w:r>
    </w:p>
    <w:p>
      <w:pPr/>
      <w:r>
        <w:t>No sudden relief.</w:t>
      </w:r>
    </w:p>
    <w:p>
      <w:pPr/>
      <w:r>
        <w:t>But for the first time since the explosion, she had made one decision that belonged entirely to her.</w:t>
      </w:r>
    </w:p>
    <w:p>
      <w:pPr/>
      <w:r>
        <w:t>A minute later, she stood up, opened the curtains, and let the afternoon in.</w:t>
      </w:r>
    </w:p>
    <w:p>
      <w:pPr/>
      <w:r>
        <w:t>Anari did not return to the couch.</w:t>
      </w:r>
    </w:p>
    <w:p>
      <w:pPr/>
      <w:r>
        <w:t>Opening the curtains had made the apartment look unfamiliar. Dust floated in the sunlight. Tools sat scattered across the dining table beside unopened mail and cold food. She began putting them back where they belonged.</w:t>
      </w:r>
    </w:p>
    <w:p>
      <w:pPr/>
      <w:r>
        <w:t>Not because cleaning mattered.</w:t>
      </w:r>
    </w:p>
    <w:p>
      <w:pPr/>
      <w:r>
        <w:t>Because systems made sense.</w:t>
      </w:r>
    </w:p>
    <w:p>
      <w:pPr/>
      <w:r>
        <w:t>Her Disc Icon connected to the private workshop archive she and Gauge had shared for years.</w:t>
      </w:r>
    </w:p>
    <w:p>
      <w:pPr/>
      <w:r>
        <w:t>TESSLER / PRESTON PROJECTS.</w:t>
      </w:r>
    </w:p>
    <w:p>
      <w:pPr/>
      <w:r>
        <w:t>Hundreds of old schematics opened around her. Repair notes. Half-finished ideas. Machines neither of them should have been proud of building.</w:t>
      </w:r>
    </w:p>
    <w:p>
      <w:pPr/>
      <w:r>
        <w:t>She opened one at random.</w:t>
      </w:r>
    </w:p>
    <w:p>
      <w:pPr/>
      <w:r>
        <w:t>Gauge’s annotation appeared in yellow:</w:t>
      </w:r>
    </w:p>
    <w:p>
      <w:pPr/>
      <w:r>
        <w:t>YOU OVERENGINEER EVERYTHING.</w:t>
      </w:r>
    </w:p>
    <w:p>
      <w:pPr/>
      <w:r>
        <w:t>Her younger self had replied:</w:t>
      </w:r>
    </w:p>
    <w:p>
      <w:pPr/>
      <w:r>
        <w:t>YOU UNDERTHINK EVERYTHING.</w:t>
      </w:r>
    </w:p>
    <w:p>
      <w:pPr/>
      <w:r>
        <w:t>Gauge:</w:t>
      </w:r>
    </w:p>
    <w:p>
      <w:pPr/>
      <w:r>
        <w:t>THAT IS NOT A WORD.</w:t>
      </w:r>
    </w:p>
    <w:p>
      <w:pPr/>
      <w:r>
        <w:t>Anari:</w:t>
      </w:r>
    </w:p>
    <w:p>
      <w:pPr/>
      <w:r>
        <w:t>IT IS NOW.</w:t>
      </w:r>
    </w:p>
    <w:p>
      <w:pPr/>
      <w:r>
        <w:t>Her mouth twitched.</w:t>
      </w:r>
    </w:p>
    <w:p>
      <w:pPr/>
      <w:r>
        <w:t>Then the smile disappeared.</w:t>
      </w:r>
    </w:p>
    <w:p>
      <w:pPr/>
      <w:r>
        <w:t>The archive showed his last access time.</w:t>
      </w:r>
    </w:p>
    <w:p>
      <w:pPr/>
      <w:r>
        <w:t>Tuesday. 6:42 p.m.</w:t>
      </w:r>
    </w:p>
    <w:p>
      <w:pPr/>
      <w:r>
        <w:t>Less than an hour before he called her.</w:t>
      </w:r>
    </w:p>
    <w:p>
      <w:pPr/>
      <w:r>
        <w:t>Gauge had opened six files. Five involved ordinary shop work. The sixth had no title, only a temporary project number.</w:t>
      </w:r>
    </w:p>
    <w:p>
      <w:pPr/>
      <w:r>
        <w:t>She selected it.</w:t>
      </w:r>
    </w:p>
    <w:p>
      <w:pPr/>
      <w:r>
        <w:t>ACCESS KEY REQUIRED.</w:t>
      </w:r>
    </w:p>
    <w:p>
      <w:pPr/>
      <w:r>
        <w:t>Gauge hated passwords. He called them “tiny bureaucrats living inside machines.” If he had locked a project, he had done it for a reason.</w:t>
      </w:r>
    </w:p>
    <w:p>
      <w:pPr/>
      <w:r>
        <w:t>She tried his birthday. Rejected.</w:t>
      </w:r>
    </w:p>
    <w:p>
      <w:pPr/>
      <w:r>
        <w:t>The shop registration number. Rejected.</w:t>
      </w:r>
    </w:p>
    <w:p>
      <w:pPr/>
      <w:r>
        <w:t>The serial number from the first engine they rebuilt together. Rejected.</w:t>
      </w:r>
    </w:p>
    <w:p>
      <w:pPr/>
      <w:r>
        <w:t>“Come on, old man.”</w:t>
      </w:r>
    </w:p>
    <w:p>
      <w:pPr/>
      <w:r>
        <w:t>Then she entered the name of the first machine she had ever built without his help.</w:t>
      </w:r>
    </w:p>
    <w:p>
      <w:pPr/>
      <w:r>
        <w:t>MERCY.</w:t>
      </w:r>
    </w:p>
    <w:p>
      <w:pPr/>
      <w:r>
        <w:t>The lock opened.</w:t>
      </w:r>
    </w:p>
    <w:p>
      <w:pPr/>
      <w:r>
        <w:t>The file contained no secret weapon. No confession. No explanation for D.A.R.C.</w:t>
      </w:r>
    </w:p>
    <w:p>
      <w:pPr/>
      <w:r>
        <w:t>It was a parts list.</w:t>
      </w:r>
    </w:p>
    <w:p>
      <w:pPr/>
      <w:r>
        <w:t>Anari recognized the components.</w:t>
      </w:r>
    </w:p>
    <w:p>
      <w:pPr/>
      <w:r>
        <w:t>They belonged to her diagnostic kit.</w:t>
      </w:r>
    </w:p>
    <w:p>
      <w:pPr/>
      <w:r>
        <w:t>Her current case had a cracked thermal coupler and an intermittent sensor fault she kept putting off because she could do it later.</w:t>
      </w:r>
    </w:p>
    <w:p>
      <w:pPr/>
      <w:r>
        <w:t>Gauge had ordered the replacements.</w:t>
      </w:r>
    </w:p>
    <w:p>
      <w:pPr/>
      <w:r>
        <w:t>Delivery destination: Tech Outfitters.</w:t>
      </w:r>
    </w:p>
    <w:p>
      <w:pPr/>
      <w:r>
        <w:t>Expected arrival: Wednesday.</w:t>
      </w:r>
    </w:p>
    <w:p>
      <w:pPr/>
      <w:r>
        <w:t>A note sat beneath the list.</w:t>
      </w:r>
    </w:p>
    <w:p>
      <w:pPr/>
      <w:r>
        <w:t>QUIT USING THAT DAMN COUPLER BEFORE IT FAILS IN THE MIDDLE OF SOMETHING IMPORTANT.</w:t>
      </w:r>
    </w:p>
    <w:p>
      <w:pPr/>
      <w:r>
        <w:t>A second line followed.</w:t>
      </w:r>
    </w:p>
    <w:p>
      <w:pPr/>
      <w:r>
        <w:t>YES, I KNOW YOU CAN FIX IT YOURSELF.</w:t>
      </w:r>
    </w:p>
    <w:p>
      <w:pPr/>
      <w:r>
        <w:t>Then:</w:t>
      </w:r>
    </w:p>
    <w:p>
      <w:pPr/>
      <w:r>
        <w:t>THAT AIN’T THE POINT.</w:t>
      </w:r>
    </w:p>
    <w:p>
      <w:pPr/>
      <w:r>
        <w:t>Her vision blurred.</w:t>
      </w:r>
    </w:p>
    <w:p>
      <w:pPr/>
      <w:r>
        <w:t>She enlarged the shipping information instead. Numbers were easier.</w:t>
      </w:r>
    </w:p>
    <w:p>
      <w:pPr/>
      <w:r>
        <w:t>The order had never reached the shop. The explosion rerouted local deliveries before the package left the warehouse.</w:t>
      </w:r>
    </w:p>
    <w:p>
      <w:pPr/>
      <w:r>
        <w:t>For the first time since Tuesday, something about Gauge still existed in the future tense.</w:t>
      </w:r>
    </w:p>
    <w:p>
      <w:pPr/>
      <w:r>
        <w:t>A box with his name on the invoice was waiting for someone to claim it.</w:t>
      </w:r>
    </w:p>
    <w:p>
      <w:pPr/>
      <w:r>
        <w:t>Anari opened a pickup request.</w:t>
      </w:r>
    </w:p>
    <w:p>
      <w:pPr/>
      <w:r>
        <w:t>RECIPIENT RELATIONSHIP.</w:t>
      </w:r>
    </w:p>
    <w:p>
      <w:pPr/>
      <w:r>
        <w:t>She almost typed employee.</w:t>
      </w:r>
    </w:p>
    <w:p>
      <w:pPr/>
      <w:r>
        <w:t>Her fingers stopped.</w:t>
      </w:r>
    </w:p>
    <w:p>
      <w:pPr/>
      <w:r>
        <w:t>Gauge had taught her to rebuild an induction motor before she was tall enough to see across his workbench. He had yelled when she bypassed safety interlocks, laughed when her first homemade drone destroyed his ceiling fan, and called every boyfriend “temporary” until proven otherwise.</w:t>
      </w:r>
    </w:p>
    <w:p>
      <w:pPr/>
      <w:r>
        <w:t>She selected OTHER.</w:t>
      </w:r>
    </w:p>
    <w:p>
      <w:pPr/>
      <w:r>
        <w:t>Then typed FAMILY.</w:t>
      </w:r>
    </w:p>
    <w:p>
      <w:pPr/>
      <w:r>
        <w:t>The request accepted.</w:t>
      </w:r>
    </w:p>
    <w:p>
      <w:pPr/>
      <w:r>
        <w:t>Anari leaned back and finally let herself cry.</w:t>
      </w:r>
    </w:p>
    <w:p>
      <w:pPr/>
      <w:r>
        <w:t>When it stopped, she copied the archive to three separate locations and created a new file.</w:t>
      </w:r>
    </w:p>
    <w:p>
      <w:pPr/>
      <w:r>
        <w:t>GAUGE TESSLER: LAST CONFIRMED TIMELINE.</w:t>
      </w:r>
    </w:p>
    <w:p>
      <w:pPr/>
      <w:r>
        <w:t>6:42 p.m. archive access.</w:t>
      </w:r>
    </w:p>
    <w:p>
      <w:pPr/>
      <w:r>
        <w:t>7:30 p.m. call to Anari.</w:t>
      </w:r>
    </w:p>
    <w:p>
      <w:pPr/>
      <w:r>
        <w:t>Arrival at Tech Outfitters.</w:t>
      </w:r>
    </w:p>
    <w:p>
      <w:pPr/>
      <w:r>
        <w:t>Unknown visitors.</w:t>
      </w:r>
    </w:p>
    <w:p>
      <w:pPr/>
      <w:r>
        <w:t>Installation work.</w:t>
      </w:r>
    </w:p>
    <w:p>
      <w:pPr/>
      <w:r>
        <w:t>Credits.</w:t>
      </w:r>
    </w:p>
    <w:p>
      <w:pPr/>
      <w:r>
        <w:t>Explosion.</w:t>
      </w:r>
    </w:p>
    <w:p>
      <w:pPr/>
      <w:r>
        <w:t>Missing.</w:t>
      </w:r>
    </w:p>
    <w:p>
      <w:pPr/>
      <w:r>
        <w:t>She stared at the last word.</w:t>
      </w:r>
    </w:p>
    <w:p>
      <w:pPr/>
      <w:r>
        <w:t>Missing.</w:t>
      </w:r>
    </w:p>
    <w:p>
      <w:pPr/>
      <w:r>
        <w:t>Not dead.</w:t>
      </w:r>
    </w:p>
    <w:p>
      <w:pPr/>
      <w:r>
        <w:t>Not alive.</w:t>
      </w:r>
    </w:p>
    <w:p>
      <w:pPr/>
      <w:r>
        <w:t>A variable without enough data.</w:t>
      </w:r>
    </w:p>
    <w:p>
      <w:pPr/>
      <w:r>
        <w:t>For once, Anari resisted forcing an answer from incomplete information.</w:t>
      </w:r>
    </w:p>
    <w:p>
      <w:pPr/>
      <w:r>
        <w:t>“I don’t know where you are,” she said to the empty apartment.</w:t>
      </w:r>
    </w:p>
    <w:p>
      <w:pPr/>
      <w:r>
        <w:t>She looked at the unanswered government call still waiting in her history.</w:t>
      </w:r>
    </w:p>
    <w:p>
      <w:pPr/>
      <w:r>
        <w:t>“But I’m gonna find out.”</w:t>
      </w:r>
    </w:p>
    <w:p>
      <w:pPr/>
      <w:r>
        <w:t>Anari selected it and pressed RETURN CALL.</w:t>
      </w:r>
    </w:p>
    <w:p w:rsidR="00095185" w:rsidRDefault="00E41A6A">
      <w:pPr>
        <w:pStyle w:val="ActuatorChapterTitle"/>
        <w:rPr>
          <w:rFonts w:hint="eastAsia"/>
        </w:rPr>
      </w:pPr>
      <w:r>
        <w:t>Chapter 11: The Offer</w:t>
      </w:r>
    </w:p>
    <w:p w:rsidR="00095185" w:rsidRDefault="00E41A6A">
      <w:pPr>
        <w:pStyle w:val="ActuatorSceneStart"/>
      </w:pPr>
      <w:r>
        <w:t>Mecca smiled. The expression was equal parts confidence and playful arrogance, the kind worn only by someone who knew exactly what kind of chaos she had caused. There wasn’t an ounce of regret behind it.</w:t>
      </w:r>
    </w:p>
    <w:p w:rsidR="00095185" w:rsidRDefault="00E41A6A">
      <w:r>
        <w:t>Mecca folded her arms, unable to suppress another grin. “Come on…” She rocked back on her heels. “Fifteen rounds undefeated?” Her platinum eyes moved from one exhausted face to the next. “Anybody care to go again?” Silence. Khalid sat cross-legged on the floor, still breathing hard. Zion leaned against the padded wall, while Troix stood perfectly straight despite having lost just as badly as the others. All three wore nearly identical expressions. Utter disgust.</w:t>
      </w:r>
    </w:p>
    <w:p w:rsidR="00095185" w:rsidRDefault="00E41A6A">
      <w:r>
        <w:t>Khalid pointed accusingly. “That was a set-up!” He climbed to his feet, jabbing a finger in her direction. “Fight me straight up.” He puffed out his chest dramatically. “And I bet you I’ll win!” Mecca raised an eyebrow. “Oh?” Before she could answer, Troix spoke with complete seriousness. He folded his arms. “The terms of engagement were tactically unsound.” Mecca blinked. “You’re really filing an official complaint?” Troix nodded once. “Yes.”</w:t>
      </w:r>
    </w:p>
    <w:p w:rsidR="00095185" w:rsidRDefault="00E41A6A">
      <w:r>
        <w:t>“You relied heavily upon distraction.” Another nod. “I underestimated your psychological warfare.” He delivered the assessment with the same tone he’d used while discussing battlefield tactics. To him, it wasn’t a joke. It was an after-action report. Mecca couldn’t contain herself. She laughed. Not a polite laugh. The kind that forced her to bend forward and catch her breath. “You’re unbelievable.” Khalid threw his hands into the air. “You KNOW you don’t fight fair!” His voice echoed through the gym. “Cheap shot!”</w:t>
      </w:r>
    </w:p>
    <w:p w:rsidR="00095185" w:rsidRDefault="00E41A6A">
      <w:r>
        <w:t>Mecca’s laughter only grew. “Oh…” She stepped directly into Khalid’s space and tilted her head. Then she gave him the sweetest voice she could manage. “I’m so sowwie. Do you forgive me?” Khalid’s ears turned bright red. He leaned backward and pointed at her. “See? You’re doing it again!” Zion burst into laughter. Even Troix turned away before anyone could catch the amusement on his face. Mecca stepped back and raised one finger. “That’s sixteen.”</w:t>
      </w:r>
    </w:p>
    <w:p w:rsidR="00095185" w:rsidRDefault="00E41A6A">
      <w:r>
        <w:t>Khalid stared at her in disbelief. “I didn’t even fight!” “Exactly.” Her wink told him the point had never been the sparring.</w:t>
      </w:r>
    </w:p>
    <w:p w:rsidR="00095185" w:rsidRDefault="00E41A6A">
      <w:r>
        <w:t>Troix waited until the room went quiet. Then he studied Khalid. “You keep letting her choose what you react to.” Khalid frowned. “She cheats.” “No.” Troix nodded toward the mats. “She wins. You saw bait and followed it.” His tone lost its humor. “In a real fight, that gets someone killed.” The joke drained out of Khalid’s face for a beat. Zion’s grin softened. Khalid reached for his shoes. “Okay.” He nodded once. “That one I’m keeping.”</w:t>
      </w:r>
    </w:p>
    <w:p>
      <w:pPr/>
      <w:r>
        <w:t>Mecca leaned against the wall with her arms folded. “Y’all done analyzing me like a malfunctioning drone?”</w:t>
      </w:r>
    </w:p>
    <w:p>
      <w:pPr/>
      <w:r>
        <w:t>Khalid pointed at Troix. “Tell him that.”</w:t>
      </w:r>
    </w:p>
    <w:p>
      <w:pPr/>
      <w:r>
        <w:t>Troix did not look embarrassed. “I was evaluating your method.”</w:t>
      </w:r>
    </w:p>
    <w:p>
      <w:pPr/>
      <w:r>
        <w:t>“My method is winning.”</w:t>
      </w:r>
    </w:p>
    <w:p>
      <w:pPr/>
      <w:r>
        <w:t>“Correct.”</w:t>
      </w:r>
    </w:p>
    <w:p>
      <w:pPr/>
      <w:r>
        <w:t>She blinked. “Damn. I thought I was about to have to argue.”</w:t>
      </w:r>
    </w:p>
    <w:p>
      <w:pPr/>
      <w:r>
        <w:t>“You would have enjoyed that.”</w:t>
      </w:r>
    </w:p>
    <w:p>
      <w:pPr/>
      <w:r>
        <w:t>“Also correct.”</w:t>
      </w:r>
    </w:p>
    <w:p>
      <w:pPr/>
      <w:r>
        <w:t>Zion sat on the mat and rubbed the side of his jaw. “So what exactly are we supposed to learn from getting embarrassed fifteen rounds straight?”</w:t>
      </w:r>
    </w:p>
    <w:p>
      <w:pPr/>
      <w:r>
        <w:t>“That embarrassment is survivable,” Troix said.</w:t>
      </w:r>
    </w:p>
    <w:p>
      <w:pPr/>
      <w:r>
        <w:t>Khalid stared. “That’s the lesson?”</w:t>
      </w:r>
    </w:p>
    <w:p>
      <w:pPr/>
      <w:r>
        <w:t>“No.” Troix crouched and picked up one of the practice knives. “The lesson is that the person in front of you does not owe you the fight you prepared for.”</w:t>
      </w:r>
    </w:p>
    <w:p>
      <w:pPr/>
      <w:r>
        <w:t>That quieted them.</w:t>
      </w:r>
    </w:p>
    <w:p>
      <w:pPr/>
      <w:r>
        <w:t>He tossed the knife to Khalid. Khalid caught it by the handle.</w:t>
      </w:r>
    </w:p>
    <w:p>
      <w:pPr/>
      <w:r>
        <w:t>“You expected technique. She gave you distraction. You expected aggression. She gave you conversation. You expected her to respect the rhythm of a sparring match.” Troix turned to Mecca. “She did not.”</w:t>
      </w:r>
    </w:p>
    <w:p>
      <w:pPr/>
      <w:r>
        <w:t>Mecca lifted a shoulder. “Why would I?”</w:t>
      </w:r>
    </w:p>
    <w:p>
      <w:pPr/>
      <w:r>
        <w:t>Troix nodded. “Exactly.”</w:t>
      </w:r>
    </w:p>
    <w:p>
      <w:pPr/>
      <w:r>
        <w:t>Zion leaned back on his hands. “So fight the person. Not the style.”</w:t>
      </w:r>
    </w:p>
    <w:p>
      <w:pPr/>
      <w:r>
        <w:t>“Yes.”</w:t>
      </w:r>
    </w:p>
    <w:p>
      <w:pPr/>
      <w:r>
        <w:t>Khalid looked at the knife, then at Mecca. “I still feel like there should be a rule against flirting during combat.”</w:t>
      </w:r>
    </w:p>
    <w:p>
      <w:pPr/>
      <w:r>
        <w:t>“There is,” Mecca said.</w:t>
      </w:r>
    </w:p>
    <w:p>
      <w:pPr/>
      <w:r>
        <w:t>His head snapped up. “See!”</w:t>
      </w:r>
    </w:p>
    <w:p>
      <w:pPr/>
      <w:r>
        <w:t>“It’s called don’t fall for it.”</w:t>
      </w:r>
    </w:p>
    <w:p>
      <w:pPr/>
      <w:r>
        <w:t>Zion burst out laughing.</w:t>
      </w:r>
    </w:p>
    <w:p>
      <w:pPr/>
      <w:r>
        <w:t>Khalid threw the practice knife onto the mat. “I hate this whole organization.”</w:t>
      </w:r>
    </w:p>
    <w:p>
      <w:pPr/>
      <w:r>
        <w:t>“No, you don’t,” Mecca said.</w:t>
      </w:r>
    </w:p>
    <w:p>
      <w:pPr/>
      <w:r>
        <w:t>“No, I really don’t.”</w:t>
      </w:r>
    </w:p>
    <w:p>
      <w:pPr/>
      <w:r>
        <w:t>That answer came too quickly to be a joke.</w:t>
      </w:r>
    </w:p>
    <w:p>
      <w:pPr/>
      <w:r>
        <w:t>For a second the four of them simply looked at one another.</w:t>
      </w:r>
    </w:p>
    <w:p>
      <w:pPr/>
      <w:r>
        <w:t>Troix broke the silence first. “Again.”</w:t>
      </w:r>
    </w:p>
    <w:p>
      <w:pPr/>
      <w:r>
        <w:t>Khalid groaned. “Man, come on.”</w:t>
      </w:r>
    </w:p>
    <w:p>
      <w:pPr/>
      <w:r>
        <w:t>“Again.”</w:t>
      </w:r>
    </w:p>
    <w:p>
      <w:pPr/>
      <w:r>
        <w:t>Mecca pushed away from the wall. “You heard your big brother.”</w:t>
      </w:r>
    </w:p>
    <w:p>
      <w:pPr/>
      <w:r>
        <w:t>Troix turned. “I am not his brother.”</w:t>
      </w:r>
    </w:p>
    <w:p>
      <w:pPr/>
      <w:r>
        <w:t>Zion grinned. “Give it time.”</w:t>
      </w:r>
    </w:p>
    <w:p>
      <w:pPr/>
      <w:r>
        <w:t>Troix’s expression suggested the possibility troubled him more than gunfire.</w:t>
      </w:r>
    </w:p>
    <w:p>
      <w:pPr/>
      <w:r>
        <w:t>Mecca saw it and laughed. “Okay, now I like this team.”</w:t>
      </w:r>
    </w:p>
    <w:p>
      <w:pPr/>
      <w:r>
        <w:t>The next round started differently.</w:t>
      </w:r>
    </w:p>
    <w:p>
      <w:pPr/>
      <w:r>
        <w:t>Khalid did not charge.</w:t>
      </w:r>
    </w:p>
    <w:p>
      <w:pPr/>
      <w:r>
        <w:t>Mecca circled, waiting for the old impatience. He gave her nothing. She smiled, changed direction, and started talking.</w:t>
      </w:r>
    </w:p>
    <w:p>
      <w:pPr/>
      <w:r>
        <w:t>“You know your left shoulder drops when you’re annoyed?”</w:t>
      </w:r>
    </w:p>
    <w:p>
      <w:pPr/>
      <w:r>
        <w:t>“It do not.”</w:t>
      </w:r>
    </w:p>
    <w:p>
      <w:pPr/>
      <w:r>
        <w:t>“It just did.”</w:t>
      </w:r>
    </w:p>
    <w:p>
      <w:pPr/>
      <w:r>
        <w:t>His shoulder twitched.</w:t>
      </w:r>
    </w:p>
    <w:p>
      <w:pPr/>
      <w:r>
        <w:t>She stepped in.</w:t>
      </w:r>
    </w:p>
    <w:p>
      <w:pPr/>
      <w:r>
        <w:t>Khalid caught her wrist.</w:t>
      </w:r>
    </w:p>
    <w:p>
      <w:pPr/>
      <w:r>
        <w:t>For the first time all afternoon, Mecca’s eyes widened.</w:t>
      </w:r>
    </w:p>
    <w:p>
      <w:pPr/>
      <w:r>
        <w:t>Khalid grinned. “Gotcha.”</w:t>
      </w:r>
    </w:p>
    <w:p>
      <w:pPr/>
      <w:r>
        <w:t>She swept his ankle.</w:t>
      </w:r>
    </w:p>
    <w:p>
      <w:pPr/>
      <w:r>
        <w:t>He hit the mat.</w:t>
      </w:r>
    </w:p>
    <w:p>
      <w:pPr/>
      <w:r>
        <w:t>“Almost,” she said.</w:t>
      </w:r>
    </w:p>
    <w:p>
      <w:pPr/>
      <w:r>
        <w:t>From the wall, Troix nodded once.</w:t>
      </w:r>
    </w:p>
    <w:p>
      <w:pPr/>
      <w:r>
        <w:t>Khalid lay flat on his back, staring at the ceiling. “That nod better mean I passed something.”</w:t>
      </w:r>
    </w:p>
    <w:p>
      <w:pPr/>
      <w:r>
        <w:t>“It means you improved.”</w:t>
      </w:r>
    </w:p>
    <w:p>
      <w:pPr/>
      <w:r>
        <w:t>“I’ll take it.”</w:t>
      </w:r>
    </w:p>
    <w:p>
      <w:pPr/>
      <w:r>
        <w:t>Zion offered him a hand. “Come on, K.”</w:t>
      </w:r>
    </w:p>
    <w:p>
      <w:pPr/>
      <w:r>
        <w:t>Khalid took it.</w:t>
      </w:r>
    </w:p>
    <w:p>
      <w:pPr/>
      <w:r>
        <w:t>The lesson stayed with him long after the bruises faded: improvement did not always look like winning. Sometimes it looked like recognizing the trap before it closed.</w:t>
      </w:r>
    </w:p>
    <w:p w:rsidR="00095185" w:rsidRDefault="00E41A6A">
      <w:r>
        <w:t>Ethic’s navigation system flashed 149 Fellowes Avenue as he descended into Lyte Grande that afternoon. Construction drones worked over damaged rooftops, and barricades forced traffic around closed streets. People waited at crossings with their eyes on the sky.</w:t>
      </w:r>
    </w:p>
    <w:p w:rsidR="00095185" w:rsidRDefault="00E41A6A">
      <w:r>
        <w:t>Anari’s neighborhood had escaped the worst damage. Plants and wind chimes hung from narrow balconies above the street.</w:t>
      </w:r>
    </w:p>
    <w:p w:rsidR="00095185" w:rsidRDefault="00E41A6A">
      <w:r>
        <w:t>Ethic parked near the apartment entrance.</w:t>
      </w:r>
    </w:p>
    <w:p w:rsidR="00095185" w:rsidRDefault="00E41A6A">
      <w:r>
        <w:t>Ethic stepped through the apartment building’s front entrance as the glass doors slid quietly shut behind him. Children’s drawings were pinned to a community bulletin board beside notices about neighborhood meetings, lost pets, and upcoming maintenance schedules. Somewhere deeper in the building, a television played softly through an open apartment door, accompanied by the distant laughter of a sitcom audience. The ordinary scene was almost refreshing. After days spent surrounded by classified facilities, battlefields, and intelligence reports, the quiet simplicity of the building felt strangely foreign.</w:t>
      </w:r>
    </w:p>
    <w:p w:rsidR="00095185" w:rsidRDefault="00E41A6A">
      <w:r>
        <w:t>The directory listed Anari Preston in Unit 408. Ethic checked the parking records before heading to the enclosed garage.</w:t>
      </w:r>
    </w:p>
    <w:p w:rsidR="00095185" w:rsidRDefault="00E41A6A">
      <w:r>
        <w:t>Family transports and work vehicles stood beside the charging stations. He found the Ford Focus matching her registration.</w:t>
      </w:r>
    </w:p>
    <w:p w:rsidR="00095185" w:rsidRDefault="00E41A6A">
      <w:r>
        <w:t>Fresh gouges ran along its passenger side.</w:t>
      </w:r>
    </w:p>
    <w:p w:rsidR="00095185" w:rsidRDefault="00E41A6A">
      <w:r>
        <w:t>His expression grew more serious. “She really was there.” Embedded halfway through the roof remained a jagged slab of concrete reinforced with twisted steel rebar, exactly as the surveillance reports had described. Hairline fractures spiderwebbed across the surrounding body panels where the debris had punched through the vehicle. Powdered concrete still clung stubbornly to the torn edges of the opening, collecting in seams and weather strips the owner had never gotten around to cleaning. If the debris had entered only a few inches farther to the left…</w:t>
      </w:r>
    </w:p>
    <w:p w:rsidR="00095185" w:rsidRDefault="00E41A6A">
      <w:r>
        <w:t>He left the car and took the stairs to the fourth floor.</w:t>
      </w:r>
    </w:p>
    <w:p w:rsidR="00095185" w:rsidRDefault="00E41A6A">
      <w:pPr>
        <w:pStyle w:val="ActuatorSceneStart"/>
        <w:ind/>
      </w:pPr>
      <w:r>
        <w:t>Outside Apartment 408, he knocked and waited, then pressed the doorbell.</w:t>
      </w:r>
    </w:p>
    <w:p w:rsidR="00095185" w:rsidRDefault="00E41A6A">
      <w:r>
        <w:t>Anari lifted her head from the couch when the doorbell rang. She checked the clock. “Pizza guy’s early.” The television kept talking behind her as she crossed the apartment in an oversized T-shirt and leaned toward the digital viewer without unlocking the door.</w:t>
      </w:r>
    </w:p>
    <w:p w:rsidR="00095185" w:rsidRDefault="00E41A6A">
      <w:r>
        <w:t>A man stood in the viewer’s frame, calm and watching the door. Anari’s heartbeat stumbled. Her stomach tightened instantly. Who is that?</w:t>
      </w:r>
    </w:p>
    <w:p w:rsidR="00095185" w:rsidRDefault="00E41A6A">
      <w:r>
        <w:t>The briefcase. A knot formed in her stomach. “No…” she whispered to herself. “They wouldn’t be so obvious.” She hesitated. Then another thought crept in.</w:t>
      </w:r>
    </w:p>
    <w:p w:rsidR="00095185" w:rsidRDefault="00E41A6A">
      <w:r>
        <w:t>“Would they?”</w:t>
      </w:r>
    </w:p>
    <w:p w:rsidR="00095185" w:rsidRDefault="00E41A6A">
      <w:r>
        <w:t>The stranger waited as though confident she would answer one way or another. Her Disc Icon chimed again. After a long moment, she cautiously crossed the room and picked up the device. The very same man standing outside her apartment materialized above her wrist in miniature, blue light reflecting in her platinum eyes. He offered a polite nod. “Anari Preston.”</w:t>
      </w:r>
    </w:p>
    <w:p w:rsidR="00095185" w:rsidRDefault="00E41A6A">
      <w:r>
        <w:t>“Good afternoon,” he said. Anari held the device away from her. “What do you want?”</w:t>
      </w:r>
    </w:p>
    <w:p w:rsidR="00095185" w:rsidRDefault="00E41A6A">
      <w:r>
        <w:t>He had expected the question. “I know you’re in danger, and I know you’re out of work.” His eyes stayed on the camera. “I came to offer you both safety and employment.” Anari almost laughed, but there was nothing funny in his face. “You practice that line?” “No.” “Good. It needs work.”</w:t>
      </w:r>
    </w:p>
    <w:p w:rsidR="00095185" w:rsidRDefault="00E41A6A">
      <w:r>
        <w:t>It was disbelief. “I have money.” Her eyes drifted briefly toward the duffel bag resting on the couch before returning to the projection. “Five hundred thousand credits says I don’t need a job.” Her expression hardened again. “And how do I know you aren’t one of the people who killed Grandpa Gauge?” The question lingered between them. The title caught Ethic’s attention. Grandpa Gauge. Not biological. Personal. He exhaled. Not irritated. Just patient. “I am not your enemy.”</w:t>
      </w:r>
    </w:p>
    <w:p w:rsidR="00095185" w:rsidRDefault="00E41A6A">
      <w:r>
        <w:t>His tone stayed calm. “If I were…” He glanced at her apartment door. “I wouldn’t be standing outside asking permission to come in.” The simple logic gave her pause. She hated that it made sense. He continued, “Our most recent intelligence suggests that Gauge Tessler, former technical operator for an underground digital crime ring…” He deliberately watched her reaction. “…may still be alive.” Anari’s eyes widened. Hope flashed across her face before she could hide it. Her lips parted slightly. “What?”</w:t>
      </w:r>
    </w:p>
    <w:p w:rsidR="00095185" w:rsidRDefault="00E41A6A">
      <w:r>
        <w:t>Ethic nodded once. “The intelligence remains unconfirmed.” He refused to offer certainty where none existed. “As of now…” He emphasized the phrase. “We don’t know.” Hope flickered across Anari’s face before caution quickly smothered it again. She wanted desperately to believe him. She was equally afraid to. Ethic continued, “The organization responsible for bombing Tech Outfitters is known as D.A.R.C.” The name alone darkened the conversation. “They were most likely covering their tracks.” His gaze sharpened. “Gauge knew something.”</w:t>
      </w:r>
    </w:p>
    <w:p w:rsidR="00095185" w:rsidRDefault="00E41A6A">
      <w:r>
        <w:t>“Or had something. Either way, they couldn’t afford to leave loose ends.” Anari lowered herself onto the arm of the couch. Everything she’d been trying to piece together suddenly began fitting into place. The awkward smile. Gauge insisting she take the job. His nervous behavior. The explosion. The money. She whispered almost to herself. “So they weren’t after me.” Ethic shook his head. “No.”</w:t>
      </w:r>
    </w:p>
    <w:p w:rsidR="00095185" w:rsidRDefault="00E41A6A">
      <w:r>
        <w:t>“You were collateral,” Ethic said. Anari looked away from the projection. He let her absorb it without filling the silence.</w:t>
      </w:r>
    </w:p>
    <w:p w:rsidR="00095185" w:rsidRDefault="00E41A6A">
      <w:r>
        <w:t>Ethic let the silence breathe before shifting the conversation. “I also know you’re an exceptional electronics specialist.” He brought her work history onto the display. “Certifications are nice. Your repair logs are better. You solve problems when the approved solution stops working.” Anari folded her arms. “You did your homework.” “I don’t recruit strangers because they interview well.”</w:t>
      </w:r>
    </w:p>
    <w:p w:rsidR="00095185" w:rsidRDefault="00E41A6A">
      <w:r>
        <w:t>He looked directly into the camera again. “And…” A faint smile touched the corner of his mouth. “I happen to need one on my team.” He let that thought settle before speaking again. “Help us…” His voice remained steady. “Help you.” Not an order. Not a recruitment speech. A simple exchange. The room grew quiet. Anari studied him carefully. Not just his words. His face. His posture.</w:t>
      </w:r>
    </w:p>
    <w:p w:rsidR="00095185" w:rsidRDefault="00E41A6A">
      <w:r>
        <w:t>“Gauge?” she asked. “I can have the reports sent to you. I can’t promise they’ll tell us he survived.” He kept the recruitment file closed while she considered the offer.</w:t>
      </w:r>
    </w:p>
    <w:p w:rsidR="00095185" w:rsidRDefault="00E41A6A">
      <w:r>
        <w:t>Curiosity and confusion remained written across her face, along with a hundred unanswered questions, yet for the first time since Tech Outfitters exploded, she found herself wanting to hear what he had to say next. “Give me ten minutes.” The words left Anari’s mouth before she had fully committed to them. She surprised herself almost as much as him. She wasn’t saying yes. She wasn’t saying no. She simply needed time. Time to breathe.</w:t>
      </w:r>
    </w:p>
    <w:p>
      <w:pPr/>
      <w:r>
        <w:t>Ten minutes became twelve.</w:t>
      </w:r>
    </w:p>
    <w:p>
      <w:pPr/>
      <w:r>
        <w:t>Ethic waited outside the apartment without knocking again.</w:t>
      </w:r>
    </w:p>
    <w:p>
      <w:pPr/>
      <w:r>
        <w:t>When Anari finally opened the door, she carried one bag over her shoulder, the duffel of credits in one hand, and enough suspicion in her face to fill the hallway.</w:t>
      </w:r>
    </w:p>
    <w:p>
      <w:pPr/>
      <w:r>
        <w:t>“You’re still here.”</w:t>
      </w:r>
    </w:p>
    <w:p>
      <w:pPr/>
      <w:r>
        <w:t>“I said I would be.”</w:t>
      </w:r>
    </w:p>
    <w:p>
      <w:pPr/>
      <w:r>
        <w:t>“People say a lot of things.”</w:t>
      </w:r>
    </w:p>
    <w:p>
      <w:pPr/>
      <w:r>
        <w:t>Ethic nodded. “They do.”</w:t>
      </w:r>
    </w:p>
    <w:p>
      <w:pPr/>
      <w:r>
        <w:t>She locked the door, checked it twice, then caught him noticing. “What?”</w:t>
      </w:r>
    </w:p>
    <w:p>
      <w:pPr/>
      <w:r>
        <w:t>“Nothing.”</w:t>
      </w:r>
    </w:p>
    <w:p>
      <w:pPr/>
      <w:r>
        <w:t>“That was definitely a look.”</w:t>
      </w:r>
    </w:p>
    <w:p>
      <w:pPr/>
      <w:r>
        <w:t>“It was a security observation.”</w:t>
      </w:r>
    </w:p>
    <w:p>
      <w:pPr/>
      <w:r>
        <w:t>“That is military for look.”</w:t>
      </w:r>
    </w:p>
    <w:p>
      <w:pPr/>
      <w:r>
        <w:t>He almost smiled. “Probably.”</w:t>
      </w:r>
    </w:p>
    <w:p>
      <w:pPr/>
      <w:r>
        <w:t>The ride down was quiet until the elevator doors opened into the parking level. Anari stopped when she saw his vehicle.</w:t>
      </w:r>
    </w:p>
    <w:p>
      <w:pPr/>
      <w:r>
        <w:t>“Government?”</w:t>
      </w:r>
    </w:p>
    <w:p>
      <w:pPr/>
      <w:r>
        <w:t>“Mine.”</w:t>
      </w:r>
    </w:p>
    <w:p>
      <w:pPr/>
      <w:r>
        <w:t>“That answer somehow makes it worse.”</w:t>
      </w:r>
    </w:p>
    <w:p>
      <w:pPr/>
      <w:r>
        <w:t>They climbed in.</w:t>
      </w:r>
    </w:p>
    <w:p>
      <w:pPr/>
      <w:r>
        <w:t>The moment the Escalade lifted into traffic, Anari opened the report he had transmitted. Gauge’s name sat at the top beneath a red UNCONFIRMED banner. She scrolled past blast-site images, witness statements, traffic records, emergency response logs.</w:t>
      </w:r>
    </w:p>
    <w:p>
      <w:pPr/>
      <w:r>
        <w:t>Ethic kept his eyes on the road.</w:t>
      </w:r>
    </w:p>
    <w:p>
      <w:pPr/>
      <w:r>
        <w:t>“Why would somebody think he survived?” she asked.</w:t>
      </w:r>
    </w:p>
    <w:p>
      <w:pPr/>
      <w:r>
        <w:t>“Because there is no body.”</w:t>
      </w:r>
    </w:p>
    <w:p>
      <w:pPr/>
      <w:r>
        <w:t>“That’s not evidence.”</w:t>
      </w:r>
    </w:p>
    <w:p>
      <w:pPr/>
      <w:r>
        <w:t>“No.”</w:t>
      </w:r>
    </w:p>
    <w:p>
      <w:pPr/>
      <w:r>
        <w:t>“No hospital intake?”</w:t>
      </w:r>
    </w:p>
    <w:p>
      <w:pPr/>
      <w:r>
        <w:t>“None we found.”</w:t>
      </w:r>
    </w:p>
    <w:p>
      <w:pPr/>
      <w:r>
        <w:t>“No facial recognition?”</w:t>
      </w:r>
    </w:p>
    <w:p>
      <w:pPr/>
      <w:r>
        <w:t>“No.”</w:t>
      </w:r>
    </w:p>
    <w:p>
      <w:pPr/>
      <w:r>
        <w:t>“No Disc Icon?”</w:t>
      </w:r>
    </w:p>
    <w:p>
      <w:pPr/>
      <w:r>
        <w:t>“Destroyed or offline.”</w:t>
      </w:r>
    </w:p>
    <w:p>
      <w:pPr/>
      <w:r>
        <w:t>“Bank access?”</w:t>
      </w:r>
    </w:p>
    <w:p>
      <w:pPr/>
      <w:r>
        <w:t>“Nothing.”</w:t>
      </w:r>
    </w:p>
    <w:p>
      <w:pPr/>
      <w:r>
        <w:t>She closed the file hard enough that the hologram snapped out. “So your intelligence is basically a question mark.”</w:t>
      </w:r>
    </w:p>
    <w:p>
      <w:pPr/>
      <w:r>
        <w:t>“Yes.”</w:t>
      </w:r>
    </w:p>
    <w:p>
      <w:pPr/>
      <w:r>
        <w:t>“Then why tell me?”</w:t>
      </w:r>
    </w:p>
    <w:p>
      <w:pPr/>
      <w:r>
        <w:t>“Because pretending certainty would be dishonest.”</w:t>
      </w:r>
    </w:p>
    <w:p>
      <w:pPr/>
      <w:r>
        <w:t>She looked out the window.</w:t>
      </w:r>
    </w:p>
    <w:p>
      <w:pPr/>
      <w:r>
        <w:t>Lyte Grande moved beneath them, repaired districts standing beside scars the city had simply learned to build around. Reconstruction cranes hovered over one block. The next looked untouched. People waited at a transit platform below as if the world had never ended.</w:t>
      </w:r>
    </w:p>
    <w:p>
      <w:pPr/>
      <w:r>
        <w:t>“You want me to join because I’m good with electronics,” Anari said.</w:t>
      </w:r>
    </w:p>
    <w:p>
      <w:pPr/>
      <w:r>
        <w:t>“Yes.”</w:t>
      </w:r>
    </w:p>
    <w:p>
      <w:pPr/>
      <w:r>
        <w:t>“And because I can work on their tech.”</w:t>
      </w:r>
    </w:p>
    <w:p>
      <w:pPr/>
      <w:r>
        <w:t>“Yes.”</w:t>
      </w:r>
    </w:p>
    <w:p>
      <w:pPr/>
      <w:r>
        <w:t>“And maybe because Gauge knew them.”</w:t>
      </w:r>
    </w:p>
    <w:p>
      <w:pPr/>
      <w:r>
        <w:t>Ethic glanced at her. “That is not why.”</w:t>
      </w:r>
    </w:p>
    <w:p>
      <w:pPr/>
      <w:r>
        <w:t>“Wouldn’t hurt.”</w:t>
      </w:r>
    </w:p>
    <w:p>
      <w:pPr/>
      <w:r>
        <w:t>“No.”</w:t>
      </w:r>
    </w:p>
    <w:p>
      <w:pPr/>
      <w:r>
        <w:t>The blunt answer made her look at him.</w:t>
      </w:r>
    </w:p>
    <w:p>
      <w:pPr/>
      <w:r>
        <w:t>Ethic kept driving. “If Gauge is alive, I want him found. If he is dead, I want you to know what happened. Neither of those things is payment for joining me.”</w:t>
      </w:r>
    </w:p>
    <w:p>
      <w:pPr/>
      <w:r>
        <w:t>Anari studied him for several seconds.</w:t>
      </w:r>
    </w:p>
    <w:p>
      <w:pPr/>
      <w:r>
        <w:t>“You practice that speech?”</w:t>
      </w:r>
    </w:p>
    <w:p>
      <w:pPr/>
      <w:r>
        <w:t>“No.”</w:t>
      </w:r>
    </w:p>
    <w:p>
      <w:pPr/>
      <w:r>
        <w:t>“You should. Delivery’s decent.”</w:t>
      </w:r>
    </w:p>
    <w:p>
      <w:pPr/>
      <w:r>
        <w:t>“Thank you.”</w:t>
      </w:r>
    </w:p>
    <w:p>
      <w:pPr/>
      <w:r>
        <w:t>“That wasn’t entirely a compliment.”</w:t>
      </w:r>
    </w:p>
    <w:p>
      <w:pPr/>
      <w:r>
        <w:t>“I’ll take what I can get.”</w:t>
      </w:r>
    </w:p>
    <w:p>
      <w:pPr/>
      <w:r>
        <w:t>A reluctant laugh escaped her.</w:t>
      </w:r>
    </w:p>
    <w:p>
      <w:pPr/>
      <w:r>
        <w:t>It disappeared quickly.</w:t>
      </w:r>
    </w:p>
    <w:p>
      <w:pPr/>
      <w:r>
        <w:t>“Grandpa Gauge wasn’t my grandfather,” she said.</w:t>
      </w:r>
    </w:p>
    <w:p>
      <w:pPr/>
      <w:r>
        <w:t>“I know.”</w:t>
      </w:r>
    </w:p>
    <w:p>
      <w:pPr/>
      <w:r>
        <w:t>“He hated the nickname.”</w:t>
      </w:r>
    </w:p>
    <w:p>
      <w:pPr/>
      <w:r>
        <w:t>“I gathered that.”</w:t>
      </w:r>
    </w:p>
    <w:p>
      <w:pPr/>
      <w:r>
        <w:t>“He’d complain every time.” Her eyes remained on the skyline. “Then he’d answer every call anyway.”</w:t>
      </w:r>
    </w:p>
    <w:p>
      <w:pPr/>
      <w:r>
        <w:t>Ethic said nothing.</w:t>
      </w:r>
    </w:p>
    <w:p>
      <w:pPr/>
      <w:r>
        <w:t>Anari appreciated that more than anything he could have offered.</w:t>
      </w:r>
    </w:p>
    <w:p>
      <w:pPr/>
      <w:r>
        <w:t>After a while she reopened the personnel file. Not Gauge’s. Her own.</w:t>
      </w:r>
    </w:p>
    <w:p>
      <w:pPr/>
      <w:r>
        <w:t>“Electronics specialist,” she read.</w:t>
      </w:r>
    </w:p>
    <w:p>
      <w:pPr/>
      <w:r>
        <w:t>“That is the position.”</w:t>
      </w:r>
    </w:p>
    <w:p>
      <w:pPr/>
      <w:r>
        <w:t>“That’s insulting.”</w:t>
      </w:r>
    </w:p>
    <w:p>
      <w:pPr/>
      <w:r>
        <w:t>Ethic looked over.</w:t>
      </w:r>
    </w:p>
    <w:p>
      <w:pPr/>
      <w:r>
        <w:t>“I’m not just electronics.”</w:t>
      </w:r>
    </w:p>
    <w:p>
      <w:pPr/>
      <w:r>
        <w:t>“What should it say?”</w:t>
      </w:r>
    </w:p>
    <w:p>
      <w:pPr/>
      <w:r>
        <w:t>She thought about it.</w:t>
      </w:r>
    </w:p>
    <w:p>
      <w:pPr/>
      <w:r>
        <w:t>“Systems engineer.”</w:t>
      </w:r>
    </w:p>
    <w:p>
      <w:pPr/>
      <w:r>
        <w:t>“Fine.”</w:t>
      </w:r>
    </w:p>
    <w:p>
      <w:pPr/>
      <w:r>
        <w:t>“Advanced systems engineer.”</w:t>
      </w:r>
    </w:p>
    <w:p>
      <w:pPr/>
      <w:r>
        <w:t>She folded her arms. “You said you needed me.”</w:t>
      </w:r>
    </w:p>
    <w:p>
      <w:pPr/>
      <w:r>
        <w:t>“I did.”</w:t>
      </w:r>
    </w:p>
    <w:p>
      <w:pPr/>
      <w:r>
        <w:t>“Then recruit properly.”</w:t>
      </w:r>
    </w:p>
    <w:p>
      <w:pPr/>
      <w:r>
        <w:t>He changed the field.</w:t>
      </w:r>
    </w:p>
    <w:p>
      <w:pPr/>
      <w:r>
        <w:t>ADVANCED SYSTEMS ENGINEER.</w:t>
      </w:r>
    </w:p>
    <w:p>
      <w:pPr/>
      <w:r>
        <w:t>Anari nodded. “Better.”</w:t>
      </w:r>
    </w:p>
    <w:p>
      <w:pPr/>
      <w:r>
        <w:t>Ethic returned his attention to traffic. “Anything else?”</w:t>
      </w:r>
    </w:p>
    <w:p>
      <w:pPr/>
      <w:r>
        <w:t>“Yeah.”</w:t>
      </w:r>
    </w:p>
    <w:p>
      <w:pPr/>
      <w:r>
        <w:t>He waited.</w:t>
      </w:r>
    </w:p>
    <w:p>
      <w:pPr/>
      <w:r>
        <w:t>“If I say your plan is stupid, you gonna get mad?”</w:t>
      </w:r>
    </w:p>
    <w:p>
      <w:pPr/>
      <w:r>
        <w:t>“No.”</w:t>
      </w:r>
    </w:p>
    <w:p>
      <w:pPr/>
      <w:r>
        <w:t>“If I say it in front of everybody?”</w:t>
      </w:r>
    </w:p>
    <w:p>
      <w:pPr/>
      <w:r>
        <w:t>“Depends how stupid the plan is.”</w:t>
      </w:r>
    </w:p>
    <w:p>
      <w:pPr/>
      <w:r>
        <w:t>That pulled another laugh from her.</w:t>
      </w:r>
    </w:p>
    <w:p>
      <w:pPr/>
      <w:r>
        <w:t>For the first time since Tech Outfitters exploded, she felt the smallest piece of herself return.</w:t>
      </w:r>
    </w:p>
    <w:p w:rsidR="00095185" w:rsidRDefault="00E41A6A">
      <w:pPr>
        <w:pStyle w:val="ActuatorSceneStart"/>
        <w:ind/>
      </w:pPr>
      <w:r>
        <w:t>Silver City shimmered beneath the late afternoon sun. Towering glass skyscrapers reflected ribbons of gold across immaculate streets while elevated gardens cascaded from terraces high above the sidewalks. Luxury Sky Cars drifted silently between polished buildings, and well-dressed pedestrians strolled beneath decorative trees whose leaves glittered with tiny irrigation droplets. Every corner appeared meticulously maintained.</w:t>
      </w:r>
    </w:p>
    <w:p w:rsidR="00095185" w:rsidRDefault="00E41A6A">
      <w:r>
        <w:t>Sheol and Fate occupied a secluded table at the rear of the restaurant. He had been a corpse that morning. Now his color had returned, but he kept checking unfamiliar faces as though one might explain the gaps in his memory. Gideon arrived with Youmi and Vulcan.</w:t>
      </w:r>
    </w:p>
    <w:p w:rsidR="00095185" w:rsidRDefault="00E41A6A">
      <w:r>
        <w:t>This afternoon, none of them resembled soldiers. Dyce took his seat. His focus settled on Sheol.</w:t>
      </w:r>
    </w:p>
    <w:p w:rsidR="00095185" w:rsidRDefault="00E41A6A">
      <w:r>
        <w:t>“Successful, as usual,” Gideon said. Sheol glanced at Fate, then at the device Gideon raised from beneath his cuff. Crimson light moved inside its casing.</w:t>
      </w:r>
    </w:p>
    <w:p w:rsidR="00095185" w:rsidRDefault="00E41A6A">
      <w:r>
        <w:t>To the waiter approaching their table, they were simply another wealthy party. “Good evening.” He placed leather-bound menus before each of them. “Are there any particular drinks I can interest you in to start off this fine meal?” Sheol didn’t even glance at the menu. Instead, she turned to Fate. An almost maternal smile crossed her lips. “Your choice.” Fate looked down at the wine list. He studied names and dates that somehow felt familiar, fragments of forgotten memories surfacing just beyond his reach. Something about the numbers stirred him.</w:t>
      </w:r>
    </w:p>
    <w:p>
      <w:pPr/>
      <w:r>
        <w:t>Fate waited for the invisible pull he had felt since waking, the strange certainty that sometimes arrived before conscious choice. Nothing came. Sheol had actually left the decision to him. He picked a bottle because he wanted it, and the simple fact unsettled him. For the first time since opening his eyes on the morgue tray, he could identify a choice that belonged entirely to himself.</w:t>
      </w:r>
    </w:p>
    <w:p w:rsidR="00095185" w:rsidRDefault="00E41A6A">
      <w:r>
        <w:t>Conversations he couldn’t quite remember. Finally, he closed the menu. “We’ll have…” He looked up at the waiter. “…the 1857 vintage.” The waiter blinked. Very few patrons requested bottles from the private reserve. His professional smile faltered for only an instant before returning. “An excellent selection, sir.” He gave a respectful nod. “I’ll retrieve it personally.” As the waiter departed, Gideon watched Fate with quiet interest.</w:t>
      </w:r>
    </w:p>
    <w:p w:rsidR="00095185" w:rsidRDefault="00E41A6A">
      <w:r>
        <w:t>A subtle smile returned to Gideon’s face. “Perhaps…” He folded his hands together atop the table. “You’re remembering more than you realize.” Fate watched the waiter disappear through a discreet doorway near the rear of the restaurant. Something about the exchange had felt natural, as though he’d done it countless times before. Then he turned to Gideon. The faintest hint of confidence began replacing the confusion that had followed his resurrection. A small smile touched his lips.</w:t>
      </w:r>
    </w:p>
    <w:p w:rsidR="00095185" w:rsidRDefault="00E41A6A">
      <w:r>
        <w:t>Fate leaned back. “Exquisite taste, don’t you think, Gideon?” The words came more easily than the memory behind them.</w:t>
      </w:r>
    </w:p>
    <w:p w:rsidR="00095185" w:rsidRDefault="00E41A6A">
      <w:r>
        <w:t>“That remains to be seen.” Gideon opened the menu. Sheol moved her fingers beside Fate’s glass, drawing his attention back. Fate set his hands in his lap. He had chosen the wine himself. He repeated its date silently, something to remember that belonged to this day.</w:t>
      </w:r>
    </w:p>
    <w:p>
      <w:pPr/>
      <w:r>
        <w:t>The wine arrived in a dark bottle carried with both hands. The waiter presented the label to Fate first. Fate stared at it longer than necessary.</w:t>
      </w:r>
    </w:p>
    <w:p>
      <w:pPr/>
      <w:r>
        <w:t>“Would you like me to open it, sir?”</w:t>
      </w:r>
    </w:p>
    <w:p>
      <w:pPr/>
      <w:r>
        <w:t>Fate almost answered automatically. Instead he glanced at Sheol. She did nothing. No gesture. No invisible command tugged at his muscles.</w:t>
      </w:r>
    </w:p>
    <w:p>
      <w:pPr/>
      <w:r>
        <w:t>“Yes,” he said at last. “Please.”</w:t>
      </w:r>
    </w:p>
    <w:p>
      <w:pPr/>
      <w:r>
        <w:t>The cork came free with a soft pop.</w:t>
      </w:r>
    </w:p>
    <w:p>
      <w:pPr/>
      <w:r>
        <w:t>Youmi watched him from across the table. “You keep checking whether she is making you move.”</w:t>
      </w:r>
    </w:p>
    <w:p>
      <w:pPr/>
      <w:r>
        <w:t>Fate faced her. “Am I that obvious?”</w:t>
      </w:r>
    </w:p>
    <w:p>
      <w:pPr/>
      <w:r>
        <w:t>“To me.”</w:t>
      </w:r>
    </w:p>
    <w:p>
      <w:pPr/>
      <w:r>
        <w:t>Vulcan lifted his glass. “You are obvious to everyone.”</w:t>
      </w:r>
    </w:p>
    <w:p>
      <w:pPr/>
      <w:r>
        <w:t>Youmi’s gaze slid sideways. “You are not qualified to judge subtlety.”</w:t>
      </w:r>
    </w:p>
    <w:p>
      <w:pPr/>
      <w:r>
        <w:t>“I am very subtle.”</w:t>
      </w:r>
    </w:p>
    <w:p>
      <w:pPr/>
      <w:r>
        <w:t>She looked at the broad-shouldered Russian for a long second.</w:t>
      </w:r>
    </w:p>
    <w:p>
      <w:pPr/>
      <w:r>
        <w:t>Vulcan drank.</w:t>
      </w:r>
    </w:p>
    <w:p>
      <w:pPr/>
      <w:r>
        <w:t>Fate laughed before he could stop himself.</w:t>
      </w:r>
    </w:p>
    <w:p>
      <w:pPr/>
      <w:r>
        <w:t>The sound surprised him most of all.</w:t>
      </w:r>
    </w:p>
    <w:p>
      <w:pPr/>
      <w:r>
        <w:t>Gideon noticed. “There he is.”</w:t>
      </w:r>
    </w:p>
    <w:p>
      <w:pPr/>
      <w:r>
        <w:t>Fate’s smile disappeared. “Who?”</w:t>
      </w:r>
    </w:p>
    <w:p>
      <w:pPr/>
      <w:r>
        <w:t>“The man who existed before the morgue.”</w:t>
      </w:r>
    </w:p>
    <w:p>
      <w:pPr/>
      <w:r>
        <w:t>Fate looked down at his hands. “You keep talking as though he’s waiting somewhere for me to remember him.”</w:t>
      </w:r>
    </w:p>
    <w:p>
      <w:pPr/>
      <w:r>
        <w:t>“Isn’t he?”</w:t>
      </w:r>
    </w:p>
    <w:p>
      <w:pPr/>
      <w:r>
        <w:t>“I don’t know.” Fate rotated the glass between his fingers. “What if memory is not identity? What if I remember everything and still become somebody else?”</w:t>
      </w:r>
    </w:p>
    <w:p>
      <w:pPr/>
      <w:r>
        <w:t>Sheol answered before Gideon could. “Then become somebody else.”</w:t>
      </w:r>
    </w:p>
    <w:p>
      <w:pPr/>
      <w:r>
        <w:t>The table went quiet.</w:t>
      </w:r>
    </w:p>
    <w:p>
      <w:pPr/>
      <w:r>
        <w:t>Sheol’s silver eyes remained on Fate. “You died. You do not owe your old life an imitation.”</w:t>
      </w:r>
    </w:p>
    <w:p>
      <w:pPr/>
      <w:r>
        <w:t>The words settled deeper than reassurance would have.</w:t>
      </w:r>
    </w:p>
    <w:p>
      <w:pPr/>
      <w:r>
        <w:t>Youmi nodded once. “A name is not a prison.”</w:t>
      </w:r>
    </w:p>
    <w:p>
      <w:pPr/>
      <w:r>
        <w:t>Vulcan shrugged. “Sometimes old self is overrated.”</w:t>
      </w:r>
    </w:p>
    <w:p>
      <w:pPr/>
      <w:r>
        <w:t>Youmi turned to him. “You were unbearable before Gideon too?”</w:t>
      </w:r>
    </w:p>
    <w:p>
      <w:pPr/>
      <w:r>
        <w:t>“Worse.”</w:t>
      </w:r>
    </w:p>
    <w:p>
      <w:pPr/>
      <w:r>
        <w:t>“That explains very little.”</w:t>
      </w:r>
    </w:p>
    <w:p>
      <w:pPr/>
      <w:r>
        <w:t>“It explains enough.”</w:t>
      </w:r>
    </w:p>
    <w:p>
      <w:pPr/>
      <w:r>
        <w:t>Gideon leaned back, studying the group. For all the speeches he had given about institutions and freedom, this was the thing he rarely admitted he wanted most: people who stayed because leaving remained possible.</w:t>
      </w:r>
    </w:p>
    <w:p>
      <w:pPr/>
      <w:r>
        <w:t>Fate took his first sip of the wine.</w:t>
      </w:r>
    </w:p>
    <w:p>
      <w:pPr/>
      <w:r>
        <w:t>The taste struck him before the memory did.</w:t>
      </w:r>
    </w:p>
    <w:p>
      <w:pPr/>
      <w:r>
        <w:t>Oak. Smoke. Dark fruit. A private dining room. Rain against tall windows. A man across from him arguing about weapons procurement. His own voice saying the vintage was overpriced.</w:t>
      </w:r>
    </w:p>
    <w:p>
      <w:pPr/>
      <w:r>
        <w:t>He lowered the glass.</w:t>
      </w:r>
    </w:p>
    <w:p>
      <w:pPr/>
      <w:r>
        <w:t>“You remember something,” Gideon said.</w:t>
      </w:r>
    </w:p>
    <w:p>
      <w:pPr/>
      <w:r>
        <w:t>“Pieces.”</w:t>
      </w:r>
    </w:p>
    <w:p>
      <w:pPr/>
      <w:r>
        <w:t>“Good.”</w:t>
      </w:r>
    </w:p>
    <w:p>
      <w:pPr/>
      <w:r>
        <w:t>“No.” Fate looked up. “Not good. Useful, maybe. Different thing.”</w:t>
      </w:r>
    </w:p>
    <w:p>
      <w:pPr/>
      <w:r>
        <w:t>Gideon accepted the correction. “Fair.”</w:t>
      </w:r>
    </w:p>
    <w:p>
      <w:pPr/>
      <w:r>
        <w:t>That mattered too.</w:t>
      </w:r>
    </w:p>
    <w:p>
      <w:pPr/>
      <w:r>
        <w:t>Fate took another sip. “I disliked this wine.”</w:t>
      </w:r>
    </w:p>
    <w:p>
      <w:pPr/>
      <w:r>
        <w:t>Youmi blinked. “You chose it.”</w:t>
      </w:r>
    </w:p>
    <w:p>
      <w:pPr/>
      <w:r>
        <w:t>“Apparently I used to have terrible taste.”</w:t>
      </w:r>
    </w:p>
    <w:p>
      <w:pPr/>
      <w:r>
        <w:t>Vulcan raised his own glass. “Now you are becoming yourself.”</w:t>
      </w:r>
    </w:p>
    <w:p>
      <w:pPr/>
      <w:r>
        <w:t>Even Sheol smiled at that.</w:t>
      </w:r>
    </w:p>
    <w:p>
      <w:pPr/>
      <w:r>
        <w:t>For several minutes they allowed the war to exist somewhere outside the restaurant. Youmi criticized the service route because she had already mapped two exits and disliked one of them. Vulcan complained that the portions were too small. Gideon told him that eating enough for three men did not make the restaurant responsible. Sheol quietly stole food from Gideon’s plate without asking. He noticed and moved the plate closer to her.</w:t>
      </w:r>
    </w:p>
    <w:p>
      <w:pPr/>
      <w:r>
        <w:t>Fate watched all of it.</w:t>
      </w:r>
    </w:p>
    <w:p>
      <w:pPr/>
      <w:r>
        <w:t>No commands.</w:t>
      </w:r>
    </w:p>
    <w:p>
      <w:pPr/>
      <w:r>
        <w:t>No mission.</w:t>
      </w:r>
    </w:p>
    <w:p>
      <w:pPr/>
      <w:r>
        <w:t>No one asking what he could build.</w:t>
      </w:r>
    </w:p>
    <w:p>
      <w:pPr/>
      <w:r>
        <w:t>For the first time since waking, he experienced something ordinary enough to frighten him.</w:t>
      </w:r>
    </w:p>
    <w:p>
      <w:pPr/>
      <w:r>
        <w:t>He could imagine wanting more of it.</w:t>
      </w:r>
    </w:p>
    <w:p>
      <w:pPr/>
      <w:r>
        <w:t>Fate kept his eyes on the date he had chosen. “If you had wanted me to order something else, could you have made me?”</w:t>
      </w:r>
    </w:p>
    <w:p>
      <w:pPr/>
      <w:r>
        <w:t>Sheol did not insult him with a lie. “I could make your hand move. I could stop you from moving at all.” Her expression softened. “I cannot make obedience become your choice.”</w:t>
      </w:r>
    </w:p>
    <w:p>
      <w:pPr/>
      <w:r>
        <w:t>“Would you?” Fate asked. Sheol held his gaze. “If keeping you alive required it.” He let the answer sit between them. “That still isn’t freedom.” “No,” she said. “It isn’t. Which is why I would rather you choose before I ever have to.” Fate looked at his own hands. “And if you die?” Sheol did not look away. “The sustaining swarm in you shuts down. If I deliberately deactivate it, the same thing happens.” His fingers slowly closed. “So my life is attached to yours.” “The system made it that way,” she said. “I did not.” “But you can use it.” “Yes.” Her honesty disturbed him more than reassurance would have.</w:t>
      </w:r>
    </w:p>
    <w:p>
      <w:r>
        <w:t>Fate’s small act of choosing pleased Sheol more than obedience would have. He had awakened from death with someone else holding a switch over his body, yet he was still asking what belonged to him. Youmi brought precision. Vulcan brought force. Siege brought discipline beneath all that mass. Fate brought a question none of them could answer for him. Whatever resurrection had made of him, he was still deciding what came next.</w:t>
      </w:r>
    </w:p>
    <w:p w:rsidR="00095185" w:rsidRDefault="00E41A6A">
      <w:pPr>
        <w:pStyle w:val="ActuatorSceneStart"/>
        <w:ind/>
      </w:pPr>
      <w:r>
        <w:t>Back inside T.R.A.P.S. Headquarters, organized chaos reigned through the engineering complex.</w:t>
      </w:r>
    </w:p>
    <w:p w:rsidR="00095185" w:rsidRDefault="00E41A6A">
      <w:r>
        <w:t>Diagnostic displays floated above workstations, their holographic readouts updating continuously as technicians moved from project to project. Parts littered nearly every available surface of Mecca’s workshop. Entire vehicle frames rested on magnetic lifts while fabrication drones floated overhead carrying tools and replacement components wherever she silently directed them.</w:t>
      </w:r>
    </w:p>
    <w:p w:rsidR="00095185" w:rsidRDefault="00E41A6A">
      <w:r>
        <w:t>To Mecca, it looked beautiful. She grinned. “I love this.”</w:t>
      </w:r>
    </w:p>
    <w:p w:rsidR="00095185" w:rsidRDefault="00E41A6A">
      <w:r>
        <w:t>Most people looked at junk and saw scrap. She saw solutions. Heat discoloration radiated across one edge where an energy weapon had nearly burned through. Very usable. “Hmm…” She tapped the thick plating. “I can use that old tank shell.” Her eyes drifted to another pile several meters away. “Or…” She stood. “Maybe I’ll incorporate some extra transportation methods.”</w:t>
      </w:r>
    </w:p>
    <w:p w:rsidR="00095185" w:rsidRDefault="00E41A6A">
      <w:r>
        <w:t>The first load calculation failed. Combining flight hardware with the armored shell put the center of mass too far forward. She moved the internal supports and tried again.</w:t>
      </w:r>
    </w:p>
    <w:p w:rsidR="00095185" w:rsidRDefault="00E41A6A">
      <w:r>
        <w:t>Each revision lasted only moments before another idea replaced it. Her holographic blueprint evolved continuously as quickly as she could think. “Okay…” She nodded decisively. “Then it’s settled.” There it was. The concept she’d been chasing. The design suddenly felt right. Not perfect. Nothing ever was. But close enough to begin.</w:t>
      </w:r>
    </w:p>
    <w:p w:rsidR="00095185" w:rsidRDefault="00E41A6A">
      <w:r>
        <w:t>Only then did she release the drawings to the fabrication bots. She checked the first welded joints herself before allowing them to continue. Every change to the real chassis went back into the weight model.</w:t>
      </w:r>
    </w:p>
    <w:p w:rsidR="00095185" w:rsidRDefault="00E41A6A">
      <w:r>
        <w:t>What had begun as scattered piles of discarded machinery slowly became a single, cohesive machine unlike anything sitting elsewhere in the garage. She folded her arms. “Well…” Her smile widened. “Now…” She admired every angle.</w:t>
      </w:r>
    </w:p>
    <w:p w:rsidR="00095185" w:rsidRDefault="00E41A6A">
      <w:r>
        <w:t>“That’s what I’m talking about.” The unfinished machine gleamed beneath the workshop lights, its aggressive silhouette already hinting at capabilities well beyond conventional military vehicles. Even incomplete, it looked dangerous. “Masterpiece.” She pressed two fingers to her lips. “Muah!” With exaggerated theatrical flair, she blew the kiss toward her creation. “If you end up blowing up…” She pointed playfully. “Don’t embarrass me.”</w:t>
      </w:r>
    </w:p>
    <w:p w:rsidR="00095185" w:rsidRDefault="00E41A6A">
      <w:pPr>
        <w:keepNext/>
      </w:pPr>
      <w:r>
        <w:t>Troix stepped off the elevator onto the lobby level. A large commercial delivery truck idled near the security gate, matching corporate logos running down both sides. Its engine emitted the steady electric hum common to modern freight vehicles while the rear cargo compartment remained securely sealed. Two delivery workers stood beside it. One smiled politely and extended a digital clipboard. “Morning, sir.”</w:t>
      </w:r>
    </w:p>
    <w:p w:rsidR="00095185" w:rsidRDefault="00E41A6A">
      <w:pPr>
        <w:keepNext/>
      </w:pPr>
      <w:r>
        <w:t>“Delivery for T.R.A.P.S.” Troix briefly reviewed the manifest before signing electronically. His eyes moved quickly across the shipment. Everything matched. “Follow me.”</w:t>
      </w:r>
    </w:p>
    <w:p w:rsidR="00095185" w:rsidRDefault="00E41A6A">
      <w:pPr>
        <w:keepNext/>
        <w:keepLines/>
      </w:pPr>
      <w:r>
        <w:t>Each container had been secured with magnetic restraints to prevent movement during transit, while identification tags glowed softly along their sides awaiting automated inventory. The moment unloading authorization was received, several autonomous cargo-bots rolled forward from the warehouse. Their articulated lifting arms effortlessly removed the containers one after another, transporting them silently into the secured storage facility while inventory systems scanned and cataloged every shipment automatically. Troix offered both delivery workers a respectful nod. “Thank you.” His tone was as professional as ever.</w:t>
      </w:r>
    </w:p>
    <w:p w:rsidR="00095185" w:rsidRDefault="00E41A6A">
      <w:pPr>
        <w:keepLines/>
      </w:pPr>
      <w:r>
        <w:t>“Everything accounted for,” the older worker said. Troix signed the receipt and thanked them. Once the truck cleared the security gate, he sealed the loading bay and notified the workshop. “The parts have arrived.”</w:t>
      </w:r>
    </w:p>
    <w:p w:rsidR="00095185" w:rsidRDefault="00E41A6A">
      <w:pPr>
        <w:pStyle w:val="ActuatorChapterTitle"/>
        <w:rPr>
          <w:rFonts w:hint="eastAsia"/>
        </w:rPr>
      </w:pPr>
      <w:r>
        <w:t>Chapter 12: Pieces in Motion</w:t>
      </w:r>
    </w:p>
    <w:p w:rsidR="00095185" w:rsidRDefault="00E41A6A">
      <w:pPr>
        <w:pStyle w:val="ActuatorSceneStart"/>
        <w:ind/>
      </w:pPr>
      <w:r>
        <w:t>Eight senior officials gathered around a reinforced glass table deep inside a secure government complex. No windows. No public record. General Adrian Levy stood beneath the cold blue light of the projector. “Sit.” Gideon Dyce appeared above the table, followed by Sheol beneath layered clearance warnings. Levy pointed at them. “This is our problem.” One official leaned back. “Dyce or the woman?” Levy did not blink. “Yes.”</w:t>
      </w:r>
    </w:p>
    <w:p w:rsidR="00095185" w:rsidRDefault="00E41A6A">
      <w:r>
        <w:t>Not a single officer challenged the statement. “Gideon Dyce currently possesses one of the most powerful weapons this government has ever created, along with technology we cannot reliably counter.” Several officers exchanged uneasy glances. Some frowned. Others shifted in their seats. Levy allowed the statement to settle before continuing. He indicated Sheol’s rotating image. “The woman you see standing beside him is that weapon.” Her personnel file expanded dramatically. Childhood records. Genetic sequencing. Military evaluations. Combat performance. Experimental augmentation reports.</w:t>
      </w:r>
    </w:p>
    <w:p w:rsidR="00095185" w:rsidRDefault="00E41A6A">
      <w:r>
        <w:t>PROJECT 5. Levy folded his hands behind his back. “She was engineered during the Eastern Tirade for direct military use against strategic targets.” Historical footage rotated around Sheol’s profile: redacted battlefield clips, satellite images, mission summaries with entire sections blacked out. “The program worked,” Levy said. “Then the people running it decided the surviving hosts were too dangerous to keep alive.” No one at the table needed the irony explained.</w:t>
      </w:r>
    </w:p>
    <w:p w:rsidR="00095185" w:rsidRDefault="00E41A6A">
      <w:r>
        <w:t>“Following our victory,” Levy continued, “Project Five, along with the remaining operational assets, was scheduled for decommissioning.” He chose his next words carefully. “Permanent decommissioning.” Everyone in the room understood exactly what that meant. Nobody needed clarification. The silence grew heavier. Levy turned to Gideon’s image. “Before those orders could be carried out…” He paused. “Captain Gideon Dyce defected.”</w:t>
      </w:r>
    </w:p>
    <w:p w:rsidR="00095185" w:rsidRDefault="00E41A6A">
      <w:r>
        <w:t>A celebrated military career slowly transformed into the origin story of the world’s most dangerous insurgent. Levy’s jaw tightened. “He abandoned the United States military and established his own insurgent organization.” The familiar insignia of D.A.R.C. rotated into existence above the table. Its sharp, angular emblem cast moving shadows across the glass as though the symbol itself carried weight. “He did not leave alone.” Levy enlarged several personnel files. “Three military operatives defected with him.”</w:t>
      </w:r>
    </w:p>
    <w:p w:rsidR="00095185" w:rsidRDefault="00E41A6A">
      <w:r>
        <w:t>Each represented another devastating loss of institutional knowledge and battlefield experience. Finally, Sheol’s file enlarged once more. “Project Five left with them.” Levy pointed to her image. He allowed the fact to settle before making matters worse. “Our losses did not end there.” A sixth personnel file appeared. Unlike the others, much of it remained incomplete. Entire sections had been blacked out or marked UNKNOWN. Across the top appeared a single designation. PROJECT 6. Levy surveyed the room.</w:t>
      </w:r>
    </w:p>
    <w:p w:rsidR="00095185" w:rsidRDefault="00E41A6A">
      <w:r>
        <w:t>“We also lost Project Six during the strike on the Vietnam compound that killed Project Four.” Several expressions hardened. Project Six had become one of those classified failures spoken of only in fragments. “Officially…” He emphasized the word. “Project Six is presumed eradicated.”</w:t>
      </w:r>
    </w:p>
    <w:p w:rsidR="00095185" w:rsidRDefault="00E41A6A">
      <w:r>
        <w:t>“We have no confirmed remains,” Levy said. “Keep the file open.”</w:t>
      </w:r>
    </w:p>
    <w:p>
      <w:pPr/>
      <w:r>
        <w:t>An intelligence officer at the far end of the table cleared his throat. Two failed surveillance operations appeared beside the incomplete Project Six file. “There is another reason not to close it. Twice this year, D.A.R.C. safe houses emptied before our teams received final authorization to move. Those raid notices were classified until launch.” Levy studied the timestamps. “You think Six is feeding them?” “I think somebody is.” Levy turned back to the blank spaces in the old file. “Possibility, not conclusion. Keep Six on the board until we can rule it out.”</w:t>
      </w:r>
    </w:p>
    <w:p>
      <w:pPr/>
      <w:r>
        <w:t>A man two seats down from Levy finally pushed back from the table. Director Halden from Domestic Security had spent most of the meeting silent, which in Levy’s experience meant he was preparing to say something irritating.</w:t>
      </w:r>
    </w:p>
    <w:p>
      <w:pPr/>
      <w:r>
        <w:t>“We are assigning resources to a ghost.”</w:t>
      </w:r>
    </w:p>
    <w:p>
      <w:pPr/>
      <w:r>
        <w:t>Levy did not look at him. “We are assigning resources to an unresolved strategic asset.”</w:t>
      </w:r>
    </w:p>
    <w:p>
      <w:pPr/>
      <w:r>
        <w:t>“Asset?” Halden glanced at Sheol’s file still hovering over the table. “That language is what created half this problem.”</w:t>
      </w:r>
    </w:p>
    <w:p>
      <w:pPr/>
      <w:r>
        <w:t>The room changed.</w:t>
      </w:r>
    </w:p>
    <w:p>
      <w:pPr/>
      <w:r>
        <w:t>No one laughed.</w:t>
      </w:r>
    </w:p>
    <w:p>
      <w:pPr/>
      <w:r>
        <w:t>Levy’s attention moved slowly toward him. “Careful.”</w:t>
      </w:r>
    </w:p>
    <w:p>
      <w:pPr/>
      <w:r>
        <w:t>“I am being careful.” Halden pointed to the incomplete Project Six file. “We called them weapons, then acted surprised when the people around them stopped trusting us.”</w:t>
      </w:r>
    </w:p>
    <w:p>
      <w:pPr/>
      <w:r>
        <w:t>An admiral across the table frowned. “This is not the place for moral revisionism.”</w:t>
      </w:r>
    </w:p>
    <w:p>
      <w:pPr/>
      <w:r>
        <w:t>“It is exactly the place,” Halden said. “We’re discussing whether another host survived because twenty years ago we decided killing a toddler was an acceptable cleanup operation.”</w:t>
      </w:r>
    </w:p>
    <w:p>
      <w:pPr/>
      <w:r>
        <w:t>The President’s expression hardened. “Director.”</w:t>
      </w:r>
    </w:p>
    <w:p>
      <w:pPr/>
      <w:r>
        <w:t>Halden stopped, but he did not lower his eyes.</w:t>
      </w:r>
    </w:p>
    <w:p>
      <w:pPr/>
      <w:r>
        <w:t>Levy inhaled through his nose. He had been in rooms like this for most of his adult life. Rooms where terrible decisions were made with clean language.</w:t>
      </w:r>
    </w:p>
    <w:p>
      <w:pPr/>
      <w:r>
        <w:t>“Project Six remains operationally relevant,” he said. “Whatever anyone thinks about the original order.”</w:t>
      </w:r>
    </w:p>
    <w:p>
      <w:pPr/>
      <w:r>
        <w:t>The admiral leaned forward. “And if Six is feeding Dyce?”</w:t>
      </w:r>
    </w:p>
    <w:p>
      <w:pPr/>
      <w:r>
        <w:t>“Then we prove it.”</w:t>
      </w:r>
    </w:p>
    <w:p>
      <w:pPr/>
      <w:r>
        <w:t>“And if Six is not?”</w:t>
      </w:r>
    </w:p>
    <w:p>
      <w:pPr/>
      <w:r>
        <w:t>“Then we do not manufacture an enemy because we are embarrassed by uncertainty.”</w:t>
      </w:r>
    </w:p>
    <w:p>
      <w:pPr/>
      <w:r>
        <w:t>That ended the argument.</w:t>
      </w:r>
    </w:p>
    <w:p>
      <w:pPr/>
      <w:r>
        <w:t>For the moment.</w:t>
      </w:r>
    </w:p>
    <w:p>
      <w:pPr/>
      <w:r>
        <w:t>The intelligence officer brought the failed raid timestamps back onto the table. “There is another possibility. Dyce may have compromised somebody inside the authorization chain.”</w:t>
      </w:r>
    </w:p>
    <w:p>
      <w:pPr/>
      <w:r>
        <w:t>Levy surveyed the room.</w:t>
      </w:r>
    </w:p>
    <w:p>
      <w:pPr/>
      <w:r>
        <w:t>No one moved.</w:t>
      </w:r>
    </w:p>
    <w:p>
      <w:pPr/>
      <w:r>
        <w:t>That possibility was worse because it required no superhuman explanation.</w:t>
      </w:r>
    </w:p>
    <w:p>
      <w:pPr/>
      <w:r>
        <w:t>“Audit the chain,” the President ordered.</w:t>
      </w:r>
    </w:p>
    <w:p>
      <w:pPr/>
      <w:r>
        <w:t>“Quietly,” Levy added.</w:t>
      </w:r>
    </w:p>
    <w:p>
      <w:pPr/>
      <w:r>
        <w:t>Halden gave a humorless smile. “Good luck with that.”</w:t>
      </w:r>
    </w:p>
    <w:p>
      <w:pPr/>
      <w:r>
        <w:t>Levy ignored him. “Every person who touched those final raid packets. Every terminal. Every relay. If a janitor walked past the wrong screen, I want to know what shoes he was wearing.”</w:t>
      </w:r>
    </w:p>
    <w:p>
      <w:pPr/>
      <w:r>
        <w:t>“Understood.”</w:t>
      </w:r>
    </w:p>
    <w:p>
      <w:pPr/>
      <w:r>
        <w:t>The holograms shifted from old Sleepwalker history to current personnel access logs.</w:t>
      </w:r>
    </w:p>
    <w:p>
      <w:pPr/>
      <w:r>
        <w:t>The meeting finally became what Levy preferred: a problem people could act on.</w:t>
      </w:r>
    </w:p>
    <w:p>
      <w:pPr/>
      <w:r>
        <w:t>He still hated the answer it might produce.</w:t>
      </w:r>
    </w:p>
    <w:p w:rsidR="00095185" w:rsidRDefault="00E41A6A">
      <w:r>
        <w:t>That night, Siege and Vulcan walked through Silver City toward a warehouse. Vulcan checked the address on his Disc Icon.</w:t>
      </w:r>
    </w:p>
    <w:p w:rsidR="00095185" w:rsidRDefault="00E41A6A">
      <w:r>
        <w:t>“This should be it.” Siege’s visor confirmed the building beneath a weathered TECH SUPPLY sign.</w:t>
      </w:r>
    </w:p>
    <w:p w:rsidR="00095185" w:rsidRDefault="00E41A6A">
      <w:r>
        <w:t>“Ten minutes,” Siege said. They entered through a partly open loading bay. Vulcan checked the manifest. “Section C. High-output regulators.”</w:t>
      </w:r>
    </w:p>
    <w:p w:rsidR="00095185" w:rsidRDefault="00E41A6A">
      <w:r>
        <w:t>Siege moved immediately. Each container was scanned, verified, and carefully stacked until a convoy of autonomous carts quietly assembled near the center of the warehouse.</w:t>
      </w:r>
    </w:p>
    <w:p w:rsidR="00095185" w:rsidRDefault="00E41A6A">
      <w:r>
        <w:t>Vulcan checked the last container. “All accounted for.” A crimson gateway opened behind them. Gideon stepped through with Sheol.</w:t>
      </w:r>
    </w:p>
    <w:p w:rsidR="00095185" w:rsidRDefault="00E41A6A">
      <w:r>
        <w:t>Youmi emerged next. Fate followed and went straight to the replacement components, checking each item against the list on his Disc Icon. The confidence in his movements grew with every verified part, as though the methodical work helped anchor memories still struggling to return. Finally, he smiled. “Yeah.” He looked back at Gideon. “It’s all here. We’re good.” Gideon returned the nod. “Well done.”</w:t>
      </w:r>
    </w:p>
    <w:p w:rsidR="00095185" w:rsidRDefault="00E41A6A">
      <w:r>
        <w:t>One by one, the cart bots floated forward, disappearing effortlessly into the crimson void without so much as a sound. Siege followed behind the equipment while Vulcan took one final look around the warehouse to ensure nothing had been overlooked. Sheol offered the empty warehouse one last amused glance before disappearing into the glowing portal herself.</w:t>
      </w:r>
    </w:p>
    <w:p w:rsidR="00095185" w:rsidRDefault="00E41A6A">
      <w:r>
        <w:t>Gideon took the last look through the emptied storage section and closed the portal behind him.</w:t>
      </w:r>
    </w:p>
    <w:p w:rsidR="00095185" w:rsidRDefault="00E41A6A">
      <w:r>
        <w:t>Anari looked across the Escalade’s passenger compartment. “So you really do have access to anything?” Ethic kept one hand on the controls. “Within reason.” Her gaze traveled over the military-grade displays. “Define reason.” “Mission need.” “That is not a definition.” “It is where I work.” She smiled. “I’m going to abuse that answer.” “I assumed you would.”</w:t>
      </w:r>
    </w:p>
    <w:p w:rsidR="00095185" w:rsidRDefault="00E41A6A">
      <w:r>
        <w:t>“The government has authorized the supply.” Ethic glanced at the design between them. “Tell me what they’ve missed.”</w:t>
      </w:r>
    </w:p>
    <w:p w:rsidR="00095185" w:rsidRDefault="00E41A6A">
      <w:r>
        <w:t>Anari looked back at Ethic. “And you want me to build this?” There were equal parts disbelief and curiosity in her voice. A challenge like this should have been absurd. Instead, part of her wanted to try. Ethic spared her a brief sideways glance from the pilot’s seat before returning his attention to the open sky ahead. His hands remained relaxed on the controls as the Escalade quietly carved its way through the Grey Zone, civilian traffic flowing far below in orderly streams. “Yes.”</w:t>
      </w:r>
    </w:p>
    <w:p w:rsidR="00095185" w:rsidRDefault="00E41A6A">
      <w:r>
        <w:t>The design had years of work behind it. She marked a regulator that resembled one she had serviced, then checked where the resemblance ended.</w:t>
      </w:r>
    </w:p>
    <w:p w:rsidR="00095185" w:rsidRDefault="00E41A6A">
      <w:r>
        <w:t>Ethic left her alone while she followed the energy paths. Twice she reversed an annotation after finding the reason for a choice that had first looked wasteful.</w:t>
      </w:r>
    </w:p>
    <w:p w:rsidR="00095185" w:rsidRDefault="00E41A6A">
      <w:r>
        <w:t>A frown appeared. Tiny design decisions compounded into larger limitations the farther she followed the system. Finally, she leaned back. “I want to make some modifications.” Ethic glanced over again. Her attention never left the blueprint. “There are restrictions.” She enlarged the energy distribution network. “There are faults in the design, too.”</w:t>
      </w:r>
    </w:p>
    <w:p w:rsidR="00095185" w:rsidRDefault="00E41A6A">
      <w:r>
        <w:t>Anari pointed to the rotating subsystem. “Field regulator bottlenecks under sustained output. These stabilization coils are doing the same job twice. And the feedback loop is wasting power correcting instability the machine creates for itself.” She traced the aperture model. “Push enough mass through this and the harmonics cascade.” Ethic watched her dismantle the design in less than a minute. “Can you fix it?” Anari looked offended by the question. “I can stop it from needing half these mistakes.”</w:t>
      </w:r>
    </w:p>
    <w:p w:rsidR="00095185" w:rsidRDefault="00E41A6A">
      <w:r>
        <w:t>Anari traced the energy flow one more time and frowned. “They solved the symptom,” she muttered, “instead of the cause.” Ethic turned fully toward her. His composure finally cracked; one eyebrow climbed in open disbelief. She had found structural flaws in a machine built by the best military scientists on Earth, and she had done it in minutes without touching a tool. He stopped watching the hologram and started watching her work.</w:t>
      </w:r>
    </w:p>
    <w:p>
      <w:pPr/>
      <w:r>
        <w:t>Khalid rolled his chair over from the weapons bench. “Say that again in regular people.”</w:t>
      </w:r>
    </w:p>
    <w:p>
      <w:pPr/>
      <w:r>
        <w:t>Anari pointed at the overloaded regulator on Mecca’s schematic. “The machine is wasting power fixing a balance problem the frame shouldn’t have in the first place.”</w:t>
      </w:r>
    </w:p>
    <w:p>
      <w:pPr/>
      <w:r>
        <w:t>Mecca leaned over the projection. “The frame’s fine.”</w:t>
      </w:r>
    </w:p>
    <w:p>
      <w:pPr/>
      <w:r>
        <w:t>“The frame is heavy in the nose.”</w:t>
      </w:r>
    </w:p>
    <w:p>
      <w:pPr/>
      <w:r>
        <w:t>“It’s armored.”</w:t>
      </w:r>
    </w:p>
    <w:p>
      <w:pPr/>
      <w:r>
        <w:t>“It is still heavy in the nose.”</w:t>
      </w:r>
    </w:p>
    <w:p>
      <w:pPr/>
      <w:r>
        <w:t>Mecca narrowed her eyes. “You trying to tell me my baby got a big head?”</w:t>
      </w:r>
    </w:p>
    <w:p>
      <w:pPr/>
      <w:r>
        <w:t>“Your baby is front-heavy.”</w:t>
      </w:r>
    </w:p>
    <w:p>
      <w:pPr/>
      <w:r>
        <w:t>Khalid raised one hand. “As a neutral party, I would like to say both of you sound crazy.”</w:t>
      </w:r>
    </w:p>
    <w:p>
      <w:pPr/>
      <w:r>
        <w:t>Neither woman acknowledged him.</w:t>
      </w:r>
    </w:p>
    <w:p>
      <w:pPr/>
      <w:r>
        <w:t>Anari rotated the hologram. “Move the auxiliary cells aft.”</w:t>
      </w:r>
    </w:p>
    <w:p>
      <w:pPr/>
      <w:r>
        <w:t>“Then I lose access to the rear bay.”</w:t>
      </w:r>
    </w:p>
    <w:p>
      <w:pPr/>
      <w:r>
        <w:t>“Move the bay.”</w:t>
      </w:r>
    </w:p>
    <w:p>
      <w:pPr/>
      <w:r>
        <w:t>“That’s where the Air Jumpers sit.”</w:t>
      </w:r>
    </w:p>
    <w:p>
      <w:pPr/>
      <w:r>
        <w:t>“Then shorten the rail.”</w:t>
      </w:r>
    </w:p>
    <w:p>
      <w:pPr/>
      <w:r>
        <w:t>Mecca stared at her.</w:t>
      </w:r>
    </w:p>
    <w:p>
      <w:pPr/>
      <w:r>
        <w:t>Anari stared back.</w:t>
      </w:r>
    </w:p>
    <w:p>
      <w:pPr/>
      <w:r>
        <w:t>Troix passed the doorway carrying a stack of armor plates, heard the silence, and stopped.</w:t>
      </w:r>
    </w:p>
    <w:p>
      <w:pPr/>
      <w:r>
        <w:t>Khalid pointed between the women. “You might wanna keep moving.”</w:t>
      </w:r>
    </w:p>
    <w:p>
      <w:pPr/>
      <w:r>
        <w:t>Troix considered the scene. “No.”</w:t>
      </w:r>
    </w:p>
    <w:p>
      <w:pPr/>
      <w:r>
        <w:t>He stepped inside.</w:t>
      </w:r>
    </w:p>
    <w:p>
      <w:pPr/>
      <w:r>
        <w:t>Mecca tapped the projection. “Tell her this frame is balanced.”</w:t>
      </w:r>
    </w:p>
    <w:p>
      <w:pPr/>
      <w:r>
        <w:t>Troix studied it.</w:t>
      </w:r>
    </w:p>
    <w:p>
      <w:pPr/>
      <w:r>
        <w:t>“Well?”</w:t>
      </w:r>
    </w:p>
    <w:p>
      <w:pPr/>
      <w:r>
        <w:t>He studied Mecca. “It is front-heavy.”</w:t>
      </w:r>
    </w:p>
    <w:p>
      <w:pPr/>
      <w:r>
        <w:t>Khalid immediately stood. “I’m going to lunch.”</w:t>
      </w:r>
    </w:p>
    <w:p>
      <w:pPr/>
      <w:r>
        <w:t>“Sit down,” Mecca said.</w:t>
      </w:r>
    </w:p>
    <w:p>
      <w:pPr/>
      <w:r>
        <w:t>He sat.</w:t>
      </w:r>
    </w:p>
    <w:p>
      <w:pPr/>
      <w:r>
        <w:t>Anari smiled sweetly. “Thank you, Troix.”</w:t>
      </w:r>
    </w:p>
    <w:p>
      <w:pPr/>
      <w:r>
        <w:t>Troix nodded and continued toward the forge.</w:t>
      </w:r>
    </w:p>
    <w:p>
      <w:pPr/>
      <w:r>
        <w:t>Mecca watched him go. “Traitor.”</w:t>
      </w:r>
    </w:p>
    <w:p>
      <w:pPr/>
      <w:r>
        <w:t>“I am not aligned with either side,” he called from the corridor.</w:t>
      </w:r>
    </w:p>
    <w:p>
      <w:pPr/>
      <w:r>
        <w:t>“You literally took her side.”</w:t>
      </w:r>
    </w:p>
    <w:p>
      <w:pPr/>
      <w:r>
        <w:t>“I took the side of mass distribution.”</w:t>
      </w:r>
    </w:p>
    <w:p>
      <w:pPr/>
      <w:r>
        <w:t>Khalid covered his mouth.</w:t>
      </w:r>
    </w:p>
    <w:p>
      <w:pPr/>
      <w:r>
        <w:t>Mecca glared at the doorway, then back at the hologram.</w:t>
      </w:r>
    </w:p>
    <w:p>
      <w:pPr/>
      <w:r>
        <w:t>“Fine.”</w:t>
      </w:r>
    </w:p>
    <w:p>
      <w:pPr/>
      <w:r>
        <w:t>She dragged the auxiliary cells rearward.</w:t>
      </w:r>
    </w:p>
    <w:p>
      <w:pPr/>
      <w:r>
        <w:t>The center-of-mass marker shifted.</w:t>
      </w:r>
    </w:p>
    <w:p>
      <w:pPr/>
      <w:r>
        <w:t>Amber.</w:t>
      </w:r>
    </w:p>
    <w:p>
      <w:pPr/>
      <w:r>
        <w:t>Closer.</w:t>
      </w:r>
    </w:p>
    <w:p>
      <w:pPr/>
      <w:r>
        <w:t>Khalid leaned in despite himself. “What if the weapons mount moves two inches back?”</w:t>
      </w:r>
    </w:p>
    <w:p>
      <w:pPr/>
      <w:r>
        <w:t>Mecca turned to him.</w:t>
      </w:r>
    </w:p>
    <w:p>
      <w:pPr/>
      <w:r>
        <w:t>“What?”</w:t>
      </w:r>
    </w:p>
    <w:p>
      <w:pPr/>
      <w:r>
        <w:t>“Do it.”</w:t>
      </w:r>
    </w:p>
    <w:p>
      <w:pPr/>
      <w:r>
        <w:t>He adjusted the mount.</w:t>
      </w:r>
    </w:p>
    <w:p>
      <w:pPr/>
      <w:r>
        <w:t>The marker turned green.</w:t>
      </w:r>
    </w:p>
    <w:p>
      <w:pPr/>
      <w:r>
        <w:t>All three stared.</w:t>
      </w:r>
    </w:p>
    <w:p>
      <w:pPr/>
      <w:r>
        <w:t>Khalid leaned back. “I would like everybody to remember this moment.”</w:t>
      </w:r>
    </w:p>
    <w:p>
      <w:pPr/>
      <w:r>
        <w:t>“No,” Anari said.</w:t>
      </w:r>
    </w:p>
    <w:p>
      <w:pPr/>
      <w:r>
        <w:t>“Absolutely not,” Mecca added.</w:t>
      </w:r>
    </w:p>
    <w:p>
      <w:pPr/>
      <w:r>
        <w:t>Khalid pointed at the green indicator. “History happened.”</w:t>
      </w:r>
    </w:p>
    <w:p>
      <w:pPr/>
      <w:r>
        <w:t>Mecca saved the revision under FINAL_27.</w:t>
      </w:r>
    </w:p>
    <w:p>
      <w:pPr/>
      <w:r>
        <w:t>Anari looked at the file name. “Twenty-seven?”</w:t>
      </w:r>
    </w:p>
    <w:p>
      <w:pPr/>
      <w:r>
        <w:t>“Mind your business.”</w:t>
      </w:r>
    </w:p>
    <w:p>
      <w:pPr/>
      <w:r>
        <w:t>“You named the last one final.”</w:t>
      </w:r>
    </w:p>
    <w:p>
      <w:pPr/>
      <w:r>
        <w:t>“It was final at the time.”</w:t>
      </w:r>
    </w:p>
    <w:p>
      <w:pPr/>
      <w:r>
        <w:t>“That is not what final means.”</w:t>
      </w:r>
    </w:p>
    <w:p>
      <w:pPr/>
      <w:r>
        <w:t>“It does in engineering.”</w:t>
      </w:r>
    </w:p>
    <w:p>
      <w:pPr/>
      <w:r>
        <w:t>Khalid nodded solemnly. “She’s right.”</w:t>
      </w:r>
    </w:p>
    <w:p>
      <w:pPr/>
      <w:r>
        <w:t>Anari looked at both of them as though considering resignation.</w:t>
      </w:r>
    </w:p>
    <w:p>
      <w:pPr/>
      <w:r>
        <w:t>Then the prototype regulator on the bench emitted a warning tone.</w:t>
      </w:r>
    </w:p>
    <w:p>
      <w:pPr/>
      <w:r>
        <w:t>All three turned.</w:t>
      </w:r>
    </w:p>
    <w:p>
      <w:pPr/>
      <w:r>
        <w:t>The power draw spiked.</w:t>
      </w:r>
    </w:p>
    <w:p>
      <w:pPr/>
      <w:r>
        <w:t>Mecca killed the feed before the housing overheated.</w:t>
      </w:r>
    </w:p>
    <w:p>
      <w:pPr/>
      <w:r>
        <w:t>Silence.</w:t>
      </w:r>
    </w:p>
    <w:p>
      <w:pPr/>
      <w:r>
        <w:t>Anari exhaled. “Okay.”</w:t>
      </w:r>
    </w:p>
    <w:p>
      <w:pPr/>
      <w:r>
        <w:t>Khalid slowly pointed toward the dead regulator. “Is this another historic moment?”</w:t>
      </w:r>
    </w:p>
    <w:p>
      <w:pPr/>
      <w:r>
        <w:t>Mecca threw a rag at him.</w:t>
      </w:r>
    </w:p>
    <w:p>
      <w:pPr/>
      <w:r>
        <w:t>He ducked, laughing.</w:t>
      </w:r>
    </w:p>
    <w:p>
      <w:pPr/>
      <w:r>
        <w:t>The failed test forced them back into the numbers. This time the fix did not come from one person being brilliant. Mecca changed the physical layout. Anari rewrote the distribution logic. Khalid removed a feature he liked because the extra draw was destabilizing the system.</w:t>
      </w:r>
    </w:p>
    <w:p>
      <w:pPr/>
      <w:r>
        <w:t>By the time the regulator ran clean, each of them had surrendered something.</w:t>
      </w:r>
    </w:p>
    <w:p>
      <w:pPr/>
      <w:r>
        <w:t>That made the design better.</w:t>
      </w:r>
    </w:p>
    <w:p>
      <w:pPr/>
      <w:r>
        <w:t>It also made it theirs.</w:t>
      </w:r>
    </w:p>
    <w:p w:rsidR="00095185" w:rsidRDefault="00E41A6A">
      <w:r>
        <w:t>“You found all that already?” Ethic asked, his surprise finally audible. Anari lifted her head from the blueprint. “It’ll work.” One corner of her mouth rose. “But it doesn’t have to work that hard.” She expanded the energy map and let the inefficient routes glow in red. “See this? Every time the field destabilizes, the system throws more power at it. That is not control. That is panic with a budget.” Khalid choked on a laugh from across the room. Ethic ignored him. The government had treated Anari as a talented civilian technician. Watching her dismantle the logic of its wormhole design, he understood how badly that description undersold her. More importantly, she was not impressed by the seal stamped on the schematics. She cared whether the machine made sense. “If you were building it from scratch?” he asked. Anari dragged half the projected components aside. “I’d start by removing everything that only exists to fix another bad decision.”</w:t>
      </w:r>
    </w:p>
    <w:p w:rsidR="00095185" w:rsidRDefault="00E41A6A">
      <w:r>
        <w:t>Ethic finally looked away from the schematics. “How?” Anari collapsed several layers of the blueprint and rotated the central assembly. “Simplify the energy routing. Rebuild the field balance instead of compensating for bad balance. Then every system downstream gets easier.” “How much easier?” “Enough that I’m annoyed nobody did it first.” Khalid laughed from across the room. “I like her.”</w:t>
      </w:r>
    </w:p>
    <w:p w:rsidR="00095185" w:rsidRDefault="00E41A6A">
      <w:r>
        <w:t>Anari tapped the core. “I can show you better than I can explain it.” Ethic’s eyebrow was still raised. She pointed at it. “And you might want to catch that before it escapes.” He touched his forehead on instinct. Khalid lost it. Ethic looked at him. Khalid abruptly found the ceiling fascinating.</w:t>
      </w:r>
    </w:p>
    <w:p w:rsidR="00095185" w:rsidRDefault="00E41A6A">
      <w:r>
        <w:t>Zion wandered into the recreation lounge and found Khalid already in the middle of a full-room combat simulation. Holographic enemies swarmed around him as he ducked, pivoted, and fired an imaginary weapon at targets only the system could make solid enough to feel dangerous. “Eat plasma!” Khalid shouted. Another enemy exploded into glowing fragments.</w:t>
      </w:r>
    </w:p>
    <w:p w:rsidR="00095185" w:rsidRDefault="00E41A6A">
      <w:r>
        <w:t>“Yes!” He pumped his fist. “Who’s next?” A robotic voice answered from somewhere inside the simulation. FINAL BOSS ACTIVATED. The words echoed theatrically through the lounge as warning lights flashed crimson around the projection. “Oh…” Khalid cracked his knuckles. “I’ve been waiting for you.” A massive armored holographic creature emerged from the center of the room, towering over him with glowing red eyes and a weapon nearly the size of a vehicle. Zion couldn’t help smiling. He walked over behind the couch. “Let’s go out, dude.”</w:t>
      </w:r>
    </w:p>
    <w:p w:rsidR="00095185" w:rsidRDefault="00E41A6A">
      <w:r>
        <w:t>Khalid was busy sidestepping a holographic rocket that streaked past his shoulder before exploding harmlessly against an invisible barrier. “I wanna get a couple outfits.” Still nothing. A digital monster swung a massive energy hammer. The simulated impact cracked the virtual floor beneath Khalid’s feet. Khalid dove across the room. “Whoa!” He rolled back to his feet. “You almost had me!” Without missing a beat, he fired another imaginary burst into the creature’s chest. Zion folded his arms. “K.” Khalid finally answered without taking his eyes off the game. “Cool.”</w:t>
      </w:r>
    </w:p>
    <w:p w:rsidR="00095185" w:rsidRDefault="00E41A6A">
      <w:r>
        <w:t>He fired another volley. “Give me twenty.” A holographic scoreboard appeared. Estimated Completion Time: 19 Minutes 47 Seconds. Zion glanced at the floating timer. Then back at Khalid. He sighed. “You know…” A small grin spread across his face. “I should’ve asked the game instead.” Zion leaned over just enough to read it. The glowing timer continued ticking downward with ruthless precision. 19:46. 19:45. He smirked. “I’m gonna hold you to that.”</w:t>
      </w:r>
    </w:p>
    <w:p w:rsidR="00095185" w:rsidRDefault="00E41A6A">
      <w:r>
        <w:t>Khalid pointed at the floating countdown without looking away. “Already accounting for travel time.” Another explosion lit up the room, washing blue light across the walls as another wave of enemies materialized. “Efficiency.” He punctuated the word by sidestepping a holographic energy blast without ever taking his eyes off the battlefield. Zion laughed and shook his head. “You’re a fool.” Khalid grinned as another enemy vanished in a shower of pixels. “Yeah…” He ducked beneath another attack. “But I’m about to be a well-dressed fool.” The words were followed by another triumphant volley as the simulated enemy disintegrated into glowing fragments around him. Zion nodded in agreement and headed for the barracks. His excitement was almost impossible to hide.</w:t>
      </w:r>
    </w:p>
    <w:p w:rsidR="00095185" w:rsidRDefault="00E41A6A">
      <w:r>
        <w:t>Exactly twenty minutes later, Khalid came down the hall ready to leave. Zion checked the time on his Disc Icon.</w:t>
      </w:r>
    </w:p>
    <w:p w:rsidR="00095185" w:rsidRDefault="00E41A6A">
      <w:r>
        <w:t>“I beat the boss.” He sounded unusually proud of himself. There was the unmistakable swagger of someone who had just conquered a challenge that had irritated him far longer than he’d expected. Zion rolled his eyes. “I was wondering what was taking so long.” Khalid grinned. “You can’t leave unfinished business.” He pointed proudly toward himself. “Besides…” A smug smile crept across his face. “That boss learned today.”</w:t>
      </w:r>
    </w:p>
    <w:p w:rsidR="00095185" w:rsidRDefault="00E41A6A">
      <w:r>
        <w:t>The massive doors of the T.R.A.P.S. vehicle bay parted, revealing rows of military prototypes, armored transports, tactical Sky Vehicles, and experimental machines resting beneath brilliant overhead lighting. Maintenance drones drifted silently between them performing diagnostics while technicians disappeared beneath raised chassis and open engine compartments. Khalid whistled. “Man…” He turned in a circle. “I don’t think I’ll ever get used to this place.” His attention moved from one impossible vehicle to the next, each somehow more intimidating than the last. Zion’s attention drifted toward a sleek black Dodge Challenger Sky R/T parked near the exit. Compared to the heavily armored military vehicles surrounding it, the Challenger looked almost civilian. Almost. Its aggressive lines, low stance, and understated finish hinted that appearances were intentionally deceptive. A small Company Vehicle emblem glowed discreetly along the driver’s side door. “That one?”</w:t>
      </w:r>
    </w:p>
    <w:p w:rsidR="00095185" w:rsidRDefault="00E41A6A">
      <w:r>
        <w:t>The Challenger lifted from its cradle and merged into the evening traffic. Khalid stretched his legs. “No more borrowing busted rides.”</w:t>
      </w:r>
    </w:p>
    <w:p w:rsidR="00095185" w:rsidRDefault="00E41A6A">
      <w:r>
        <w:t>“No warehouse.” “No bus rides.” “No busted-up Focus.” Khalid laughed. “And no smelling like garbage every day.” He looked out the window as the city rolled beneath them. “I ain’t gonna miss that part.” The Challenger surged forward, weaving smoothly through civilian traffic before dropping into a lower aerial lane leading toward one of the city’s largest shopping districts. Ahead, the massive structure of Carousel Mall gradually came into view. Suspended walkways connected multiple levels of glittering storefronts while enormous holographic advertisements drifted above the complex, shifting colors every few seconds. Hundreds of Sky Cars continuously arrived and departed from the sprawling docking platforms surrounding the building, their orderly movement giving the massive shopping center the appearance of a living organism constantly breathing people in and out. Zion guided the Challenger into an available docking lane.</w:t>
      </w:r>
    </w:p>
    <w:p w:rsidR="00095185" w:rsidRDefault="00E41A6A">
      <w:r>
        <w:t>A soft confirmation tone chimed through the cabin. “Welcome to Carousel Mall.”</w:t>
      </w:r>
    </w:p>
    <w:p w:rsidR="00095185" w:rsidRDefault="00E41A6A">
      <w:r>
        <w:t>Khalid leaned slightly toward Zion. “You noticing this?” “I was trying not to.” One woman confidently walked over first. “Excuse me…” She smiled. “You two new around here?” Khalid answered first. “That obvious?” She laughed. “Little bit.” Her smile widened.</w:t>
      </w:r>
    </w:p>
    <w:p w:rsidR="00095185" w:rsidRDefault="00E41A6A">
      <w:r>
        <w:t>“You’ve both got that ‘first day in the city’ look.” Another woman joined the conversation. Then another. Within minutes, casual introductions became easy conversation. Laughter followed naturally, and before either Zion or Khalid fully realized what was happening, both of their Disc Icons chimed with newly exchanged contact information. What had started as simple curiosity quickly turned into effortless conversation, the kind that felt surprisingly natural. Khalid glanced down at the notifications. “Well…” He smiled. “Today’s going pretty good.” Zion tucked his Disc Icon back onto his wrist. “Let’s not forget why we came.” “Right.” Khalid nodded. “Clothes first.”</w:t>
      </w:r>
    </w:p>
    <w:p w:rsidR="00095185" w:rsidRDefault="00E41A6A">
      <w:r>
        <w:t>He turned back to the women. “Everything else later.” The women laughed. One waved. “I’ll hold you to that.” Khalid flashed an easy grin. “You might have to.”</w:t>
      </w:r>
    </w:p>
    <w:p w:rsidR="00095185" w:rsidRDefault="00E41A6A">
      <w:r>
        <w:t>Miles away, inside one of D.A.R.C.’s secured research facilities, a cold gunmetal-gray laboratory hummed quietly with activity. Steel workbenches stretched from wall to wall beneath bright white lighting. Fate rotated one of the larger weapons beneath a suspended diagnostic scanner. Streams of technical data flowed across the holographic display. “I need to configure the microwave frequency on this one.” He carefully adjusted several internal emitters. “I also need to condense the blast.”</w:t>
      </w:r>
    </w:p>
    <w:p w:rsidR="00095185" w:rsidRDefault="00E41A6A">
      <w:r>
        <w:t>The scanner immediately displayed revised energy dispersion patterns. “If I tighten the wave envelope…” He enlarged the projection. “…the trigger time decreases.” Several calculations updated instantly. Projected damage estimates climbed. “The firing rate increases.” Another adjustment. “And the overall effect becomes substantially more destructive.” Fate nodded as the simulation stabilized. Youmi leaned over the display. She studied the revised schematics before giving an approving nod. “That should also improve penetration.” Her eyes followed the revised trajectory models. “It’ll punch through heavier armor before the thermal bloom dissipates.”</w:t>
      </w:r>
    </w:p>
    <w:p w:rsidR="00095185" w:rsidRDefault="00E41A6A">
      <w:r>
        <w:t>“Exactly.” Fate smiled. “The energy won’t have time to spread.” He turned to another workbench where several matte-black wrist devices rested in neat rows. Each housing carried a narrow crimson indicator. “The Shadow Gates are finished.” There was quiet satisfaction in his voice. Every device on the bench made D.A.R.C. harder to track and harder to stop.</w:t>
      </w:r>
    </w:p>
    <w:p w:rsidR="00095185" w:rsidRDefault="00E41A6A">
      <w:r>
        <w:t>At Carousel Mall, Troix found Khalid and Zion near their Challenger. He looked at the drinks in their hands. “You bought refreshments without me.”</w:t>
      </w:r>
    </w:p>
    <w:p w:rsidR="00095185" w:rsidRDefault="00E41A6A">
      <w:r>
        <w:t>Troix delivered the complaint with the gravity of an incoming missile warning. Khalid and Zion stared at him, then at each other. Khalid cautiously lifted one cup. “You wanted one?” “Yes.” “You could’ve called!” Troix did not react. “I assumed…”</w:t>
      </w:r>
    </w:p>
    <w:p w:rsidR="00095185" w:rsidRDefault="00E41A6A">
      <w:r>
        <w:t>He indicated the shopping bags with one hand. “My teammates would exercise sound judgment. And remember me.” Zion pinched the bridge of his nose as a laugh escaped. “I cannot believe this is what you’re upset about.” “The shopping is irrelevant,” Troix said. His attention shifted to the overloaded backseat. “That was inevitable. But everyone deserves refreshments.” Khalid’s face changed. “Damn.”</w:t>
      </w:r>
    </w:p>
    <w:p w:rsidR="00095185" w:rsidRDefault="00E41A6A">
      <w:r>
        <w:t>He glanced down at the nearly empty cup in his hand. “You know…” He scratched the back of his head. “When you put it like that…” Troix folded his arms again. “I do.” Zion sighed, already knowing how this would end. “We’ll buy you one.” Troix gave a single approving nod. “Excellent.” Without another word, he turned and walked back toward the mall entrance. Khalid looked after him. “He’s making us go all the way back?” Troix stopped without turning around. “Yes.” Khalid groaned dramatically.</w:t>
      </w:r>
    </w:p>
    <w:p w:rsidR="00095185" w:rsidRDefault="00E41A6A">
      <w:r>
        <w:t>“I knew joining a secret military organization would be dangerous.” He studied Zion. “I didn’t know it’d be emotionally expensive too.” Zion laughed. “You forgot the first rule.” Khalid frowned. “What first rule?” “If you’re buying food…” Zion pointed to Troix’s back. “Buy enough for everybody.” Troix resumed walking. “Correct.” Khalid threw both hands into the air. “See?” He looked at the ceiling.</w:t>
      </w:r>
    </w:p>
    <w:p w:rsidR="00095185" w:rsidRDefault="00E41A6A">
      <w:r>
        <w:t>“That’s how they get you.” Still laughing, the three headed back into Carousel Mall.</w:t>
      </w:r>
    </w:p>
    <w:p w:rsidR="00095185" w:rsidRDefault="00E41A6A">
      <w:r>
        <w:t>Several minutes later, Troix emerged from the food court carrying an enormous frozen drink in one hand. He studied it thoughtfully. “This…” He took a careful sip through the straw. “…is acceptable.” Khalid stared. “Acceptable?” Troix nodded. “The ratio of ice to fruit concentrate is well balanced.” Another sip. “The texture is consistent.” He considered it for another moment.</w:t>
      </w:r>
    </w:p>
    <w:p w:rsidR="00095185" w:rsidRDefault="00E41A6A">
      <w:r>
        <w:t>“I understand now.” Zion laughed. “What?” Troix looked at the cup. “Why you forgot me.” Khalid raised an eyebrow. “What?” Troix looked him directly in the eye. “These are very good.” For a second, neither Zion nor Khalid said anything. Then both burst into laughter. Even several nearby shoppers glanced over. Khalid wiped tears from the corner of one eye. “I swear…” He shook his head.</w:t>
      </w:r>
    </w:p>
    <w:p w:rsidR="00095185" w:rsidRDefault="00E41A6A">
      <w:r>
        <w:t>“You’re the funniest person I’ve ever met.” Troix frowned slightly. “I did not make a joke.” “I know.”</w:t>
      </w:r>
    </w:p>
    <w:p>
      <w:pPr/>
      <w:r>
        <w:t>Zion laughed harder. Troix took another sip and led them back to the docking platforms. Beside the Challenger, he stopped. “Now, about leaving base without telling anyone.”</w:t>
      </w:r>
    </w:p>
    <w:p w:rsidR="00095185" w:rsidRDefault="00E41A6A">
      <w:r>
        <w:t>Troix tilted his head. “What should your punishment be?” Khalid’s grin vanished instantly. His shoulders stiffened. “Punishment?” He turned to Zion, genuine disbelief spreading across his face. “Did he just say punishment?” Zion wasn’t nearly as intimidated. At least, not at first. He shifted the shopping bags onto one arm and frowned, planting one foot forward with a confidence that lasted only as long as the sentence forming in his head. “Punishment?” He gestured to himself.</w:t>
      </w:r>
    </w:p>
    <w:p w:rsidR="00095185" w:rsidRDefault="00E41A6A">
      <w:r>
        <w:t>“We’re grown-ass men,” Zion said. Troix waited, drink in hand.</w:t>
      </w:r>
    </w:p>
    <w:p w:rsidR="00095185" w:rsidRDefault="00E41A6A">
      <w:r>
        <w:t>Zion’s confidence evaporated almost immediately. His shoulders relaxed. “I mean…” He lowered the hand he’d been gesturing with, suddenly finding the floor much more interesting than Troix’s face. “Grown-ass men.” His voice became noticeably quieter. “Who maybe should’ve mentioned where we were going.” Khalid nodded enthusiastically, latching onto the revised explanation without a second’s hesitation. “Exactly!” He pointed at Zion with the confidence of a man abandoning ship. “That was his idea.” Zion whipped around so fast one of the shopping bags swung into his leg. “You were buying stuff too!” “I was supporting local businesses!”</w:t>
      </w:r>
    </w:p>
    <w:p w:rsidR="00095185" w:rsidRDefault="00E41A6A">
      <w:r>
        <w:t>“They work hard!” Khalid added. Troix’s Disc Icon chimed. He read the message, then looked at them. “You’re lucky. We resolve this later.”</w:t>
      </w:r>
    </w:p>
    <w:p w:rsidR="00095185" w:rsidRDefault="00E41A6A">
      <w:pPr>
        <w:keepLines/>
      </w:pPr>
      <w:r>
        <w:t>Neither was foolish enough to celebrate yet. “For now…” Troix turned to the Challenger, his long coat shifting lightly with the movement. “Hot shots…” There wasn’t the slightest hint of amusement in his voice despite the nickname. “Follow me.” Without another word, he started walking toward the vehicle, his pace steady and purposeful as though the previous conversation had already been filed away for future review. Only after Troix was several steps ahead did Khalid finally release the breath he’d been holding. His shoulders sagged dramatically. “Man…” He clutched his chest as though recovering from a near-fatal injury. “I thought we were about to die.”</w:t>
      </w:r>
    </w:p>
    <w:p w:rsidR="00095185" w:rsidRDefault="00E41A6A">
      <w:pPr>
        <w:keepNext/>
      </w:pPr>
      <w:r>
        <w:t>Zion laughed under his breath as the tension drained away. “I’ve been punched by him.” He glanced at Troix’s broad back as he walked ahead. “And somehow that look was scarier.” He rolled one shoulder. “At least when he punches you…” A crooked grin appeared. “…you know it’s over.” Khalid nodded vigorously. “No argument here.” He looked after Troix with newfound respect. “That man can weaponize disappointment.” Zion snorted. “That might actually be his strongest technique.”</w:t>
      </w:r>
    </w:p>
    <w:p w:rsidR="00095185" w:rsidRDefault="00E41A6A">
      <w:r>
        <w:t>They followed him to the Challenger. Neither asked what the postponed punishment would be.</w:t>
      </w:r>
    </w:p>
    <w:p w:rsidR="00095185" w:rsidRDefault="00E41A6A">
      <w:pPr>
        <w:pStyle w:val="ActuatorChapterTitle"/>
        <w:rPr>
          <w:rFonts w:hint="eastAsia"/>
        </w:rPr>
      </w:pPr>
      <w:r>
        <w:t>Chapter 13: The Impossible Equation</w:t>
      </w:r>
    </w:p>
    <w:p w:rsidR="00095185" w:rsidRDefault="00E41A6A">
      <w:pPr>
        <w:pStyle w:val="ActuatorSceneStart"/>
        <w:ind/>
      </w:pPr>
      <w:r>
        <w:t>Midnight City’s evening lights appeared ahead of the Escalade. Anari had stopped asking about headquarters; she was following a disagreement between her model and the supplied test data. Ethic let the autopilot carry them through the Grey Zone while he unwrapped his burger.</w:t>
      </w:r>
    </w:p>
    <w:p w:rsidR="00095185" w:rsidRDefault="00E41A6A">
      <w:r>
        <w:t>Ethic held one hand loosely around his burger while the other rested casually against the armrest. Across from him, Anari balanced her meal with considerably less success. French fries lay forgotten. Condensation slowly collected beneath the cup. She never noticed.</w:t>
      </w:r>
    </w:p>
    <w:p w:rsidR="00095185" w:rsidRDefault="00E41A6A">
      <w:r>
        <w:t>Probability models, energy curves, dimensional tensors, and harmonic simulations layered over one another in a dazzling web of engineering that would have overwhelmed almost anyone else. She mumbled quietly to herself. “No…” A swipe erased another formula. “That won’t stabilize.” Another appeared. “If I reroute…” She paused. Ethic watched from the corner of his eye while casually taking another bite of his burger.</w:t>
      </w:r>
    </w:p>
    <w:p w:rsidR="00095185" w:rsidRDefault="00E41A6A">
      <w:r>
        <w:t>Something clicked. Ethic nodded toward the untouched fries. “You ever actually eat, or do you just absorb equations for nutrition?” She did not look up. “Shh.” Another equation vanished. The hologram reconfigured, shifting from amber to green as one simulation finally stabilized. Several minutes passed beneath the hum of the anti-gravity drives and the occasional chime of a completed simulation.</w:t>
      </w:r>
    </w:p>
    <w:p w:rsidR="00095185" w:rsidRDefault="00E41A6A">
      <w:r>
        <w:t>Anari sat upright so abruptly that one of the fries slid off her lap and onto the floor. “Got it!” Her delight filled the cabin. The exhaustion she’d carried since Lyte Grande gave way to the unmistakable joy of finally solving a puzzle that refused to cooperate. She enlarged the revised blueprint. Energy pathways rearranged themselves. Entire structural assemblies disappeared. Complex support systems folded inward before being replaced with dramatically simpler alternatives. The projected efficiency graph climbed sharply. Then higher still. Ethic lowered his burger. “What did you find?”</w:t>
      </w:r>
    </w:p>
    <w:p w:rsidR="00095185" w:rsidRDefault="00E41A6A">
      <w:r>
        <w:t>Anari’s fingers flew across the projection. “The quantum harmonics are compensating for a feedback loop we don’t need. Collapse the containment lattice, synchronize the aperture with the local gravitational gradient, and the equations stop fighting themselves.” She reorganized the model in rapid gestures. “We stop forcing a continuous inversion and borrow momentum from the curvature that’s already there. That cuts the energy draw hard.” Ethic blinked twice. “How hard?”</w:t>
      </w:r>
    </w:p>
    <w:p w:rsidR="00095185" w:rsidRDefault="00E41A6A">
      <w:r>
        <w:t>“Nearly eighty-seven percent, and the aperture gets wider.” Ethic raised one hand before she could launch into another equation. “Simple answer. What does it do?” Anari’s shoulders dropped. “You always want the short version.”</w:t>
      </w:r>
    </w:p>
    <w:p w:rsidR="00095185" w:rsidRDefault="00E41A6A">
      <w:r>
        <w:t>“Yes.” Ethic took another bite of his burger without apology. Anari folded her arms. “Fine. Short version: we can go almost anywhere and bring almost anything with a fraction of the current energy cost.” The burger stopped halfway to his mouth. “That alone is a problem.” “That alone isn’t the problem.” She raised one finger.</w:t>
      </w:r>
    </w:p>
    <w:p w:rsidR="00095185" w:rsidRDefault="00E41A6A">
      <w:r>
        <w:t>“With the right power architecture, we could teleport an entire city.” Ethic lowered the burger. Anari was already studying the next branch of the model. “Not today. Not safely. But the math says scale is an engineering problem, not a wall.” “And you’re smiling.” “Because that’s interesting.” “That is not the word I was going to use.”</w:t>
      </w:r>
    </w:p>
    <w:p w:rsidR="00095185" w:rsidRDefault="00E41A6A">
      <w:r>
        <w:t>Anari rotated the equations. “There’s another branch.” Ethic’s expression flattened. “Of course there is.” “Give me a few months and I think I could force the aperture across time as well as distance.” The cabin seemed to shrink around the sentence. Ethic stared at her. “Time.” “Potentially.” “As in yesterday?” “As in the math does not immediately tell me no.”</w:t>
      </w:r>
    </w:p>
    <w:p w:rsidR="00095185" w:rsidRDefault="00E41A6A">
      <w:r>
        <w:t>Ethic wiped a smear of ketchup from his chin. “You’ve got to be kidding me.” Anari frowned. “What? I solved the equations.” “That sentence is doing a lot of work.” “You asked me to improve it.” “I was thinking cheaper transportation.” “Then you lacked ambition.”</w:t>
      </w:r>
    </w:p>
    <w:p w:rsidR="00095185" w:rsidRDefault="00E41A6A">
      <w:r>
        <w:t>“You asked.” To her, this was the natural conclusion. Ethic leaned back against his seat, still trying to process the possibility that the quiet engineer he’d picked up less than three hours earlier had casually proposed the mathematical foundation for time travel while eating a Wendy’s burger. For perhaps the first time in many years, Ethic Royce found himself wondering whether he had underestimated someone by an order of magnitude.</w:t>
      </w:r>
    </w:p>
    <w:p w:rsidR="00095185" w:rsidRDefault="00E41A6A">
      <w:pPr>
        <w:pStyle w:val="ActuatorSceneStart"/>
        <w:ind/>
      </w:pPr>
      <w:r>
        <w:t>Welding bots worked along Mecca’s chassis while she checked the changing weight distribution. A trip to the municipal scrapyard had supplied a component the stores could not deliver in time.</w:t>
      </w:r>
    </w:p>
    <w:p w:rsidR="00095185" w:rsidRDefault="00E41A6A">
      <w:r>
        <w:t>She had found it among scorched plating and discarded propulsion assemblies. Now she set it beside the design and measured the mounting surfaces before committing to the modification.</w:t>
      </w:r>
    </w:p>
    <w:p w:rsidR="00095185" w:rsidRDefault="00E41A6A">
      <w:r>
        <w:t>Hydraulic presses. It felt like coming home. A holographic notification unfolded above the display. MEETING IN THIRTY MINUTES. “Seriously?” She sighed dramatically. “Right when things start getting fun.” She looked from the notification to the unfinished vehicle and back again. The timing couldn’t have been worse. There wasn’t time to waste.</w:t>
      </w:r>
    </w:p>
    <w:p w:rsidR="00095185" w:rsidRDefault="00E41A6A">
      <w:r>
        <w:t>“Retrieve the rest of the package from my car.” The bots rolled toward the garage while she expanded the vehicle model and entered the new component’s measured weight.</w:t>
      </w:r>
    </w:p>
    <w:p w:rsidR="00095185" w:rsidRDefault="00E41A6A">
      <w:r>
        <w:t>Not because it would fail. Because Mecca knew it could work better. She expanded the body profile and trimmed nearly ten percent from the armored exterior. The hologram recalculated its center of gravity and acceleration profile. Warning indicators disappeared. “Much better.” The reduction opened room beneath the hood, and her eyes lit. “There you are.”</w:t>
      </w:r>
    </w:p>
    <w:p w:rsidR="00095185" w:rsidRDefault="00E41A6A">
      <w:r>
        <w:t>A wicked grin spread across her face. “I know exactly what you need.”</w:t>
      </w:r>
    </w:p>
    <w:p w:rsidR="00095185" w:rsidRDefault="00E41A6A">
      <w:r>
        <w:t>Acceleration, torque, and projected survivability climbed together. Mecca folded her arms and admired the revised blueprint from three angles. “Fast, armored, and mean enough to survive us.” A laugh escaped her. “That’ll do.”</w:t>
      </w:r>
    </w:p>
    <w:p w:rsidR="00095185" w:rsidRDefault="00E41A6A">
      <w:r>
        <w:t>She pointed at the unfinished machine. “Now let somebody try to fuck with it.”</w:t>
      </w:r>
    </w:p>
    <w:p w:rsidR="00095185" w:rsidRDefault="00E41A6A">
      <w:pPr>
        <w:pStyle w:val="ActuatorSceneStart"/>
        <w:ind/>
      </w:pPr>
      <w:r>
        <w:t>At nearly the same moment, the doors to the T.R.A.P.S. docking bay rolled open. The borrowed Dodge Challenger Sky R/T descended smoothly onto its magnetic landing platform before the clamps locked it securely into place. Zion and Khalid climbed out, both carrying far more shopping bags than they had when they’d left headquarters. Khalid stretched his arms.</w:t>
      </w:r>
    </w:p>
    <w:p w:rsidR="00095185" w:rsidRDefault="00E41A6A">
      <w:r>
        <w:t>“My feet are killing me.” Khalid rotated one shoulder with a groan. “I didn’t know shopping was a full-body workout.” Zion laughed. “You’re the one who wanted every store.” “Research.” “You bought four jackets.” “Extensive research.” Troix started toward the elevator without looking at the bags. “You’re not done. Training is postponed, not forgotten.” Khalid’s head fell back. “I knew you remembered.”</w:t>
      </w:r>
    </w:p>
    <w:p w:rsidR="00095185" w:rsidRDefault="00E41A6A">
      <w:r>
        <w:t>Zion nudged him. “Told you.” Troix looked back once. “Conference Hall. Twenty minutes.” “Yes, sir,” Zion answered. Khalid lifted the bags. “Can I at least suffer in new clothes?” “You have twenty minutes to find out.” Troix stepped into the elevator.</w:t>
      </w:r>
    </w:p>
    <w:p w:rsidR="00095185" w:rsidRDefault="00E41A6A">
      <w:r>
        <w:t>When the doors closed, Khalid looked at Zion. “You think he’ll actually punish us?” Zion considered the shopping bags. “Wear the new clothes.” “How does that help?” “If we’re getting beat up, we might as well look expensive.” Khalid nodded slowly. “That is disturbingly solid logic.”</w:t>
      </w:r>
    </w:p>
    <w:p w:rsidR="00095185" w:rsidRDefault="00E41A6A">
      <w:r>
        <w:t>Only after the elevator disappeared did Khalid relax. “I swear, he scares me more when he doesn’t yell.” Zion laughed. “When he raises his voice, you know where you stand. When he gets calm, start checking exits.” “Facts.”</w:t>
      </w:r>
    </w:p>
    <w:p w:rsidR="00095185" w:rsidRDefault="00E41A6A">
      <w:r>
        <w:t>Before either of them could continue, a familiar hum echoed through the docking bay. The sleek black Cadillac Escalade Sky settled gracefully onto a neighboring magnetic platform, its anti-gravity drives winding down with a soft mechanical whine before the docking clamps locked securely into place. Khalid frowned curiously. “Boss is back.” Zion’s attention shifted to the passenger side. “And…” He narrowed his eyes. “He brought somebody with him.”</w:t>
      </w:r>
    </w:p>
    <w:p w:rsidR="00095185" w:rsidRDefault="00E41A6A">
      <w:r>
        <w:t>Ethic stepped out first. Anari followed with her Disc Icon tucked beneath one arm, still revising wormhole schematics as she walked. Zion leaned toward Khalid. “Who is that?” “No clue.” “She doesn’t look military.” Khalid looked down at their shopping bags. “Neither do we.”</w:t>
      </w:r>
    </w:p>
    <w:p w:rsidR="00095185" w:rsidRDefault="00E41A6A">
      <w:r>
        <w:t>They watched Ethic and Anari cross the garage. Zion nodded toward the equations moving around her hands. “New recruit?” “Either that or we’re all getting replaced.” “With one woman?” “Have you seen the math?”</w:t>
      </w:r>
    </w:p>
    <w:p w:rsidR="00095185" w:rsidRDefault="00E41A6A">
      <w:r>
        <w:t>Ethic caught them staring. His Disc Icon chimed. He skimmed the incoming message, then raised his head and fixed his attention on them. Khalid’s confidence evaporated first. “That look has paperwork in it.” Zion took one cautious step backward. “It has consequences in it.”</w:t>
      </w:r>
    </w:p>
    <w:p w:rsidR="00095185" w:rsidRDefault="00E41A6A">
      <w:r>
        <w:t>Ethic’s scowl deepened. Zion turned toward the stairwell. “We should go.” “Immediately.” Khalid was already moving.</w:t>
      </w:r>
    </w:p>
    <w:p w:rsidR="00095185" w:rsidRDefault="00E41A6A">
      <w:r>
        <w:t>Both men spun around and hurried toward the stairwell. Shopping bags bounced wildly against their legs as they disappeared up the stairs, nearly tripping over one another. Anari watched the entire exchange unfold. She laughed.</w:t>
      </w:r>
    </w:p>
    <w:p w:rsidR="00095185" w:rsidRDefault="00E41A6A">
      <w:r>
        <w:t>Anari pointed toward the empty stairwell, fighting a laugh. “That’s your crew?” Ethic kept walking. “They’re new.” “I hope your enemies are as scared of you.” “They usually have better survival instincts.” That earned a real laugh from her.</w:t>
      </w:r>
    </w:p>
    <w:p w:rsidR="00095185" w:rsidRDefault="00E41A6A">
      <w:r>
        <w:t>Anari studied him for a moment. Then nodded with exaggerated understanding. “Oooh…” The single syllable stretched on just long enough to communicate exactly what she was thinking. That explains everything.</w:t>
      </w:r>
    </w:p>
    <w:p w:rsidR="00095185" w:rsidRDefault="00E41A6A">
      <w:r>
        <w:t>Anari glanced once more at the holographic equations floating beside her.</w:t>
      </w:r>
    </w:p>
    <w:p w:rsidR="00095185" w:rsidRDefault="00E41A6A">
      <w:pPr>
        <w:pStyle w:val="ActuatorSceneStart"/>
        <w:ind/>
      </w:pPr>
      <w:r>
        <w:t>By the time the elevator reached the conference level, everyone else had already assembled. The spacious conference room hummed quietly beneath recessed lighting. Focused. Conversation ceased the moment Ethic entered.</w:t>
      </w:r>
    </w:p>
    <w:p w:rsidR="00095185" w:rsidRDefault="00E41A6A">
      <w:r>
        <w:t>Anari paused just inside the doorway. One empty chair remained. Mecca greeted her with an easy smile. “Hi.” “Hi.” The exchange was brief. Polite. Comfortable. Mecca noticed the Disc Icon still tucked beneath Anari’s arm and the lingering traces of engineering schematics fading from its display. Engineer. Got it.</w:t>
      </w:r>
    </w:p>
    <w:p w:rsidR="00095185" w:rsidRDefault="00E41A6A">
      <w:r>
        <w:t>Troix occupied the seat immediately to his right, his posture as rigid as ever. His back remained perfectly straight. His hands rested neatly before him. Mecca spun a pen lazily between her fingers. Ethic surveyed the table. “Before we begin…” He gestured to Anari. “Let’s get acquainted.”</w:t>
      </w:r>
    </w:p>
    <w:p w:rsidR="00095185" w:rsidRDefault="00E41A6A">
      <w:r>
        <w:t>Troix spoke first, describing his role overseeing logistics, training, metallurgy, and tactical engineering. Mecca introduced herself next, grinning as she proudly announced she was responsible for keeping everyone else’s crazy ideas running. “And occasionally making them crazier,” she added with a shrug. Khalid leaned forward. “Weapons specialist.” He smiled. “And occasional bad decision maker.” “That second part wasn’t requested,” Zion muttered. “It was honest.” Laughter circled the room.</w:t>
      </w:r>
    </w:p>
    <w:p w:rsidR="00095185" w:rsidRDefault="00E41A6A">
      <w:r>
        <w:t>Zion shook his head before introducing himself as the team’s infantryman and combat engineer, emphasizing the second title with noticeably more pride than the first. “I build things.” He shrugged. “Usually after breaking them first.” “That tracks,” Khalid replied. Anari listened carefully as each member explained not only their responsibilities, but what unique strengths they brought to T.R.A.P.S. She studied personalities as carefully as skill sets: Troix’s discipline, Mecca’s enthusiasm, Khalid’s humor, Zion’s quiet confidence. They couldn’t have been more different.</w:t>
      </w:r>
    </w:p>
    <w:p w:rsidR="00095185" w:rsidRDefault="00E41A6A">
      <w:r>
        <w:t>Yet somehow, they fit together. She was already beginning to understand the strange chemistry that held the team together. Finally, every eye returned to Ethic. He rested both hands lightly on the table, making certain every person met his eyes. The room grew still.</w:t>
      </w:r>
    </w:p>
    <w:p w:rsidR="00095185" w:rsidRDefault="00E41A6A">
      <w:r>
        <w:t>“I am Ethic Royce Mane, head of the Terrorist Repulsion and Prevention Squadron. T.R.A.P.S., for short.” Ethic’s voice carried across the conference room without effort. “And everything we do from this point forward…” His gaze settled briefly on each person seated before him. “…will determine whether Gideon Dyce shapes the future…” He paused. “…or we do.”</w:t>
      </w:r>
    </w:p>
    <w:p w:rsidR="00095185" w:rsidRDefault="00E41A6A">
      <w:r>
        <w:t>Every person at the table was already listening. Rivers of blue data drifted silently across the display while satellite feeds updated in real time, outlining troop movements, transportation networks, and known D.A.R.C. activity. The shifting blue light outlined his silhouette, giving him the appearance of someone carved from the very resolve that had carried him through decades of war. “I am a veteran of the Syrian War and World War III.”</w:t>
      </w:r>
    </w:p>
    <w:p w:rsidR="00095185" w:rsidRDefault="00E41A6A">
      <w:r>
        <w:t>Ethic wasn’t simply experienced. He belonged to a generation forged in the collapse and rebuilding of civilization itself. He surveyed the table, making deliberate eye contact with each member. His tone softened slightly. “I am here to offer you guidance.” His gaze shifted to Khalid. “Experience.” Then Zion. “Clarity.” Finally, it rested on Anari and Mecca. “Innovation.” A faint smile appeared. “Because wars are not won by strength alone.”</w:t>
      </w:r>
    </w:p>
    <w:p w:rsidR="00095185" w:rsidRDefault="00E41A6A">
      <w:r>
        <w:t>He let the words settle. “They’re won by people. And starting today, you’re mine.” He straightened. “I will make it my duty to keep this squad functional, focused, and on task.” His eyes swept across everyone once more, lingering just long enough for each person to understand that the responsibility belonged to all of them, not just him. He folded his hands behind his back. The posture was relaxed. His voice wasn’t. “And whatever I fail to notice…” The faintest smile appeared.</w:t>
      </w:r>
    </w:p>
    <w:p w:rsidR="00095185" w:rsidRDefault="00E41A6A">
      <w:r>
        <w:t>The hard edge of Ethic’s expression eased. He glanced at the man seated beside him. “I am confident Troix Mbade will.” Every eye turned to Troix. The corner of the stoic soldier’s mouth lifted. Khalid leaned toward Zion. “That’s twice.” Zion nodded.</w:t>
      </w:r>
    </w:p>
    <w:p w:rsidR="00095185" w:rsidRDefault="00E41A6A">
      <w:r>
        <w:t>“I know.” “I didn’t think he could.” Troix heard them anyway. Of course he did. He looked in their direction. The smiles vanished at once. Khalid faced forward so fast his neck almost cracked. Zion suddenly became fascinated with the conference table. Ethic fought back his own amusement before clearing his throat. “All right.” His attention returned to the table. “Introductions are behind us.” The tactical display behind him changed. Gideon Dyce’s face appeared first. His military portrait rotated slowly above the glass.</w:t>
      </w:r>
    </w:p>
    <w:p w:rsidR="00095185" w:rsidRDefault="00E41A6A">
      <w:r>
        <w:t>Then Sheol. Then Youmi. Vulcan and Siege appeared beneath them as the organizational tree expanded. Siege’s file carried an older unit designation: GIDEON’S TEAM FIVE. A separate red casualty link sat beneath it: SQUAD FIVE: KIA. Khalid squinted at the display. “Same Five?” Troix answered before Ethic could. “No. Team Five was Gideon’s old unit. Squad Five was an Allied unit under Ethic’s command.” Ethic’s jaw tightened. “Siege killed them.” He let the statement exist without explanation. “If we meet him, the mission still comes first.” Then he pointed to Gideon’s image. “Our objective is straightforward.”</w:t>
      </w:r>
    </w:p>
    <w:p w:rsidR="00095185" w:rsidRDefault="00E41A6A">
      <w:r>
        <w:t>“To stop…” “Capture…” He let the final possibility linger. No one mistook the silence for hesitation. “Or, if absolutely necessary.” “Kill…” His finger settled directly beneath Gideon Malik Dyce’s name. “Gideon Malik Dyce.” The room became solemn. The playful atmosphere from only moments earlier evaporated. Even Khalid sat a little straighter. “And his subordinates.”</w:t>
      </w:r>
    </w:p>
    <w:p w:rsidR="00095185" w:rsidRDefault="00E41A6A">
      <w:r>
        <w:t>Engineering projections replaced the personnel files. “They currently possess technological advantages that we do not.” He surveyed the table. The holographic display zoomed in on microscopic nanotechnology. Millions of silver machines flowed through simulated human tissue, repairing wounds almost as quickly as they appeared. “Given the nanotechnology now in their possession, this will not be easy.” Ethic folded his arms. “They regenerate.” Images showed damaged tissue restoring itself. “They recover.” Destroyed cells rebuilt themselves. “They adapt.” Simulation after simulation demonstrated increasing resistance to repeated attacks.</w:t>
      </w:r>
    </w:p>
    <w:p>
      <w:pPr/>
      <w:r>
        <w:t>Anari enlarged the host model. “One more problem.” She stripped every visible machine signature from the scan until only ordinary tissue remained. “Once the mother system fully fuses, standard medical scans read it as biology. We are not going to find Sheol by looking for metal in her blood.” She switched the display to portal residue and combat telemetry. “We track what the technology does, not the technology itself.” Ethic nodded. “Then build the hunt around effects.”</w:t>
      </w:r>
    </w:p>
    <w:p w:rsidR="00095185" w:rsidRDefault="00E41A6A">
      <w:r>
        <w:t>He exhaled quietly. “This may prove considerably more difficult than any operation we’ve conducted before.” Anari raised one finger. “Well…” Every head turned to her. “Nanobots can be temporarily…” She spoke almost absentmindedly, still looking more like an engineer solving a design problem than someone addressing a room full of military personnel. She considered it. “Or maybe even permanently…”</w:t>
      </w:r>
    </w:p>
    <w:p w:rsidR="00095185" w:rsidRDefault="00E41A6A">
      <w:r>
        <w:t>“Disabled.” The room froze. Anari surveyed the table and found everyone staring at her. “Oops.” She sank a little lower in her chair. “I probably should’ve let you finish.” Khalid leaned toward Zion. “She said that like she was changing brake pads.” Zion kept his voice low. “I’m starting to think that’s how she sees everything.” Ethic closed his eyes.</w:t>
      </w:r>
    </w:p>
    <w:p w:rsidR="00095185" w:rsidRDefault="00E41A6A">
      <w:r>
        <w:t>Acceptance. “Of course.” He shook his head. “The engineer…” Another sigh. “Knows something our intelligence division doesn’t.” Mecca bit her lip to keep from laughing. She failed. A quiet snort escaped anyway. Troix simply waited. As if he’d expected something like this the entire time. Ethic finally lowered his hand and looked directly at Anari. “How?”</w:t>
      </w:r>
    </w:p>
    <w:p w:rsidR="00095185" w:rsidRDefault="00E41A6A">
      <w:r>
        <w:t>A brief pause. Then, knowing exactly what would happen if he didn’t specify, he pointed a warning finger. “Make it…” Another point. “…simple.” Anari smiled. The kind of smile every engineer wore when someone finally asked the question they’d been hoping to answer. “Now…” She leaned forward. “…that…” Her grin widened. “…I can do.” “Electromagnetic pulse.”</w:t>
      </w:r>
    </w:p>
    <w:p w:rsidR="00095185" w:rsidRDefault="00E41A6A">
      <w:r>
        <w:t>Ethic lowered his hand from his temple and leaned forward, resting one elbow against the polished glass. Mecca’s eyes lit up with curiosity. Khalid and Zion exchanged confused glances that silently admitted they had no idea where this was going. Ethic nodded once. “I’m listening…” Anari stood and waved a hand through the holographic display floating above the center of the table.</w:t>
      </w:r>
    </w:p>
    <w:p w:rsidR="00095185" w:rsidRDefault="00E41A6A">
      <w:r>
        <w:t>Tiny flashes of silver rippled through arteries and veins with astonishing precision. She pointed to them. “Nanobots don’t think. They follow programming.” Another gesture zoomed in even farther, revealing tiny electromagnetic actuators and microscopic processors embedded within each machine. Individual communication signals flickered between neighboring units. “They communicate…” She circled several clusters. “Using incredibly weak electromagnetic signals.” Her fingers danced through the projection, causing the nanobots to pause while a pulse radiated outward from a nearby source. “If you interrupt those signals…” The hologram showed the swarm slowing dramatically.</w:t>
      </w:r>
    </w:p>
    <w:p w:rsidR="00095185" w:rsidRDefault="00E41A6A">
      <w:r>
        <w:t>Communication collapsed. “They lose synchronization.” Another pulse expanded across the display. The machines stopped moving altogether. “They can’t coordinate repairs.” She surveyed the table. “They’re still there.” She tapped the frozen swarm. “But they’re effectively asleep.” Mecca leaned forward. “So you’d fry them?” Anari shook her head. “Not necessarily.” She enlarged another diagram. “Most people hear ‘EMP’ and immediately think giant explosions and dead electronics.”</w:t>
      </w:r>
    </w:p>
    <w:p w:rsidR="00095185" w:rsidRDefault="00E41A6A">
      <w:r>
        <w:t>She smiled. “That’s overkill. What you really want is this.” She highlighted a narrow frequency band. “A highly focused electromagnetic pulse tuned specifically to disrupt the operating frequency of the nanobot network.” The projection displayed a normal human body. Then the pulse. The nanobots instantly ceased functioning. Their internal communications flatlined. “The body…” She pointed to the patient. “Stays alive.” Another gesture. “The bots…” She shrugged. “Stop coordinating.” She held up one finger before anyone celebrated. “But only if we know exactly what network we’re talking to.”</w:t>
      </w:r>
    </w:p>
    <w:p w:rsidR="00095185" w:rsidRDefault="00E41A6A">
      <w:r>
        <w:t>Khalid raised one hand. “So…” He scratched his head. “It’s basically putting them to sleep?” Anari nodded. “Exactly.” Zion glanced around the room. “That…” he said, “actually made sense.” Ethic looked pleasantly surprised. “I appreciate you remembering the ‘simple’ part.” Anari grinned. “You ever seen that movie?” She glanced at Khalid and Zion. “The Matrix?”</w:t>
      </w:r>
    </w:p>
    <w:p w:rsidR="00095185" w:rsidRDefault="00E41A6A">
      <w:r>
        <w:t>Both men nodded immediately. “Of course.” She pointed to them. “Remember the EMP blast?” Khalid snapped his fingers. “Oh!” “The one that shut down all those machines?” “Yes.” She smiled. “Same basic idea.” “Except…” She enlarged another schematic. “Ours would be much smaller and much more precise.” She tapped the highlighted frequency. “This model works because we have a sample of the architecture. Change the carrier frequency, distribute the work across a different network, or let the system adapt fast enough, and the same pulse can miss completely or only stun it for a moment.” She snapped her fingers. Zion leaned back. “So it’s not an off switch.” “Exactly.” Anari nodded. “It’s a key cut for one lock. Give me a different lock, I start over.”</w:t>
      </w:r>
    </w:p>
    <w:p w:rsidR="00095185" w:rsidRDefault="00E41A6A">
      <w:r>
        <w:t>Ethic studied the temporary opening in the model. “Test it. I want the failures in the report too.” Anari nodded. “And until we have a reliable carrier reading, nobody treats it as a cure. If the network changes, the answer changes with it.”</w:t>
      </w:r>
    </w:p>
    <w:p w:rsidR="00095185" w:rsidRDefault="00E41A6A">
      <w:r>
        <w:t>He smiled. He folded his arms. “Now, that’s useful.”</w:t>
      </w:r>
    </w:p>
    <w:p>
      <w:pPr>
        <w:keepNext/>
      </w:pPr>
      <w:r>
        <w:t>That night in Lyte Grande, Sheol waited in Gideon’s bedroom with the curtains closed against the city. Candlelight moved over the ceiling.</w:t>
      </w:r>
    </w:p>
    <w:p>
      <w:pPr>
        <w:keepNext/>
      </w:pPr>
      <w:r>
        <w:t>Gideon Dyce stepped out, adjusting the cuff of his shirt as he crossed the room with slow, deliberate confidence. Sheol answered immediately, pressing into him with unmistakable affection. Dyce rested his forehead against hers for a moment before speaking, his voice calm but carrying the weight of absolute conviction. “They were trying to take you away from me, love.” His expression darkened. “First they called you a weapon. Then, when the war was over, they called you something to decommission.” The old order had reduced her life to a line on a classified directive. He brushed a strand of hair from her face with surprising tenderness. “Now…” Quiet anger settled behind his eyes. “We will take away everything they cherish.”</w:t>
      </w:r>
    </w:p>
    <w:p>
      <w:r>
        <w:t>He turned his gaze toward the city skyline hidden beyond the curtains, as though he could already see the destruction waiting in the distance. “Starting with Charge City.” His tone was cold. “The eastern grid converges there. Hit the power complex hard enough and federal response systems across half the country start losing power.” A brief silence settled between them. Only the soft crackle of candle flames disturbed the room. “We strike in three days.”</w:t>
      </w:r>
    </w:p>
    <w:p>
      <w:r>
        <w:t>Sheol rested one hand against Gideon’s chest. “I love you,” she whispered. Then her silver eyes hardened. “But do not turn what they did to me into permission to become them.” The words stopped him. She continued before he could answer. “I will stand beside you because I choose to. If I think you are wrong, I will tell you.” For a moment Gideon simply studied her. Then the corner of his mouth lifted. “I would expect nothing less.” She settled beside him, not as an order fulfilled, but as a decision renewed.</w:t>
      </w:r>
    </w:p>
    <w:p w:rsidR="00095185" w:rsidRDefault="00E41A6A">
      <w:pPr>
        <w:pStyle w:val="ActuatorChapterTitle"/>
        <w:rPr>
          <w:rFonts w:hint="eastAsia"/>
        </w:rPr>
      </w:pPr>
      <w:r>
        <w:t>Chapter 14: Ghosts at Fort Brigg</w:t>
      </w:r>
    </w:p>
    <w:p w:rsidR="00095185" w:rsidRDefault="00E41A6A">
      <w:pPr>
        <w:pStyle w:val="ActuatorSceneStart"/>
        <w:ind/>
      </w:pPr>
      <w:r>
        <w:t>Hundreds of miles away, the atmosphere inside the National Security Council Chamber couldn’t have been more different. Eight of the most powerful officials in the United States sat around a circular table carved from black stone, its surface polished until it reflected the holographic intelligence files suspended above it.</w:t>
      </w:r>
    </w:p>
    <w:p w:rsidR="00095185" w:rsidRDefault="00E41A6A">
      <w:r>
        <w:t>No one present underestimated what Gideon Dyce had just stolen. General Adrian Levy remained standing. “President Inys…”</w:t>
      </w:r>
    </w:p>
    <w:p w:rsidR="00095185" w:rsidRDefault="00E41A6A">
      <w:r>
        <w:t>He gestured to Ethic Royce’s military record hovering above the table. “I assure you that Ethic Royce Mane is the right man for this assignment.” The hologram expanded. Campaign maps. Battle statistics. Commendations. Decorations. Each appeared one after another, assembling a career defined by impossible assignments and improbable victories. Dates, locations, and casualty reports scrolled alongside mission summaries, each ending with the same outcome. Success. “He delivered victory in Beijing.” Another battlefield appeared. Satellite footage swept across the ruined city before highlighting strategic positions reclaimed under Ethic’s command. “The North Korean coastline.”</w:t>
      </w:r>
    </w:p>
    <w:p w:rsidR="00095185" w:rsidRDefault="00E41A6A">
      <w:r>
        <w:t>Coastal assault routes illuminated in blue as enemy strongholds disappeared beneath layers of operational data. “California.” Every operation ended the same way. Mission accomplished. Levy faced the President. “He trained Gideon Dyce.” That statement alone shifted the mood around the room. Several officials exchanged quiet glances. The irony wasn’t lost on anyone. The man now hunting Gideon had once shaped him into the soldier he became. “And…” he continued. “…he is also the only man to have successfully apprehended him.”</w:t>
      </w:r>
    </w:p>
    <w:p w:rsidR="00095185" w:rsidRDefault="00E41A6A">
      <w:r>
        <w:t>A photograph of Gideon in military restraints appeared briefly before disappearing again. Levy’s expression darkened. “We…” He accepted responsibility without hesitation. “…were the ones who allowed him to escape.” No excuses. No attempts to shift blame. Only the weight of a mistake that continued echoing years later. Another classified file appeared. PROJECT 5. “Sheol.” Levy’s jaw tightened. “She escaped with him.” His gaze drifted briefly toward the remaining classified project files.</w:t>
      </w:r>
    </w:p>
    <w:p w:rsidR="00095185" w:rsidRDefault="00E41A6A">
      <w:r>
        <w:t>Some remained unresolved. “At least…” A slow breath escaped him. “We managed to dispose of most of the others…” He paused. “…before Gideon had the opportunity to exploit their power.”</w:t>
      </w:r>
    </w:p>
    <w:p w:rsidR="00095185" w:rsidRDefault="00E41A6A">
      <w:r>
        <w:t>President Inys answered in a measured tone. “I understand your position, General.” He inclined his head slightly. “And your confidence in Colonel Mane is well earned.” His eyes shifted to Gideon’s profile rotating above the table. “But…” The single word changed the tone of the room. “…the facts remain.” He folded his hands more tightly. “Gideon Dyce possesses extraordinarily dangerous technology.” The wormhole prototype appeared beside Gideon’s image. Its engineering model slowly rotated, bathing the chamber in shifting crimson and blue light.</w:t>
      </w:r>
    </w:p>
    <w:p w:rsidR="00095185" w:rsidRDefault="00E41A6A">
      <w:r>
        <w:t>“He possesses classified military intelligence and countless secrets that should never have left government custody.” Another file appeared. The President surveyed the room, pausing on each official in turn. He shook his head almost imperceptibly. “One exceptional operative is no longer enough.” His gaze returned to Levy. “We need…” A deliberate pause. “A larger team.” Before Levy could respond, Vice President Leer leaned forward in his chair. He cleared his throat and cut into the discussion.</w:t>
      </w:r>
    </w:p>
    <w:p w:rsidR="00095185" w:rsidRDefault="00E41A6A">
      <w:r>
        <w:t>“We have human and android teams ready,” Leer said. He brought up their deployment estimates.</w:t>
      </w:r>
    </w:p>
    <w:p w:rsidR="00095185" w:rsidRDefault="00E41A6A">
      <w:r>
        <w:t>Leer allowed the projections to speak for themselves. “We can have multiple strike teams deployed within hours.” He looked at the President. “With enough manpower, we can overwhelm Dyce before he has the opportunity to reposition.” General Levy’s jaw tightened. His patience evaporated. He slapped one hand flat against the table. The sharp crack echoed throughout the chamber. He had watched too many good soldiers die because people trusted technology more than experience.</w:t>
      </w:r>
    </w:p>
    <w:p w:rsidR="00095185" w:rsidRDefault="00E41A6A">
      <w:r>
        <w:t>“But your androids are incompetent!” Several officials instinctively straightened in their chairs. Levy didn’t care. “They’re only as effective as the operators controlling them.” He pointed to the android projections. “None of your personnel possess enough combat experience to remote-pilot those machines without introducing major tactical errors.” His frustration continued building. He had seen the footage. He knew how quickly perfect simulations unraveled in real combat. “Milliseconds.” He held up two fingers. “That’s all it takes.” “One hesitation…” “One incorrect movement.” “One misjudged firing solution.”</w:t>
      </w:r>
    </w:p>
    <w:p w:rsidR="00095185" w:rsidRDefault="00E41A6A">
      <w:r>
        <w:t>He lowered his hand. “And Gideon will dismantle every one of them.” No one challenged him. Everyone in the room had reviewed the same combat footage. Everyone had watched experienced operators lose expensive machines to enemies with superior instincts. Levy faced the Vice President. “Machines don’t win wars.” He tapped the table once. The sound was quieter than before. More deliberate. “People do.” Silence followed. President Inys slowly closed his eyes. A weary sigh escaped him. The debate had circled the same arguments for nearly an hour. Enough.</w:t>
      </w:r>
    </w:p>
    <w:p w:rsidR="00095185" w:rsidRDefault="00E41A6A">
      <w:r>
        <w:t>He opened his eyes again. “General…” His tone stayed calm. “You’re right.” Levy relaxed slightly. “But…” The President leaned forward. “I am growing tired of this game.” He faced Levy. “I will give Colonel Mane seventy-two hours.”</w:t>
      </w:r>
    </w:p>
    <w:p w:rsidR="00095185" w:rsidRDefault="00E41A6A">
      <w:r>
        <w:t>Three days. “Locate Gideon Dyce and launch an assault.” The room absorbed the deadline. No one mistook it for a suggestion. “If he succeeds…” The President folded his hands once more. “Excellent.” “If not…” His gaze hardened. “I will deploy my own task force.” No emotion. No anger. Simply inevitability. “Do you understand?”</w:t>
      </w:r>
    </w:p>
    <w:p w:rsidR="00095185" w:rsidRDefault="00E41A6A">
      <w:r>
        <w:t>Levy had seen entire cities transformed into operational zones. Years of discipline overrode his personal objection. “Yes, sir…” The words came more reluctantly than he intended. “Mr. President.”</w:t>
      </w:r>
    </w:p>
    <w:p w:rsidR="00095185" w:rsidRDefault="00E41A6A">
      <w:pPr>
        <w:pStyle w:val="ActuatorSceneStart"/>
        <w:ind/>
      </w:pPr>
      <w:r>
        <w:t>Night had settled over Lyte Grande by the time Gideon Dyce returned to his loft. The spacious apartment overlooked much of the city’s glittering skyline. Soft jazz drifted quietly from hidden speakers, blending with the muted glow of ambient lighting that bathed the loft in warm gold.</w:t>
      </w:r>
    </w:p>
    <w:p w:rsidR="00095185" w:rsidRDefault="00E41A6A">
      <w:r>
        <w:t>The team waited below the loft stairs. Sheol crossed to Gideon as he reached the main floor.</w:t>
      </w:r>
    </w:p>
    <w:p w:rsidR="00095185" w:rsidRDefault="00E41A6A">
      <w:pPr/>
      <w:r>
        <w:t>The resurrected engineer stood calmly near one of the laboratory consoles, his expression noticeably more confident than it had been only a day earlier. Before his death, Fate had helped redefine modern warfare. Whatever uncertainty death had left behind was beginning to fade beneath renewed purpose. His posture had changed. His shoulders stood straighter. A faint smile crossed Gideon’s face. “So…” He continued walking through the room with Sheol effortlessly matching his pace. Gideon’s attention moved from one face to the next, already assessing progress before anyone spoke. “I hear…” His eyes met Fate’s. “You have something to show me.”</w:t>
      </w:r>
    </w:p>
    <w:p w:rsidR="00095185" w:rsidRDefault="00E41A6A">
      <w:r>
        <w:t>“I do,” Fate said. Gideon turned to Youmi. “The field package passed live tests,” she reported, sending the results to his Disc Icon. Gideon reviewed the performance data before joining Siege and Vulcan. Sheol walked beside him.</w:t>
      </w:r>
    </w:p>
    <w:p w:rsidR="00095185" w:rsidRDefault="00E41A6A">
      <w:r>
        <w:t>Neither spoke. Dyce stopped directly in front of them. “You both…” His eyes moved from Vulcan to Siege. “…have served me well. You have earned far more than your place within this organization.” He nodded once.</w:t>
      </w:r>
    </w:p>
    <w:p w:rsidR="00095185" w:rsidRDefault="00E41A6A">
      <w:r>
        <w:t>“You have earned my trust.” Siege lowered his head. “That matters more than rank.” Dyce’s attention settled fully on him. “Siege… you are the only original member of my old Team Five still standing.” Siege’s jaw set. “I remember every one of them.”</w:t>
      </w:r>
    </w:p>
    <w:p w:rsidR="00095185" w:rsidRDefault="00E41A6A">
      <w:r>
        <w:t>“I know.” Regret crossed Dyce’s face before discipline buried it. He placed one hand on Siege’s shoulder. “That leaves you. And I have another mission worthy of your abilities.” Siege straightened. “Then give it to me.” A holographic map opened between them.</w:t>
      </w:r>
    </w:p>
    <w:p w:rsidR="00095185" w:rsidRDefault="00E41A6A">
      <w:r>
        <w:t>Emergency exits glowed around the map. “One objective.” A heavily fortified section flashed red. The containment level pulsed steadily beneath layers of reinforced security. “The android containment wing.”</w:t>
      </w:r>
    </w:p>
    <w:p w:rsidR="00095185" w:rsidRDefault="00E41A6A">
      <w:r>
        <w:t>Gideon held Siege’s gaze, then consulted the intelligence file. “The reserve is estimated at between four hundred and five hundred units.” He collapsed the hologram. “I want every one of them.” His tone stayed calm. As though requesting supplies rather than an entire military asset. “Transport them to the storage house. No unnecessary casualties. No unnecessary attention.” He wanted the machines. Not headlines.</w:t>
      </w:r>
    </w:p>
    <w:p w:rsidR="00095185" w:rsidRDefault="00E41A6A">
      <w:r>
        <w:t>He folded his hands behind his back. “Once the transfer is complete, report directly to me.” Siege nodded once. “It will be done.” His answer came without hesitation. Without questions. Dyce smiled. “Not yet.” He raised a finger and gestured to the laboratory. “For the moment, I intend to inspect our newest arsenal.” His eyes briefly settled on Fate. “I want to understand every advantage we’ve created.”</w:t>
      </w:r>
    </w:p>
    <w:p>
      <w:r>
        <w:t>Siege studied the hologram. “Alive or intact?”</w:t>
      </w:r>
    </w:p>
    <w:p>
      <w:r>
        <w:t>Gideon looked at him. “The machines, intact. You, alive. Preferably both.”</w:t>
      </w:r>
    </w:p>
    <w:p>
      <w:r>
        <w:t>Vulcan folded his arms. “Very specific.”</w:t>
      </w:r>
    </w:p>
    <w:p>
      <w:r>
        <w:t>“Experience has made me specific.”</w:t>
      </w:r>
    </w:p>
    <w:p>
      <w:r>
        <w:t>Youmi glanced at the containment wing. “And if the androids wake up?”</w:t>
      </w:r>
    </w:p>
    <w:p>
      <w:r>
        <w:t>“Then you adapt without turning the base into a crater.”</w:t>
      </w:r>
    </w:p>
    <w:p>
      <w:r>
        <w:t>Siege smiled. “That removes half my ideas.”</w:t>
      </w:r>
    </w:p>
    <w:p>
      <w:r>
        <w:t>Gideon pointed at the map. “Use the better half.”</w:t>
      </w:r>
    </w:p>
    <w:p>
      <w:r>
        <w:t>Fate shook his head. “I’m starting to see how your meetings work.”</w:t>
      </w:r>
    </w:p>
    <w:p>
      <w:r>
        <w:t>“Efficiently,” Gideon said.</w:t>
      </w:r>
    </w:p>
    <w:p>
      <w:pPr/>
      <w:r>
        <w:t>Fate led them into the adjoining test room.</w:t>
      </w:r>
    </w:p>
    <w:p>
      <w:pPr/>
      <w:r>
        <w:t>Five stations waited behind reinforced glass. Gideon stopped at the first.</w:t>
      </w:r>
    </w:p>
    <w:p>
      <w:pPr/>
      <w:r>
        <w:t>“Show me.”</w:t>
      </w:r>
    </w:p>
    <w:p>
      <w:pPr/>
      <w:r>
        <w:t>Fate picked up the compact carbine. “Variable output. Standard kinetic profile at the low end. Focused thermal pulse at the high end. You can switch without changing magazines.”</w:t>
      </w:r>
    </w:p>
    <w:p>
      <w:pPr/>
      <w:r>
        <w:t>Vulcan took it from him and checked the weight. “Too light.”</w:t>
      </w:r>
    </w:p>
    <w:p>
      <w:pPr/>
      <w:r>
        <w:t>“It weighs six pounds.”</w:t>
      </w:r>
    </w:p>
    <w:p>
      <w:pPr/>
      <w:r>
        <w:t>“Too light.”</w:t>
      </w:r>
    </w:p>
    <w:p>
      <w:pPr/>
      <w:r>
        <w:t>Youmi reached over and took it from Vulcan. “You say that about anything you cannot use as a club.”</w:t>
      </w:r>
    </w:p>
    <w:p>
      <w:pPr/>
      <w:r>
        <w:t>“If weapon survives being used as club, weapon is better.”</w:t>
      </w:r>
    </w:p>
    <w:p>
      <w:pPr/>
      <w:r>
        <w:t>Fate stared at him. “Please don’t test that.”</w:t>
      </w:r>
    </w:p>
    <w:p>
      <w:pPr/>
      <w:r>
        <w:t>Vulcan’s mouth twitched.</w:t>
      </w:r>
    </w:p>
    <w:p>
      <w:pPr/>
      <w:r>
        <w:t>Youmi shouldered the weapon, fired three rounds into the far target, switched modes, and put a thermal pulse through the same hole.</w:t>
      </w:r>
    </w:p>
    <w:p>
      <w:pPr/>
      <w:r>
        <w:t>“Balance is good,” she said.</w:t>
      </w:r>
    </w:p>
    <w:p>
      <w:pPr/>
      <w:r>
        <w:t>Fate looked satisfied. “Thank you.”</w:t>
      </w:r>
    </w:p>
    <w:p>
      <w:pPr/>
      <w:r>
        <w:t>“Trigger travel is not.”</w:t>
      </w:r>
    </w:p>
    <w:p>
      <w:pPr/>
      <w:r>
        <w:t>His satisfaction vanished.</w:t>
      </w:r>
    </w:p>
    <w:p>
      <w:pPr/>
      <w:r>
        <w:t>She handed it back.</w:t>
      </w:r>
    </w:p>
    <w:p>
      <w:pPr/>
      <w:r>
        <w:t>Fate immediately adjusted the setting.</w:t>
      </w:r>
    </w:p>
    <w:p>
      <w:pPr/>
      <w:r>
        <w:t>Gideon watched the exchange more than the weapon. “Again.”</w:t>
      </w:r>
    </w:p>
    <w:p>
      <w:pPr/>
      <w:r>
        <w:t>Youmi fired.</w:t>
      </w:r>
    </w:p>
    <w:p>
      <w:pPr/>
      <w:r>
        <w:t>“Better.”</w:t>
      </w:r>
    </w:p>
    <w:p>
      <w:pPr/>
      <w:r>
        <w:t>Fate saved the change.</w:t>
      </w:r>
    </w:p>
    <w:p>
      <w:pPr/>
      <w:r>
        <w:t>They moved to the Shadow Gate emitter.</w:t>
      </w:r>
    </w:p>
    <w:p>
      <w:pPr/>
      <w:r>
        <w:t>Gideon studied the compact device. “Range?”</w:t>
      </w:r>
    </w:p>
    <w:p>
      <w:pPr/>
      <w:r>
        <w:t>“Stable at short distance,” Fate said. “Longer range needs a destination solution or a paired signal. Blind jumps are possible.”</w:t>
      </w:r>
    </w:p>
    <w:p>
      <w:pPr/>
      <w:r>
        <w:t>Sheol’s eyes narrowed. “Possible is not safe.”</w:t>
      </w:r>
    </w:p>
    <w:p>
      <w:pPr/>
      <w:r>
        <w:t>“No.”</w:t>
      </w:r>
    </w:p>
    <w:p>
      <w:pPr/>
      <w:r>
        <w:t>“What happens on a bad solution?”</w:t>
      </w:r>
    </w:p>
    <w:p>
      <w:pPr/>
      <w:r>
        <w:t>Fate hesitated.</w:t>
      </w:r>
    </w:p>
    <w:p>
      <w:pPr/>
      <w:r>
        <w:t>Vulcan faced him. “That answer is never good.”</w:t>
      </w:r>
    </w:p>
    <w:p>
      <w:pPr/>
      <w:r>
        <w:t>“Best case, you miss.”</w:t>
      </w:r>
    </w:p>
    <w:p>
      <w:pPr/>
      <w:r>
        <w:t>“And worst?”</w:t>
      </w:r>
    </w:p>
    <w:p>
      <w:pPr/>
      <w:r>
        <w:t>“Parts of you arrive separately.”</w:t>
      </w:r>
    </w:p>
    <w:p>
      <w:pPr/>
      <w:r>
        <w:t>Vulcan set the device down.</w:t>
      </w:r>
    </w:p>
    <w:p>
      <w:pPr/>
      <w:r>
        <w:t>Youmi nodded. “For once, we agree.”</w:t>
      </w:r>
    </w:p>
    <w:p>
      <w:pPr/>
      <w:r>
        <w:t>Gideon did not smile. “No blind jumps.”</w:t>
      </w:r>
    </w:p>
    <w:p>
      <w:pPr/>
      <w:r>
        <w:t>Siege leaned against the wall. “Takes all the fun out of it.”</w:t>
      </w:r>
    </w:p>
    <w:p>
      <w:pPr/>
      <w:r>
        <w:t>“It keeps your head attached,” Youmi said.</w:t>
      </w:r>
    </w:p>
    <w:p>
      <w:pPr/>
      <w:r>
        <w:t>“My head is difficult to remove.”</w:t>
      </w:r>
    </w:p>
    <w:p>
      <w:pPr/>
      <w:r>
        <w:t>“I have considered the challenge.”</w:t>
      </w:r>
    </w:p>
    <w:p>
      <w:pPr/>
      <w:r>
        <w:t>Siege grinned at her.</w:t>
      </w:r>
    </w:p>
    <w:p>
      <w:pPr/>
      <w:r>
        <w:t>For a moment the room felt less like a terrorist laboratory and more like a unit workshop before deployment. Gideon remembered years when the same kinds of arguments happened under American flags.</w:t>
      </w:r>
    </w:p>
    <w:p>
      <w:pPr/>
      <w:r>
        <w:t>That memory made the next order harder, not easier.</w:t>
      </w:r>
    </w:p>
    <w:p>
      <w:pPr/>
      <w:r>
        <w:t>He looked at each of them.</w:t>
      </w:r>
    </w:p>
    <w:p>
      <w:pPr/>
      <w:r>
        <w:t>“You know Fort Brigg will be defended.”</w:t>
      </w:r>
    </w:p>
    <w:p>
      <w:pPr/>
      <w:r>
        <w:t>Siege pushed away from the wall. “Good.”</w:t>
      </w:r>
    </w:p>
    <w:p>
      <w:pPr/>
      <w:r>
        <w:t>“Do not confuse defended with disposable.”</w:t>
      </w:r>
    </w:p>
    <w:p>
      <w:pPr/>
      <w:r>
        <w:t>The giant’s expression changed.</w:t>
      </w:r>
    </w:p>
    <w:p>
      <w:pPr/>
      <w:r>
        <w:t>Gideon continued, “We are taking the androids. We are not there to punish soldiers who happen to be standing between us and a storage room.”</w:t>
      </w:r>
    </w:p>
    <w:p>
      <w:pPr/>
      <w:r>
        <w:t>Vulcan folded his arms. “If they fire?”</w:t>
      </w:r>
    </w:p>
    <w:p>
      <w:pPr/>
      <w:r>
        <w:t>“Then survive.”</w:t>
      </w:r>
    </w:p>
    <w:p>
      <w:pPr/>
      <w:r>
        <w:t>Youmi’s answer came quieter. “And if survival requires killing them?”</w:t>
      </w:r>
    </w:p>
    <w:p>
      <w:pPr/>
      <w:r>
        <w:t>Gideon met her eyes. “Then I will not insult you by pretending otherwise.”</w:t>
      </w:r>
    </w:p>
    <w:p>
      <w:pPr/>
      <w:r>
        <w:t>She studied him.</w:t>
      </w:r>
    </w:p>
    <w:p>
      <w:pPr/>
      <w:r>
        <w:t>That was what she needed from him. Not purity. Honesty.</w:t>
      </w:r>
    </w:p>
    <w:p>
      <w:pPr/>
      <w:r>
        <w:t>Fate looked between them. “You know they will call this terrorism no matter how careful we are.”</w:t>
      </w:r>
    </w:p>
    <w:p>
      <w:pPr/>
      <w:r>
        <w:t>Gideon turned to him. “They already do.”</w:t>
      </w:r>
    </w:p>
    <w:p>
      <w:pPr/>
      <w:r>
        <w:t>“Then why care?”</w:t>
      </w:r>
    </w:p>
    <w:p>
      <w:pPr/>
      <w:r>
        <w:t>Sheol answered.</w:t>
      </w:r>
    </w:p>
    <w:p>
      <w:pPr/>
      <w:r>
        <w:t>“Because names do not decide what we become.”</w:t>
      </w:r>
    </w:p>
    <w:p>
      <w:pPr/>
      <w:r>
        <w:t>Fate held her gaze.</w:t>
      </w:r>
    </w:p>
    <w:p>
      <w:pPr/>
      <w:r>
        <w:t>Gideon did too.</w:t>
      </w:r>
    </w:p>
    <w:p>
      <w:pPr/>
      <w:r>
        <w:t>The room went quiet around the statement.</w:t>
      </w:r>
    </w:p>
    <w:p>
      <w:pPr/>
      <w:r>
        <w:t>Then Siege ruined it.</w:t>
      </w:r>
    </w:p>
    <w:p>
      <w:pPr/>
      <w:r>
        <w:t>“So can I use the launcher?”</w:t>
      </w:r>
    </w:p>
    <w:p>
      <w:pPr/>
      <w:r>
        <w:t>Fate pinched the bridge of his nose.</w:t>
      </w:r>
    </w:p>
    <w:p>
      <w:pPr/>
      <w:r>
        <w:t>“Outside,” he said.</w:t>
      </w:r>
    </w:p>
    <w:p>
      <w:pPr/>
      <w:r>
        <w:t>Siege smiled. “Excellent.”</w:t>
      </w:r>
    </w:p>
    <w:p w:rsidR="00095185" w:rsidRDefault="00E41A6A">
      <w:r>
        <w:t>Every possibility mattered. Gideon looked back at Siege. “So…” He gave the order. “Postpone the operation. We’ll dispatch you after we’re finished.” “Yes, sir.” Without another word, Dyce turned. Sheol followed immediately beside him. The two disappeared through a reinforced doorway leading deeper into the research wing. The door sealed behind them with a muted hydraulic hiss. Moments later, Youmi and Vulcan followed them into the adjoining room.</w:t>
      </w:r>
    </w:p>
    <w:p w:rsidR="00095185" w:rsidRDefault="00E41A6A">
      <w:pPr>
        <w:pStyle w:val="ActuatorSceneStart"/>
        <w:ind/>
      </w:pPr>
      <w:r>
        <w:t>Gauge Tessler woke on a cot in the Hydra Corridor, stiff from a night beneath dripping pipes. He checked the door before gathering his things.</w:t>
      </w:r>
    </w:p>
    <w:p w:rsidR="00095185" w:rsidRDefault="00E41A6A">
      <w:r>
        <w:t>At the communal tap, a woman filled bottles while her son held their place in the breakfast line. A municipal repair notice had peeled from the wall above the leaking pipe. Gauge remembered seeing the same notice on his last visit.</w:t>
      </w:r>
    </w:p>
    <w:p w:rsidR="00095185" w:rsidRDefault="00E41A6A">
      <w:r>
        <w:t>He stepped over a puddle and joined the queue at the food stall.</w:t>
      </w:r>
    </w:p>
    <w:p w:rsidR="00095185" w:rsidRDefault="00E41A6A">
      <w:r>
        <w:t>Cheap spices. INSTA-MEALS. The elderly vendor looked up. “The usual?” Recognition softened the old man’s weathered face. Gauge nodded. “Sixty.” The vendor chuckled. “Planning on hiding for a while?” Gauge slid several credits across the counter. “Planning on eating.”</w:t>
      </w:r>
    </w:p>
    <w:p w:rsidR="00095185" w:rsidRDefault="00E41A6A">
      <w:r>
        <w:t>Enough food to keep him alive for quite some time. With his supplies secured, Gauge checked the sealed data wafer hidden inside his coat before continuing deeper into the labyrinth. One word glowed along its edge before he covered it again: PARAGON.</w:t>
      </w:r>
    </w:p>
    <w:p w:rsidR="00095185" w:rsidRDefault="00E41A6A">
      <w:r>
        <w:t>He reached a building whose peeling sign read WASHINGTON MONUMENT. The name was more ironic than accurate. It wasn’t a monument. It was an abandoned government support structure that had survived the war well enough to earn a nickname. Gauge climbed the uneven concrete stairs slowly, favoring one leg as he ascended. At the top, a reinforced steel door stood partially open.</w:t>
      </w:r>
    </w:p>
    <w:p w:rsidR="00095185" w:rsidRDefault="00E41A6A">
      <w:r>
        <w:t>Inside, waiting exactly where he’d expected, was the Gun Broker. “Sirius!” The voice cut cleanly through the noisy marketplace. “I’ve been looking for you for days now!”</w:t>
      </w:r>
    </w:p>
    <w:p w:rsidR="00095185" w:rsidRDefault="00E41A6A">
      <w:r>
        <w:t>Recognition spread across his face. “Well…” A grin crept across his weathered face. “…if it isn’t my rusty-ass brother.” He shoved a crate of magazines toward the customer waiting at the counter. “Take it.” The buyer wisely grabbed his merchandise and disappeared into the crowd without another word. Around here, interrupting old acquaintances rarely ended well. The Broker stepped around the counter, giving Gauge another long look from head to toe. His grin faded just enough to reveal genuine concern. “You look like hell.” Gauge smirked. “You always did know how to flatter a man.” The Broker chuckled and crossed his arms. “Gauge…”</w:t>
      </w:r>
    </w:p>
    <w:p w:rsidR="00095185" w:rsidRDefault="00E41A6A">
      <w:r>
        <w:t>He tilted his head. “What do you want?” There was no hostility behind the question. Only curiosity. Gauge almost never ventured this deep into the underground unless something important had happened. Normally, people came to him. Not the other way around. The smile slowly faded from both men’s faces. The humor evaporated almost as quickly as it had appeared. They understood one another well enough to know this wasn’t a social visit. Something had gone wrong. Very wrong.</w:t>
      </w:r>
    </w:p>
    <w:p w:rsidR="00095185" w:rsidRDefault="00E41A6A">
      <w:pPr>
        <w:pStyle w:val="ActuatorSceneStart"/>
        <w:ind/>
      </w:pPr>
      <w:r>
        <w:t>Several hundred miles away, every department inside T.R.A.P.S. Headquarters had come alive. The headquarters no longer felt like a military installation.</w:t>
      </w:r>
    </w:p>
    <w:p w:rsidR="00095185" w:rsidRDefault="00E41A6A">
      <w:r>
        <w:t>Every passing hour brought them one step closer to confronting Gideon Dyce.</w:t>
      </w:r>
    </w:p>
    <w:p w:rsidR="00095185" w:rsidRDefault="00E41A6A">
      <w:pPr>
        <w:pStyle w:val="ActuatorSceneStart"/>
        <w:ind/>
      </w:pPr>
      <w:r>
        <w:t>Anari claimed a workstation overlooking the engineering division’s enclosed testing bays. The containment ratings gave her permission to fail without taking the next room with her.</w:t>
      </w:r>
    </w:p>
    <w:p w:rsidR="00095185" w:rsidRDefault="00E41A6A">
      <w:r>
        <w:t>She put the first emitter behind the ballistic glass and sent an empty test cart toward its projected opening. Troix and Zion watched from the control side.</w:t>
      </w:r>
    </w:p>
    <w:p w:rsidR="00095185" w:rsidRDefault="00E41A6A">
      <w:r>
        <w:t>Several of Anari’s earliest prototypes had already made their way into the testing bays. Zion laughed so hard he nearly fell over. Troix simply folded his arms. “Again.” His expression never changed. If anything, the unexpected failures made him more interested. Neither complained. Both secretly enjoyed every minute of it.</w:t>
      </w:r>
    </w:p>
    <w:p w:rsidR="00095185" w:rsidRDefault="00E41A6A">
      <w:r>
        <w:t>The inherited design survived on the bench; her reduced assembly did not yet tolerate the same heat. She restored one cooling path and ran the test without opening a full gateway. This time the regulator stayed within its limit.</w:t>
      </w:r>
    </w:p>
    <w:p w:rsidR="00095185" w:rsidRDefault="00E41A6A">
      <w:r>
        <w:t>The prototype was becoming less and less like the government’s original design. And far better. Ninety-nine-point-three. She smiled and quietly calculated the remaining fabrication time. “At this rate, five hours to build and test.” Her fingers continued dancing across the controls with practiced confidence.</w:t>
      </w:r>
    </w:p>
    <w:p w:rsidR="00095185" w:rsidRDefault="00E41A6A">
      <w:r>
        <w:t>She enlarged the prototype. “And test.”</w:t>
      </w:r>
    </w:p>
    <w:p w:rsidR="00095185" w:rsidRDefault="00E41A6A">
      <w:pPr>
        <w:pStyle w:val="ActuatorSceneStart"/>
        <w:ind/>
      </w:pPr>
      <w:r>
        <w:t>In the armory, Khalid moved from rack to rack with all the excitement of a child entering the world’s largest toy store.</w:t>
      </w:r>
    </w:p>
    <w:p w:rsidR="00095185" w:rsidRDefault="00E41A6A">
      <w:r>
        <w:t>Troix stopped at the entrance. He looked around once. Then at Khalid. Only four words left his mouth. “Don’t blow anything up.” Without waiting for a response, he walked away. Khalid smiled. “No promises.” His grin only widened once Troix disappeared down the hallway. He immediately set to work.</w:t>
      </w:r>
    </w:p>
    <w:p w:rsidR="00095185" w:rsidRDefault="00E41A6A">
      <w:r>
        <w:t>Every available inch of space had already been mapped with obsessive attention to detail. “Dang…” He whistled softly. “She really thought this through.” He rotated the blueprint, already imagining how different weapons could integrate into each mounting point. A second notification appeared.</w:t>
      </w:r>
    </w:p>
    <w:p w:rsidR="00095185" w:rsidRDefault="00E41A6A">
      <w:r>
        <w:t>Khalid’s grin widened. “This…” He rubbed his hands together. “…is my kind of homework.” He opened the armory inventory and slowly scrolled through hundreds of available weapons.</w:t>
      </w:r>
    </w:p>
    <w:p w:rsidR="00095185" w:rsidRDefault="00E41A6A">
      <w:r>
        <w:t>Support weapons. He studied each platform carefully, already picturing upgrades long before he picked up his first tool. Though the software could have stored every annotation digitally, he preferred writing by hand. It forced him to slow down, to evaluate every change instead of blindly accepting it.</w:t>
      </w:r>
    </w:p>
    <w:p w:rsidR="00095185" w:rsidRDefault="00E41A6A">
      <w:r>
        <w:t>Every few minutes, he transmitted revised concepts back to Mecca and Anari for review; they, in turn, responded with their own suggestions and improvements. A stronger mounting bracket from Mecca. A more efficient power regulator from Anari. A redesigned trigger assembly from Khalid.</w:t>
      </w:r>
    </w:p>
    <w:p w:rsidR="00095185" w:rsidRDefault="00E41A6A">
      <w:r>
        <w:t>One of Khalid’s proposed mounts failed Mecca’s recoil-load check. He changed the bracket and gave up part of the magazine space to brace it. Anari flagged a power draw that would compete with the drive. The next revision fit because each of them had removed something they wanted.</w:t>
      </w:r>
    </w:p>
    <w:p w:rsidR="00095185" w:rsidRDefault="00E41A6A">
      <w:r>
        <w:t>Somewhere out there, Gideon Dyce wasn’t sleeping either.</w:t>
      </w:r>
    </w:p>
    <w:p w:rsidR="00095185" w:rsidRDefault="00E41A6A">
      <w:pPr>
        <w:pStyle w:val="ActuatorSceneStart"/>
        <w:ind/>
      </w:pPr>
      <w:r>
        <w:t>Troix eventually found himself back inside the forge. The cavernous workshop radiated heat from dozens of active furnaces, their orange glow reflecting across polished steel and unfinished armor plating suspended from magnetic assembly rigs. The air smelled of hot steel, ozone, and machine oil, a scent Troix had long since come to associate with progress.</w:t>
      </w:r>
    </w:p>
    <w:p w:rsidR="00095185" w:rsidRDefault="00E41A6A">
      <w:r>
        <w:t>Exactly the kind of environment he appreciated. One holographic display showed Anari’s latest revisions to the wormhole device’s power distribution system. Another contained Mecca’s vehicle schematics, complete with updated chassis dimensions and armor specifications. A third held Khalid’s evolving weapon modifications, annotated with comments and questions waiting for Troix’s approval. He studied all three in silence. His eyes moved methodically from one projection to the next, comparing measurements, tolerances, and stress calculations with practiced efficiency. “Good…” He enlarged Mecca’s blueprint. “Very good.” There was genuine approval in his voice.</w:t>
      </w:r>
    </w:p>
    <w:p w:rsidR="00095185" w:rsidRDefault="00E41A6A">
      <w:pPr>
        <w:pStyle w:val="ActuatorSceneStart"/>
        <w:ind/>
      </w:pPr>
      <w:r>
        <w:t>Across the training wing, Zion practiced alone.</w:t>
      </w:r>
    </w:p>
    <w:p w:rsidR="00095185" w:rsidRDefault="00E41A6A">
      <w:r>
        <w:t>Zion repeated the takedown until sweat ran into his eyes. On the next attempt his trailing foot crossed the line Troix had marked. He stopped and reset.</w:t>
      </w:r>
    </w:p>
    <w:p w:rsidR="00095185" w:rsidRDefault="00E41A6A">
      <w:r>
        <w:t>“Don’t admire the hit,” Troix had told him. “Get your balance back.”</w:t>
      </w:r>
    </w:p>
    <w:p w:rsidR="00095185" w:rsidRDefault="00E41A6A">
      <w:r>
        <w:t>He practiced the recovery separately, then joined it to the attack. The movement grew less impressive and more reliable.</w:t>
      </w:r>
    </w:p>
    <w:p w:rsidR="00095185" w:rsidRDefault="00E41A6A">
      <w:r>
        <w:t>Several floors above, Ethic stood alone inside The Study. The room was quiet except for the hum of the operations table, where maps, timelines, photographs, intercepted communications, and D.A.R.C. intelligence crowded the air. Gideon’s image hovered beside the Lyte Grande bombing. Ethic studied the connection between them. “What are you building?”</w:t>
      </w:r>
    </w:p>
    <w:p w:rsidR="00095185" w:rsidRDefault="00E41A6A">
      <w:r>
        <w:t>Gideon never moved without purpose. Ethic knew that because he had helped teach him how to plan. Battlefields surfaced in memory: abandoned objectives, classified orders, soldiers turned into tools. He understood the anger. That was what made Gideon dangerous.</w:t>
      </w:r>
    </w:p>
    <w:p w:rsidR="00095185" w:rsidRDefault="00E41A6A">
      <w:r>
        <w:t>Ethic paced once around the table. “It wasn’t your decision to make.” The projectors hummed back at him. He reopened the sequence of D.A.R.C. operations and ran it again, this time ignoring the stated targets and tracking what each attack acquired.</w:t>
      </w:r>
    </w:p>
    <w:p w:rsidR="00095185" w:rsidRDefault="00E41A6A">
      <w:r>
        <w:t>Project Five. The strike team. Supply thefts. Specialized equipment. Each move supplied the next. Ethic stopped treating the incidents as revenge and began reading them as logistics.</w:t>
      </w:r>
    </w:p>
    <w:p w:rsidR="00095185" w:rsidRDefault="00E41A6A">
      <w:r>
        <w:t>The bombing. The raids. The missing hardware. He stopped walking.</w:t>
      </w:r>
    </w:p>
    <w:p w:rsidR="00095185" w:rsidRDefault="00E41A6A">
      <w:r>
        <w:t>He enlarged the quantities and checked them again.</w:t>
      </w:r>
    </w:p>
    <w:p w:rsidR="00095185" w:rsidRDefault="00E41A6A">
      <w:r>
        <w:t>“You’re mobilizing.” The conclusion settled into place with ugly simplicity. Gideon did not want scattered revenge. He wanted the ability to sustain a war. Ethic’s chair scraped across the floor as he stood. “Damn it, Gideon.”</w:t>
      </w:r>
    </w:p>
    <w:p>
      <w:pPr/>
      <w:r>
        <w:t>Before Ethic could issue the next command, the Study door opened behind him.</w:t>
      </w:r>
    </w:p>
    <w:p>
      <w:pPr/>
      <w:r>
        <w:t>Troix stepped inside carrying two mugs of coffee. He set one near the operations table without asking whether Ethic wanted it.</w:t>
      </w:r>
    </w:p>
    <w:p>
      <w:pPr/>
      <w:r>
        <w:t>Ethic glanced at the cup. “That your way of telling me I’ve been in here too long?”</w:t>
      </w:r>
    </w:p>
    <w:p>
      <w:pPr/>
      <w:r>
        <w:t>“It is my way of preventing you from becoming more unpleasant.”</w:t>
      </w:r>
    </w:p>
    <w:p>
      <w:pPr/>
      <w:r>
        <w:t>“I’m delightful.”</w:t>
      </w:r>
    </w:p>
    <w:p>
      <w:pPr/>
      <w:r>
        <w:t>Troix looked at him.</w:t>
      </w:r>
    </w:p>
    <w:p>
      <w:pPr/>
      <w:r>
        <w:t>Ethic picked up the coffee. “Point taken.”</w:t>
      </w:r>
    </w:p>
    <w:p>
      <w:pPr/>
      <w:r>
        <w:t>Troix studied the web of D.A.R.C. operations hovering over the table. Gideon’s image sat at the center.</w:t>
      </w:r>
    </w:p>
    <w:p>
      <w:pPr/>
      <w:r>
        <w:t>“You found the pattern.”</w:t>
      </w:r>
    </w:p>
    <w:p>
      <w:pPr/>
      <w:r>
        <w:t>“He’s building sustainment. Vehicles. Movement. Manufacturing. Personnel.” Ethic tapped the projection. “Not one attack. The ability to keep attacking after everybody thinks the first attack should’ve finished him.”</w:t>
      </w:r>
    </w:p>
    <w:p>
      <w:pPr/>
      <w:r>
        <w:t>Troix nodded. “That sounds like Gideon.”</w:t>
      </w:r>
    </w:p>
    <w:p>
      <w:pPr/>
      <w:r>
        <w:t>Ethic’s eyes stayed on the image. “Yeah.”</w:t>
      </w:r>
    </w:p>
    <w:p>
      <w:pPr/>
      <w:r>
        <w:t>Troix finally said, “You remember Shenyang?”</w:t>
      </w:r>
    </w:p>
    <w:p>
      <w:pPr/>
      <w:r>
        <w:t>Ethic’s hand stopped halfway to the coffee.</w:t>
      </w:r>
    </w:p>
    <w:p>
      <w:pPr/>
      <w:r>
        <w:t>“That is not a memory I was planning to revisit tonight.”</w:t>
      </w:r>
    </w:p>
    <w:p>
      <w:pPr/>
      <w:r>
        <w:t>“You revisit it every time you look at him.”</w:t>
      </w:r>
    </w:p>
    <w:p>
      <w:pPr/>
      <w:r>
        <w:t>Ethic lowered the mug.</w:t>
      </w:r>
    </w:p>
    <w:p>
      <w:pPr/>
      <w:r>
        <w:t>Both remembered the city without needing a file.</w:t>
      </w:r>
    </w:p>
    <w:p>
      <w:pPr/>
      <w:r>
        <w:t>Shenyang had been burning when extraction orders came through. A collapsed hospital sat three blocks outside the approved route, surrounded by artillery fire. Command gave them eleven minutes to reach the evacuation corridor.</w:t>
      </w:r>
    </w:p>
    <w:p>
      <w:pPr/>
      <w:r>
        <w:t>Gideon heard crying beneath the rubble.</w:t>
      </w:r>
    </w:p>
    <w:p>
      <w:pPr/>
      <w:r>
        <w:t>Ethic remembered grabbing the back of his armor. “We don’t have time.”</w:t>
      </w:r>
    </w:p>
    <w:p>
      <w:pPr/>
      <w:r>
        <w:t>Gideon had looked at him with the fury young soldiers usually reserved for enemies. “Then make time.”</w:t>
      </w:r>
    </w:p>
    <w:p>
      <w:pPr/>
      <w:r>
        <w:t>He went in anyway.</w:t>
      </w:r>
    </w:p>
    <w:p>
      <w:pPr/>
      <w:r>
        <w:t>Troix followed. So did Ethic.</w:t>
      </w:r>
    </w:p>
    <w:p>
      <w:pPr/>
      <w:r>
        <w:t>They found a girl pinned beneath a collapsed stairwell. Gideon held the slab while Troix cut reinforcement bars and Ethic lied to command about why their position had not changed.</w:t>
      </w:r>
    </w:p>
    <w:p>
      <w:pPr/>
      <w:r>
        <w:t>They reached extraction four minutes late.</w:t>
      </w:r>
    </w:p>
    <w:p>
      <w:pPr/>
      <w:r>
        <w:t>Troix folded his arms. “You were proud of him.”</w:t>
      </w:r>
    </w:p>
    <w:p>
      <w:pPr/>
      <w:r>
        <w:t>“I was furious.”</w:t>
      </w:r>
    </w:p>
    <w:p>
      <w:pPr/>
      <w:r>
        <w:t>“You were both.”</w:t>
      </w:r>
    </w:p>
    <w:p>
      <w:pPr/>
      <w:r>
        <w:t>Ethic looked back at Gideon’s image. “He was right that day.”</w:t>
      </w:r>
    </w:p>
    <w:p>
      <w:pPr/>
      <w:r>
        <w:t>“Yes.”</w:t>
      </w:r>
    </w:p>
    <w:p>
      <w:pPr/>
      <w:r>
        <w:t>“And that became the problem.”</w:t>
      </w:r>
    </w:p>
    <w:p>
      <w:pPr/>
      <w:r>
        <w:t>“No.” Troix stepped closer. “That became the question. The problem came when Gideon stopped believing anyone else had the right to answer it.”</w:t>
      </w:r>
    </w:p>
    <w:p>
      <w:pPr/>
      <w:r>
        <w:t>The sentence landed harder than Ethic expected.</w:t>
      </w:r>
    </w:p>
    <w:p>
      <w:pPr/>
      <w:r>
        <w:t>Gideon had always hated the arithmetic of command. He could calculate the numbers. He simply never accepted that the larger number automatically made the sacrifice moral.</w:t>
      </w:r>
    </w:p>
    <w:p>
      <w:pPr/>
      <w:r>
        <w:t>Ethic rubbed his thumb against the mug. “When the order came down on the Sleepwalker hosts, he looked at me the same way he did in Shenyang.”</w:t>
      </w:r>
    </w:p>
    <w:p>
      <w:pPr/>
      <w:r>
        <w:t>Troix knew.</w:t>
      </w:r>
    </w:p>
    <w:p>
      <w:pPr/>
      <w:r>
        <w:t>“Like I was standing between him and somebody trapped under concrete.”</w:t>
      </w:r>
    </w:p>
    <w:p>
      <w:pPr/>
      <w:r>
        <w:t>“Yes.”</w:t>
      </w:r>
    </w:p>
    <w:p>
      <w:pPr/>
      <w:r>
        <w:t>“I told him we could fight the order through command. I told him not to turn one betrayal into a war.”</w:t>
      </w:r>
    </w:p>
    <w:p>
      <w:pPr/>
      <w:r>
        <w:t>“Reasonable things.”</w:t>
      </w:r>
    </w:p>
    <w:p>
      <w:pPr/>
      <w:r>
        <w:t>“They sounded reasonable to me.”</w:t>
      </w:r>
    </w:p>
    <w:p>
      <w:pPr/>
      <w:r>
        <w:t>Ethic looked away from Gideon.</w:t>
      </w:r>
    </w:p>
    <w:p>
      <w:pPr/>
      <w:r>
        <w:t>“The problem is I knew what he was hearing.”</w:t>
      </w:r>
    </w:p>
    <w:p>
      <w:pPr/>
      <w:r>
        <w:t>Troix said nothing.</w:t>
      </w:r>
    </w:p>
    <w:p>
      <w:pPr/>
      <w:r>
        <w:t>“He heard me telling him there wasn’t time.”</w:t>
      </w:r>
    </w:p>
    <w:p>
      <w:pPr/>
      <w:r>
        <w:t>The room seemed smaller after that.</w:t>
      </w:r>
    </w:p>
    <w:p>
      <w:pPr/>
      <w:r>
        <w:t>Ethic exhaled. “I keep asking myself where I lost him.”</w:t>
      </w:r>
    </w:p>
    <w:p>
      <w:pPr/>
      <w:r>
        <w:t>“You did not own him.”</w:t>
      </w:r>
    </w:p>
    <w:p>
      <w:pPr/>
      <w:r>
        <w:t>“I trained him.”</w:t>
      </w:r>
    </w:p>
    <w:p>
      <w:pPr/>
      <w:r>
        <w:t>“You trained a soldier. You did not manufacture a man.”</w:t>
      </w:r>
    </w:p>
    <w:p>
      <w:pPr/>
      <w:r>
        <w:t>Ethic stared at his oldest friend.</w:t>
      </w:r>
    </w:p>
    <w:p>
      <w:pPr/>
      <w:r>
        <w:t>Troix pointed toward Gideon’s image. “He chose. He is still choosing. If you make every decision because you believe you created him, you are reducing him to somebody else’s choices.”</w:t>
      </w:r>
    </w:p>
    <w:p>
      <w:pPr/>
      <w:r>
        <w:t>“And if his next choice leaves me one option?”</w:t>
      </w:r>
    </w:p>
    <w:p>
      <w:pPr/>
      <w:r>
        <w:t>Troix knew what he meant.</w:t>
      </w:r>
    </w:p>
    <w:p>
      <w:pPr/>
      <w:r>
        <w:t>Ethic’s voice dropped. “If I have a shot and taking it is the only way to stop him, I don’t know if I can pull the trigger.”</w:t>
      </w:r>
    </w:p>
    <w:p>
      <w:pPr/>
      <w:r>
        <w:t>Troix did not offer comfort.</w:t>
      </w:r>
    </w:p>
    <w:p>
      <w:pPr/>
      <w:r>
        <w:t>“Then do not lie to yourself before that moment comes.”</w:t>
      </w:r>
    </w:p>
    <w:p>
      <w:pPr/>
      <w:r>
        <w:t>Ethic looked at him.</w:t>
      </w:r>
    </w:p>
    <w:p>
      <w:pPr/>
      <w:r>
        <w:t>“You want me to tell you that you can?”</w:t>
      </w:r>
    </w:p>
    <w:p>
      <w:pPr/>
      <w:r>
        <w:t>“No.”</w:t>
      </w:r>
    </w:p>
    <w:p>
      <w:pPr/>
      <w:r>
        <w:t>“That you should?”</w:t>
      </w:r>
    </w:p>
    <w:p>
      <w:pPr/>
      <w:r>
        <w:t>“No.”</w:t>
      </w:r>
    </w:p>
    <w:p>
      <w:pPr/>
      <w:r>
        <w:t>“Good. I cannot decide it for you.” Troix rested both hands on the table. “But if that moment comes, do not shoot the man from Shenyang. Do not spare him either.”</w:t>
      </w:r>
    </w:p>
    <w:p>
      <w:pPr/>
      <w:r>
        <w:t>Ethic frowned.</w:t>
      </w:r>
    </w:p>
    <w:p>
      <w:pPr/>
      <w:r>
        <w:t>“See the man standing in front of you.”</w:t>
      </w:r>
    </w:p>
    <w:p>
      <w:pPr/>
      <w:r>
        <w:t>The words stayed with him.</w:t>
      </w:r>
    </w:p>
    <w:p>
      <w:pPr/>
      <w:r>
        <w:t>Not the student. Not the traitor. Not the brother he had once chosen.</w:t>
      </w:r>
    </w:p>
    <w:p>
      <w:pPr/>
      <w:r>
        <w:t>The man in front of him.</w:t>
      </w:r>
    </w:p>
    <w:p>
      <w:pPr/>
      <w:r>
        <w:t>Ethic raised his Disc Icon. “Command. Alert General Levy. Gideon is mobilizing for sustained operations.”</w:t>
      </w:r>
    </w:p>
    <w:p>
      <w:pPr/>
      <w:r>
        <w:t>Troix turned toward the door.</w:t>
      </w:r>
    </w:p>
    <w:p>
      <w:pPr/>
      <w:r>
        <w:t>“Troix.”</w:t>
      </w:r>
    </w:p>
    <w:p>
      <w:pPr/>
      <w:r>
        <w:t>He looked back.</w:t>
      </w:r>
    </w:p>
    <w:p>
      <w:pPr/>
      <w:r>
        <w:t>Ethic started to speak, then stopped.</w:t>
      </w:r>
    </w:p>
    <w:p>
      <w:pPr/>
      <w:r>
        <w:t>Troix understood anyway. “I’ll be there.”</w:t>
      </w:r>
    </w:p>
    <w:p w:rsidR="00095185" w:rsidRDefault="00E41A6A">
      <w:r>
        <w:t>There wasn’t another second to waste. He raised his wrist immediately. “Command…” His Disc Icon illuminated. “Contacts.” A holographic directory appeared. “General Levy.”</w:t>
      </w:r>
    </w:p>
    <w:p w:rsidR="00095185" w:rsidRDefault="00E41A6A">
      <w:pPr>
        <w:pStyle w:val="ActuatorSceneStart"/>
        <w:ind/>
      </w:pPr>
      <w:r>
        <w:t>Far to the south, the salty ocean air rolled steadily across the sprawling military installation known as Fort Brigg. Built along the Palm City coastline, the fortress overlooked miles of open water where naval destroyers, submarines, and patrol vessels rested beneath towering floodlights. Searchlights swept methodically across the dark Atlantic as waves crashed against the reinforced seawall below, their steady rhythm almost drowned out by the distant hum of generators and military aircraft operating through the night. Fort Brigg’s reputation was legendary throughout the military.</w:t>
      </w:r>
    </w:p>
    <w:p w:rsidR="00095185" w:rsidRDefault="00E41A6A">
      <w:r>
        <w:t>Everything operated with practiced efficiency.</w:t>
      </w:r>
    </w:p>
    <w:p w:rsidR="00095185" w:rsidRDefault="00E41A6A">
      <w:r>
        <w:t>Two BMW Sky Cars glided toward Fort Brigg’s outer security zone in ordinary civilian lanes. Neither behaved suspiciously. Exactly as intended. “You have thirty seconds to remove yourselves from government property.” The warning thundered across the night through Fort Brigg’s public address system, echoing off concrete bunkers, radar towers, and reinforced hangars.</w:t>
      </w:r>
    </w:p>
    <w:p w:rsidR="00095185" w:rsidRDefault="00E41A6A">
      <w:r>
        <w:t>One of the guards adjusted his rifle and smirked. “Probably drunk rich kids showing off Daddy’s money.” His partner laughed. “Wouldn’t be the first.” Neither noticed the faint shimmer building behind the silver BMW’s front grille. It lasted less than a second. Deep inside the cockpit, Gideon Dyce smiled.</w:t>
      </w:r>
    </w:p>
    <w:p w:rsidR="00095185" w:rsidRDefault="00E41A6A">
      <w:r>
        <w:t>“One warning too many.” He rested a finger on the firing control.</w:t>
      </w:r>
    </w:p>
    <w:p w:rsidR="00095185" w:rsidRDefault="00E41A6A">
      <w:r>
        <w:t>Time seemed to hesitate with them. Then both rifles slipped from lifeless hands. Combat sirens screamed. “HOSTILE CONTACT!” “OPEN FIRE!”</w:t>
      </w:r>
    </w:p>
    <w:p w:rsidR="00095185" w:rsidRDefault="00E41A6A">
      <w:r>
        <w:t>Gideon banked through the defensive fire. The shield held. “Keep their eyes on us,” he told Sheol.</w:t>
      </w:r>
    </w:p>
    <w:p w:rsidR="00095185" w:rsidRDefault="00E41A6A">
      <w:r>
        <w:t>Inside, Sheol piloted with the same uncanny confidence. A live tactical feed occupied half her windshield, displaying Gideon’s flight path in real time. Dyce’s face appeared briefly on her console. His grin was impossible to miss. “Let’s go to Phase Two!” Sheol’s silver eyes gleamed. A smile spread slowly across her face. “Let’s!”</w:t>
      </w:r>
    </w:p>
    <w:p w:rsidR="00095185" w:rsidRDefault="00E41A6A">
      <w:r>
        <w:t>Several soldiers lowered their weapons. One air-defense operator stared at his targeting display. “Where did they go?” Another guard pulled off his headset. “Tell me somebody saw that.”</w:t>
      </w:r>
    </w:p>
    <w:p w:rsidR="00095185" w:rsidRDefault="00E41A6A">
      <w:r>
        <w:t>The thermal display remained clear. Gideon checked the interior team’s channel before answering Sheol.</w:t>
      </w:r>
    </w:p>
    <w:p w:rsidR="00095185" w:rsidRDefault="00E41A6A">
      <w:r>
        <w:t>Confused voices rolled through both vehicles as Fort Brigg searched the night sky for enemies still sitting in front of it. Gideon laughed hard enough to steady himself against the controls. “They can’t see us, and we’re right under their noses.”</w:t>
      </w:r>
    </w:p>
    <w:p w:rsidR="00095185" w:rsidRDefault="00E41A6A">
      <w:r>
        <w:t>He wiped a tear from the corner of one eye. “I haven’t laughed like that in years.” Sheol’s shoulders loosened. “This is almost unfair.” “Almost?” Gideon glanced at her through the shared display. “We warned them we were coming. They’re the ones who decided visibility was a requirement.”</w:t>
      </w:r>
    </w:p>
    <w:p w:rsidR="00095185" w:rsidRDefault="00E41A6A">
      <w:r>
        <w:t>Gideon rested one finger on the firing controls with theatrical patience. “Let’s remind them we’re still here.”</w:t>
      </w:r>
    </w:p>
    <w:p w:rsidR="00095185" w:rsidRDefault="00E41A6A">
      <w:r>
        <w:t>Instinct kept them alive. “Contact!” “They’re still here!” “Where?!” “I don’t know!” Another blast struck nearby, sending fragments of shattered pavement and twisted metal hurtling through the air. Chunks of concrete slammed into nearby walls while smoke and dust rolled across the firing position, swallowing visibility almost completely. One commanding officer snatched a communications receiver from his shoulder. “They’re using Cloak Tech!”</w:t>
      </w:r>
    </w:p>
    <w:p w:rsidR="00095185" w:rsidRDefault="00E41A6A">
      <w:r>
        <w:t>His voice echoed throughout the installation. “Switch to heat vision!”</w:t>
      </w:r>
    </w:p>
    <w:p w:rsidR="00095185" w:rsidRDefault="00E41A6A">
      <w:r>
        <w:t>Confused voices flooded the communications network. “I’ve got nothing!” “Negative contact!” “Nothing on thermal!” “No radar either!” The PA system crackled over them. “All units, maintain defensive positions!” The order arrived with less confidence than the first. A defensive position meant little when nobody knew where to point a weapon.</w:t>
      </w:r>
    </w:p>
    <w:p w:rsidR="00095185" w:rsidRDefault="00E41A6A">
      <w:pPr>
        <w:pStyle w:val="ActuatorChapterTitle"/>
        <w:rPr>
          <w:rFonts w:hint="eastAsia"/>
        </w:rPr>
      </w:pPr>
      <w:r>
        <w:t>Chapter 15: Five Hundred</w:t>
      </w:r>
    </w:p>
    <w:p w:rsidR="00095185" w:rsidRDefault="00E41A6A">
      <w:pPr>
        <w:pStyle w:val="ActuatorSceneStart"/>
        <w:ind/>
      </w:pPr>
      <w:r>
        <w:t>Inside Fort Brigg, guards ran toward the robotics wing.</w:t>
      </w:r>
    </w:p>
    <w:p w:rsidR="00095185" w:rsidRDefault="00E41A6A">
      <w:r>
        <w:t>Emergency lights bathed the hallway in alternating flashes of crimson and white while warning sirens echoed through the reinforced passageways, washing every polished bulkhead in pulsing color. “Move!” “Hurry!” “Secure the robotics wing!”</w:t>
      </w:r>
    </w:p>
    <w:p w:rsidR="00095185" w:rsidRDefault="00E41A6A">
      <w:r>
        <w:t>Youmi looked down at her forearm. A satisfied smile crossed her face. “Now…” she whispered. “That’s impressive.”</w:t>
      </w:r>
    </w:p>
    <w:p w:rsidR="00095185" w:rsidRDefault="00E41A6A">
      <w:r>
        <w:t>Even after helping build the technology, seeing it function so effortlessly stirred something in her. She and Vulcan advanced.</w:t>
      </w:r>
    </w:p>
    <w:p w:rsidR="00095185" w:rsidRDefault="00E41A6A">
      <w:r>
        <w:t>Vulcan checked the marker: 24-C. He frowned. “Still a long way.” Without slowing, they continued deeper into the facility. The farther they advanced, the more the alarms seemed to blend into the background until they became little more than another environmental sound. Voices stopped them. Another security squad rounded the far end of the corridor at a full sprint. Vulcan instantly raised one closed fist.</w:t>
      </w:r>
    </w:p>
    <w:p w:rsidR="00095185" w:rsidRDefault="00E41A6A">
      <w:r>
        <w:t>Darkness closed over Vulcan and Youmi, concealing them as the patrol approached. One officer abruptly thrust a fist into the air. “Halt!” The squad stopped immediately. Weapons came up. Training took over without hesitation. Several soldiers swept flashlights across the corridor. Others activated motion scanners. One turned in a full circle.</w:t>
      </w:r>
    </w:p>
    <w:p w:rsidR="00095185" w:rsidRDefault="00E41A6A">
      <w:r>
        <w:t>“Thought I saw something.” His voice carried more uncertainty than confidence. Silence. Only the distant alarm continued echoing through the base. After several tense seconds, the officer lowered his weapon. “Clear.” The squad resumed running. Their footsteps gradually faded into the distance. A heartbeat later, the shadows shifted again. Vulcan and Youmi emerged several feet farther down the hallway, as though they’d simply stepped out of the darkness itself. Not a sound accompanied their reappearance. Not even displaced air. Youmi looked over with genuine excitement. She grinned.</w:t>
      </w:r>
    </w:p>
    <w:p w:rsidR="00095185" w:rsidRDefault="00E41A6A">
      <w:r>
        <w:t>“I like that feature!” Youmi flexed her wrist as the Shadow Gate folded back into its housing with a sequence of tiny clicks. Vulcan kept moving, attention on the navigation display above his Disc Icon. “Admire it later. We retrieve the control sequences before we activate the androids.” He checked the corridor numbers. 17-C. Youmi fell into step beside him. “You say that like enjoying good equipment is a character flaw.” “Enjoy it after the objective.” “That sounds miserable.” Vulcan glanced at her once. “It is efficient.” “Those are not the same thing.” The exchange ended when footsteps echoed from the next junction. Youmi’s playfulness vanished at once. She checked the angle, raised two fingers, and Vulcan shifted to cover without being asked. Whatever else they disagreed about, the rhythm between them was automatic. “Seventeen-C,” she whispered. “Then we can argue about your terrible personality.” Vulcan’s answer was barely audible. “After the objective.”</w:t>
      </w:r>
    </w:p>
    <w:p w:rsidR="00095185" w:rsidRDefault="00E41A6A">
      <w:r>
        <w:t>“Right.”</w:t>
      </w:r>
    </w:p>
    <w:p w:rsidR="00095185" w:rsidRDefault="00E41A6A">
      <w:pPr>
        <w:pStyle w:val="ActuatorSceneStart"/>
        <w:ind/>
      </w:pPr>
      <w:r>
        <w:t>A ripple of crimson light spread silently across the floor of a sealed chamber.</w:t>
      </w:r>
    </w:p>
    <w:p w:rsidR="00095185" w:rsidRDefault="00E41A6A">
      <w:r>
        <w:t>The air distorted. Siege stepped through the collapsing wormhole and into complete darkness.</w:t>
      </w:r>
    </w:p>
    <w:p w:rsidR="00095185" w:rsidRDefault="00E41A6A">
      <w:r>
        <w:t>Not a single movement. Only silence. Even the ventilation system seemed absent. He reached up and tapped the side of his Data Visor. “Night Vision.” The lenses shifted. The darkness melted away into shades of luminous green. The room materialized around him. Massive reinforced walls. Rows of dormant containment pods. Industrial support columns. Heavy security doors. Banks of inactive diagnostic equipment. Everything stood exactly where Gideon’s intelligence reports had predicted. Siege slowly swept the room with his eyes.</w:t>
      </w:r>
    </w:p>
    <w:p w:rsidR="00095185" w:rsidRDefault="00E41A6A">
      <w:r>
        <w:t>Every possible threat. What he saw made him stop cold. The cavern that had felt merely large moments earlier suddenly became incomprehensible. “Holy…” Rows. Each sphere measured roughly the size of a crouching adult.</w:t>
      </w:r>
    </w:p>
    <w:p w:rsidR="00095185" w:rsidRDefault="00E41A6A">
      <w:r>
        <w:t>An android. Thick power cables extended from recessed charging ports along its spine while inactive optic sensors stared blankly into nothingness. The chamber hadn’t simply been built to store machines. There were hundreds of them. “Holy shit…”</w:t>
      </w:r>
    </w:p>
    <w:p w:rsidR="00095185" w:rsidRDefault="00E41A6A">
      <w:r>
        <w:t>“That’s the high end.” His visor began identifying the units and their activation status.</w:t>
      </w:r>
    </w:p>
    <w:p w:rsidR="00095185" w:rsidRDefault="00E41A6A">
      <w:r>
        <w:t>He wanted an exact count. He raised two fingers to the side of his visor. “Command.” A soft confirmation tone answered. “Target.” A small targeting reticle appeared before his right eye. He centered it on the nearest android. “Count total.”</w:t>
      </w:r>
    </w:p>
    <w:p w:rsidR="00095185" w:rsidRDefault="00E41A6A">
      <w:r>
        <w:t>Siege watched silently as the counter continued rising. Each new number made Gideon’s assignment feel a little larger. He blinked. Then laughed quietly to himself. “Five hundred.” He slowly whistled. The sound echoed for several seconds before fading into silence. “Well…” He folded his arms. “I’m glad we’ve got room for this.” His thoughts immediately shifted toward the storage facility Gideon had assigned for the operation.</w:t>
      </w:r>
    </w:p>
    <w:p w:rsidR="00095185" w:rsidRDefault="00E41A6A">
      <w:r>
        <w:t>Transportation alone would become an operation worthy of military planning. He shook his head. “Even so…” His grin returned. “It’s about to get packed over there.”</w:t>
      </w:r>
    </w:p>
    <w:p>
      <w:pPr/>
      <w:r>
        <w:t>Siege did not move immediately.</w:t>
      </w:r>
    </w:p>
    <w:p>
      <w:pPr/>
      <w:r>
        <w:t>Five hundred machines stood before him, each one powerful enough to tear through an ordinary infantry squad. Gideon had called them an army. Looking at them now, Siege understood the word differently.</w:t>
      </w:r>
    </w:p>
    <w:p>
      <w:pPr/>
      <w:r>
        <w:t>An army was not numbers.</w:t>
      </w:r>
    </w:p>
    <w:p>
      <w:pPr/>
      <w:r>
        <w:t>It was responsibility multiplied.</w:t>
      </w:r>
    </w:p>
    <w:p>
      <w:pPr/>
      <w:r>
        <w:t>He walked between the nearest rows and stopped beside one android whose charging indicator flickered irregularly.</w:t>
      </w:r>
    </w:p>
    <w:p>
      <w:pPr/>
      <w:r>
        <w:t>“Diagnostic.”</w:t>
      </w:r>
    </w:p>
    <w:p>
      <w:pPr/>
      <w:r>
        <w:t>His visor highlighted a failing regulator.</w:t>
      </w:r>
    </w:p>
    <w:p>
      <w:pPr/>
      <w:r>
        <w:t>Siege marked the unit for maintenance instead of activation.</w:t>
      </w:r>
    </w:p>
    <w:p>
      <w:pPr/>
      <w:r>
        <w:t>The choice was automatic.</w:t>
      </w:r>
    </w:p>
    <w:p>
      <w:pPr/>
      <w:r>
        <w:t>He had spent too many years watching commanders count bodies they had not bothered to understand. Equipment failed. People failed. Plans failed. Pretending otherwise did not make a force stronger. It only made the casualty report longer.</w:t>
      </w:r>
    </w:p>
    <w:p>
      <w:pPr/>
      <w:r>
        <w:t>He glanced toward the silent ranks.</w:t>
      </w:r>
    </w:p>
    <w:p>
      <w:pPr/>
      <w:r>
        <w:t>“Five hundred,” he repeated, quieter this time.</w:t>
      </w:r>
    </w:p>
    <w:p>
      <w:pPr/>
      <w:r>
        <w:t>The number no longer amused him.</w:t>
      </w:r>
    </w:p>
    <w:p>
      <w:pPr/>
      <w:r>
        <w:t>If Gideon intended to use them, somebody had to make sure power cells were charged, damaged joints were replaced, ammunition was distributed, routes were wide enough, and retreat remained possible.</w:t>
      </w:r>
    </w:p>
    <w:p>
      <w:pPr/>
      <w:r>
        <w:t>The glamorous part of war lasted seconds.</w:t>
      </w:r>
    </w:p>
    <w:p>
      <w:pPr/>
      <w:r>
        <w:t>The work that kept people alive happened before anybody fired.</w:t>
      </w:r>
    </w:p>
    <w:p>
      <w:pPr/>
      <w:r>
        <w:t>Siege opened a logistics channel.</w:t>
      </w:r>
    </w:p>
    <w:p>
      <w:pPr/>
      <w:r>
        <w:t>“Warehouse team. Clear Bay Three and reinforce the floor supports. I want charging capacity verified before these units arrive.”</w:t>
      </w:r>
    </w:p>
    <w:p>
      <w:pPr/>
      <w:r>
        <w:t>A confused voice answered, “All of them?”</w:t>
      </w:r>
    </w:p>
    <w:p>
      <w:pPr/>
      <w:r>
        <w:t>Siege looked across the chamber.</w:t>
      </w:r>
    </w:p>
    <w:p>
      <w:pPr/>
      <w:r>
        <w:t>“All of them.”</w:t>
      </w:r>
    </w:p>
    <w:p>
      <w:pPr/>
      <w:r>
        <w:t>He paused.</w:t>
      </w:r>
    </w:p>
    <w:p>
      <w:pPr/>
      <w:r>
        <w:t>“And nobody skips inspection because the boss is excited.”</w:t>
      </w:r>
    </w:p>
    <w:p>
      <w:pPr/>
      <w:r>
        <w:t>The technician laughed nervously.</w:t>
      </w:r>
    </w:p>
    <w:p>
      <w:pPr/>
      <w:r>
        <w:t>Siege did not.</w:t>
      </w:r>
    </w:p>
    <w:p>
      <w:pPr/>
      <w:r>
        <w:t>“Understood.”</w:t>
      </w:r>
    </w:p>
    <w:p>
      <w:pPr/>
      <w:r>
        <w:t>Only then did he allow himself another grin.</w:t>
      </w:r>
    </w:p>
    <w:p>
      <w:pPr/>
      <w:r>
        <w:t>“Now we can get packed.”</w:t>
      </w:r>
    </w:p>
    <w:p w:rsidR="00095185" w:rsidRDefault="00E41A6A">
      <w:pPr>
        <w:pStyle w:val="ActuatorSceneStart"/>
        <w:ind/>
      </w:pPr>
      <w:r>
        <w:t>At T.R.A.P.S. Headquarters, Ethic remained inside The Study, surrounded by floating intelligence reports and battlefield projections. The room had grown even quieter as the night wore on.</w:t>
      </w:r>
    </w:p>
    <w:p w:rsidR="00095185" w:rsidRDefault="00E41A6A">
      <w:r>
        <w:t>Every piece fit together too cleanly to ignore. His Disc Icon flashed: GOV’T. Ethic closed his eyes for a brief second. “More bad news.” The thought came almost automatically. He exhaled quietly. “When they call, it’s never to wish me a good evening.” He activated the transmission.</w:t>
      </w:r>
    </w:p>
    <w:p w:rsidR="00095185" w:rsidRDefault="00E41A6A">
      <w:r>
        <w:t>Levy appeared against a background of officers moving between consoles. “Royce Mane.”</w:t>
      </w:r>
    </w:p>
    <w:p w:rsidR="00095185" w:rsidRDefault="00E41A6A">
      <w:r>
        <w:t>“This is a grave situation. But it may save your ass.” Ethic leaned forward. “You have my attention.”</w:t>
      </w:r>
    </w:p>
    <w:p w:rsidR="00095185" w:rsidRDefault="00E41A6A">
      <w:r>
        <w:t>He shifted uneasily in his seat, as though deciding how much information to deliver first. A holographic map appeared beside him, zooming in on the Palm City coastline. “Fort Brigg down in Palm City is under attack.” The image shifted to live aerial footage. Searchlights swept frantically across the base while anti-aircraft fire streaked through the night sky in brilliant arcs of orange, blue, and white. Smoke rolled over sections of the installation, illuminated every few seconds by fresh explosions. “It isn’t confirmed.” Levy’s jaw tightened. “But I believe it’s Dyce.” He enlarged the surveillance feed. “Witnesses report…” Two vehicle outlines appeared over the battlefield footage. “Two BMW Sky Cars.”</w:t>
      </w:r>
    </w:p>
    <w:p w:rsidR="00095185" w:rsidRDefault="00E41A6A">
      <w:r>
        <w:t>Another explosion illuminated the screen. “They’re wreaking absolute havoc on the installation.” Ethic didn’t hesitate. “BMWs.” His eyes narrowed. “Silver…” He paused only a heartbeat. “And black.” He faced Levy. “I’d bet my life on it.” There wasn’t a trace of uncertainty in his voice. He folded his arms as his mind rapidly reconstructed Gideon’s movements. “That’s Gideon.” His expression darkened. “He’s making a bold move.” Levy gave a grim nod.</w:t>
      </w:r>
    </w:p>
    <w:p w:rsidR="00095185" w:rsidRDefault="00E41A6A">
      <w:r>
        <w:t>“That isn’t even the worst part.” Another classified report appeared. He enlarged the diagnostics. “Our targeting systems keep losing visual contact.” He looked back at Ethic. “Not only that… they’re invisible now.” The word hung in the air. “We’ve exhausted conventional optics.” Another report. “Infrared.” Another. “Radar.” Another. “Nothing.”</w:t>
      </w:r>
    </w:p>
    <w:p w:rsidR="00095185" w:rsidRDefault="00E41A6A">
      <w:r>
        <w:t>Levy exhaled. “We’re about to try sonar.” Ethic’s eyes widened. Then everything clicked. His chair scraped violently backward as he shot to his feet. “Runner technology.” The realization struck him like lightning. “Of course.” He began pacing immediately. His thoughts connected years of classified research in seconds. “The cloaking…” “The mobility…” “The impossible maneuverability.” He pointed to Levy’s hologram. “He’s using Runner technology.” He shook his head at himself.</w:t>
      </w:r>
    </w:p>
    <w:p w:rsidR="00095185" w:rsidRDefault="00E41A6A">
      <w:r>
        <w:t>“I should’ve seen it sooner.” Levy watched silently. He’d learned long ago that interrupting Ethic in moments like this usually slowed him down. Ethic stopped pacing. “Yes.” He pointed emphatically. “Use sonar.” “That’ll give you positional tracking.” His tone became more urgent. “But listen carefully.” He leaned toward the hologram. “Once you locate him, you cannot waste ammunition.” His voice hardened. “He’ll be practically bulletproof.”</w:t>
      </w:r>
    </w:p>
    <w:p w:rsidR="00095185" w:rsidRDefault="00E41A6A">
      <w:r>
        <w:t>The General frowned. “Why?” Ethic answered immediately. “The Runner field doesn’t just bend light.” He gestured through the air, visualizing the technology as though the equations still floated in front of him. “It disperses kinetic force across the energy envelope.” He looked Levy squarely in the eye. “Small arms won’t penetrate it.” “Neither will conventional anti-air rounds.” His finger struck the tabletop for emphasis. “You need concentrated energy.” “A beam cannon.” Another beat. “That’s the only thing powerful enough to punch through his defenses before the field redistributes the impact.” Levy’s expression grew more serious.</w:t>
      </w:r>
    </w:p>
    <w:p w:rsidR="00095185" w:rsidRDefault="00E41A6A">
      <w:r>
        <w:t>“I’ll relay it.” Orders went out behind Levy as restricted weapons systems came online. “If you’re right, we may have a way to hit him.”</w:t>
      </w:r>
    </w:p>
    <w:p w:rsidR="00095185" w:rsidRDefault="00E41A6A">
      <w:r>
        <w:t>Ethic raised a hand before Levy disconnected. “One more question.” “Yes?” “If Gideon is attacking Fort Brigg, what is he after?” Ethic leaned toward the projection. “And before you answer, tell me how whatever you’re protecting changes the risk to my team.” He was not interested in pride, jurisdiction, or classified embarrassment. He wanted the variable that could get his people killed.</w:t>
      </w:r>
    </w:p>
    <w:p w:rsidR="00095185" w:rsidRDefault="00E41A6A">
      <w:r>
        <w:t>If Gideon was committing this many resources to a single target, then whatever happened at Fort Brigg would eventually find its way to T.R.A.P.S. General Levy studied him for a long moment. For all of Ethic’s flaws, Levy had always respected that about him. He never asked what a decision meant for himself. Only what it meant for his people. Levy answered quietly. “You remain a team.” The words carried more weight than any tactical briefing. If the President deployed his own strike force, T.R.A.P.S. would become just another military unit buried beneath bureaucracy, politicians, and competing chains of command.</w:t>
      </w:r>
    </w:p>
    <w:p>
      <w:r>
        <w:t>Levy started to end the call, then stopped. “Royce.”</w:t>
      </w:r>
    </w:p>
    <w:p>
      <w:r>
        <w:t>Ethic looked up. “Yeah?”</w:t>
      </w:r>
    </w:p>
    <w:p>
      <w:r>
        <w:t>“Seventy-two hours means seventy-two. Don’t make me explain you to the President twice.”</w:t>
      </w:r>
    </w:p>
    <w:p>
      <w:r>
        <w:t>Ethic kept the Brigg feed open. “Then stop calling and let me work.”</w:t>
      </w:r>
    </w:p>
    <w:p>
      <w:r>
        <w:t>Levy almost smiled. “There he is.”</w:t>
      </w:r>
    </w:p>
    <w:p>
      <w:r>
        <w:t>“Good night, General.”</w:t>
      </w:r>
    </w:p>
    <w:p>
      <w:r>
        <w:t>“It isn’t going to be.”</w:t>
      </w:r>
    </w:p>
    <w:p>
      <w:r>
        <w:t>Ethic looked at the burning base. “No. It isn’t.”</w:t>
      </w:r>
    </w:p>
    <w:p w:rsidR="00095185" w:rsidRDefault="00E41A6A">
      <w:r>
        <w:t>“Use the time,” Levy said, then disconnected. Ethic kept the Brigg report open.</w:t>
      </w:r>
    </w:p>
    <w:p w:rsidR="00095185" w:rsidRDefault="00E41A6A">
      <w:r>
        <w:t>That was all the time standing between T.R.A.P.S. and losing the freedom that made them effective. The muscles in his jaw tightened. “Then we’d better move.”</w:t>
      </w:r>
    </w:p>
    <w:p w:rsidR="00095185" w:rsidRDefault="00E41A6A">
      <w:pPr>
        <w:pStyle w:val="ActuatorSceneStart"/>
        <w:ind/>
      </w:pPr>
      <w:r>
        <w:t>Outside Fort Brigg, the battle had become increasingly one-sided. Smoke drifted lazily across the sprawling naval installation, illuminated by the rotating beams of searchlights still desperately combing the night sky.</w:t>
      </w:r>
    </w:p>
    <w:p w:rsidR="00095185" w:rsidRDefault="00E41A6A">
      <w:r>
        <w:t>The surviving defenders had abandoned the open courtyards entirely. High overhead, Dyce and Sheol continued circling the installation beneath the protection of their cloaking fields.</w:t>
      </w:r>
    </w:p>
    <w:p w:rsidR="00095185" w:rsidRDefault="00E41A6A">
      <w:pPr>
        <w:pStyle w:val="ActuatorSceneStart"/>
        <w:ind/>
      </w:pPr>
      <w:r>
        <w:t>Within the fortress, Vulcan and Youmi finally reached their destination. A reinforced steel door blocked the end of the corridor. CONTROL SYSTEMS. Vulcan glanced down at his Disc Icon. The waypoint disappeared. They had arrived.</w:t>
      </w:r>
    </w:p>
    <w:p w:rsidR="00095185" w:rsidRDefault="00E41A6A">
      <w:r>
        <w:t>Without taking his eyes off the door, he activated an encrypted channel. “Siege.” His voice remained low. “We’ve reached the control room.” The acknowledgment returned instantly. Vulcan ended the transmission. Neither operative hesitated. The mission had reached its most dangerous stage. Everything before this had simply been getting into position. Youmi flexed her wrist. The Shadow Gate activated silently. Darkness pooled around her feet before climbing over her body like flowing ink. It wrapped around her without sound, swallowing every outline until she became indistinguishable from the shadows surrounding the doorway. Within seconds she dissolved into the surrounding darkness, slipping effortlessly beneath the sealed doorway without ever opening it.</w:t>
      </w:r>
    </w:p>
    <w:p w:rsidR="00095185" w:rsidRDefault="00E41A6A">
      <w:r>
        <w:t>Electrified filaments tightened around her wrists and shoulders, locking her movements before she could fully react. Her balance disappeared. The nearest soldiers stepped forward immediately. “Don’t let her move!”</w:t>
      </w:r>
    </w:p>
    <w:p w:rsidR="00095185" w:rsidRDefault="00E41A6A">
      <w:r>
        <w:t>“Fire!” Before anyone could pull the trigger, another shadow erupted inside the room. Vulcan. He emerged almost beside the closest guard. The soldier barely had time to widen his eyes. Vulcan seized him by the throat with one hand. CRACK. His neck snapped effortlessly. Without releasing the body, Vulcan ripped the rifle from the dead guard’s hands. The weapon barked to life. Controlled bursts erupted across the room. Several guards dropped before they could react. Others dove desperately for cover behind consoles and equipment stations.</w:t>
      </w:r>
    </w:p>
    <w:p w:rsidR="00095185" w:rsidRDefault="00E41A6A">
      <w:r>
        <w:t>Vulcan calmly counted beneath his breath as bodies fell. “Four…” Another burst. “Five…” A second guard collapsed. “Six…” Blood splattered across one of the control panels. Sparks erupted from damaged circuitry. “Seven…” Silence.</w:t>
      </w:r>
    </w:p>
    <w:p w:rsidR="00095185" w:rsidRDefault="00E41A6A">
      <w:r>
        <w:t>Two guards held Youmi’s restraint cables while the last two covered the technician. Their rifle fire tore through Vulcan’s chest and shoulders, driving him back a step. He kept coming as the wounds closed.</w:t>
      </w:r>
    </w:p>
    <w:p w:rsidR="00095185" w:rsidRDefault="00E41A6A">
      <w:r>
        <w:t>The soldiers stared in horror. Their rifles lowered almost involuntarily. “What is he?” Vulcan answered with action. His QuickSword snapped into his hand. One smooth motion. One precise swing. The blade sliced cleanly through the nearest guard’s neck. The man’s head separated from his shoulders before his body even realized it had died. It collapsed seconds later. The remaining guard never looked away from Vulcan.</w:t>
      </w:r>
    </w:p>
    <w:p w:rsidR="00095185" w:rsidRDefault="00E41A6A">
      <w:r>
        <w:t>Vulcan cut down the remaining defender, but the technician had reached Remote Activation. Youmi drove her heel into one captor’s knee and seized his restraint control. The cables released. She shot the other guard while Vulcan dragged the technician from the console and tore out the control module.</w:t>
      </w:r>
    </w:p>
    <w:p w:rsidR="00095185" w:rsidRDefault="00E41A6A">
      <w:pPr>
        <w:pStyle w:val="ActuatorSceneStart"/>
        <w:ind/>
      </w:pPr>
      <w:r>
        <w:t>Several levels below, Siege stood surrounded by five hundred dormant androids. A soft mechanical click echoed through the enormous chamber. Then another. Then dozens.</w:t>
      </w:r>
    </w:p>
    <w:p w:rsidR="00095185" w:rsidRDefault="00E41A6A">
      <w:r>
        <w:t>All around him, the androids were waking up. “Five hundred.” Siege grinned beneath his visor as the first row of dormant machines began unfolding before him. “Time to move them.”</w:t>
      </w:r>
    </w:p>
    <w:p w:rsidR="00095185" w:rsidRDefault="00E41A6A">
      <w:r>
        <w:t>A crimson portal opened beside Siege. Dyce stepped through first, leaving the silver BMW on its flight controls above the fortress.</w:t>
      </w:r>
    </w:p>
    <w:p w:rsidR="00095185" w:rsidRDefault="00E41A6A">
      <w:r>
        <w:t>Sheol followed at his side. Row after row of perfectly preserved android soldiers now stood upright, their polished metallic bodies reflecting the pale green glow of Siege’s night vision and the intermittent emergency lighting overhead. Gideon’s smile slowly widened. His eyes swept across the endless ranks. “It…” He barely whispered the word. “…is finally happening.”</w:t>
      </w:r>
    </w:p>
    <w:p w:rsidR="00095185" w:rsidRDefault="00E41A6A">
      <w:r>
        <w:t>Vindication. He could still see the decommissioning file rotating above a briefing table, SHEOL reduced to PROJECT 5 while officers discussed permanent disposal without once asking what she wanted. No one had used her name. No one had even suggested she should be in the room. That had been the moment Gideon stopped believing reform would ever reach the people who needed it. Years later, watching people die so this moment could exist did not trouble him enough to stop. Five hundred machines now stood between that old helplessness and the future he intended to build with Sheol. For the first time, he was looking upon a force large enough to make the people who had hunted her afraid of being hunted in return. “I am…” He turned in place, admiring the scale of what stood before him. “…watching my army mobilize.”</w:t>
      </w:r>
    </w:p>
    <w:p w:rsidR="00095185" w:rsidRDefault="00E41A6A">
      <w:r>
        <w:t>“No one will know what hit them.”</w:t>
      </w:r>
    </w:p>
    <w:p w:rsidR="00095185" w:rsidRDefault="00E41A6A">
      <w:r>
        <w:t>Above Fort Brigg, the cloaks on the unattended BMWs disengaged. Both vehicles appeared over the installation. A soldier pointed. “There!”</w:t>
      </w:r>
    </w:p>
    <w:p w:rsidR="00095185" w:rsidRDefault="00E41A6A">
      <w:r>
        <w:t>“I’ve got visual!” “Target acquired!” Searchlights snapped toward the cars. Weapon systems locked on. Across the base, automated targeting arrays chirped as firing solutions flooded combat displays. For the first time since the attack had begun, the defenders had something tangible to aim at. In the underground chamber, every android’s head turned at once. Five hundred optic sensors shifted in sequence: Gideon. Sheol. Siege. Every unauthorized lifeform in the room. The movement was so perfectly synchronized that it resembled a single organism rather than hundreds of independent machines. Silence.</w:t>
      </w:r>
    </w:p>
    <w:p w:rsidR="00095185" w:rsidRDefault="00E41A6A">
      <w:r>
        <w:t>Five hundred synthetic voices spoke as one. “Protect Fort Brigg.” The perfectly synchronized declaration echoed through the enormous chamber like the voice of a single colossal machine. The words reverberated off concrete walls and vanished into the darkness beyond the endless rows of androids. Weapons deployed. Hidden compartments opened along forearms. Shoulder ports rotated outward. Integrated rifles unfolded from armored housings. Energy emitters charged. Micro-missile launchers locked into firing position. The room exploded into gunfire. Blue bolts. Kinetic rounds. Micro-missiles.</w:t>
      </w:r>
    </w:p>
    <w:p w:rsidR="00095185" w:rsidRDefault="00E41A6A">
      <w:r>
        <w:t>An overwhelming storm of fire converged on Team D.A.R.C. “Move!” Siege dove sideways as the first barrage tore through the space where he’d been standing only a heartbeat earlier. The floor erupted beneath the impacts. Concrete burst apart. Sparks showered across the chamber. Rounds ricocheted violently off concrete pillars while energy blasts gouged glowing scars into the walls. He slid behind a small security kiosk positioned near the center of the chamber. The reinforced housing shuddered violently as dozens of impacts struck it in rapid succession. Chunks of composite material exploded into the air. The barrier wasn’t meant to stop military-grade fire. It simply happened to be the nearest cover available. “Sheol!” Dyce barked as he disappeared behind another support column.</w:t>
      </w:r>
    </w:p>
    <w:p w:rsidR="00095185" w:rsidRDefault="00E41A6A">
      <w:r>
        <w:t>Sheol had already moved, returning fire with disciplined precision while using the androids’ own ranks to limit the number that could engage her simultaneously. The battle had erupted almost instantly. Siege’s Disc Icon vibrated against his wrist. An incoming transmission. He risked a quick glance downward. “Command…” Before he could finish accepting the call, a metallic blur crashed through the smoke.</w:t>
      </w:r>
    </w:p>
    <w:p w:rsidR="00095185" w:rsidRDefault="00E41A6A">
      <w:r>
        <w:t>The impact drove him backward. Pain exploded through his shoulder. His jaw clenched so hard his teeth groaned. “Grrr!”</w:t>
      </w:r>
    </w:p>
    <w:p w:rsidR="00095185" w:rsidRDefault="00E41A6A">
      <w:r>
        <w:t>Siege growled through gritted teeth. “Son of a…” He wrapped one massive hand around the embedded weapon. Then pulled.</w:t>
      </w:r>
    </w:p>
    <w:p w:rsidR="00095185" w:rsidRDefault="00E41A6A">
      <w:r>
        <w:t>Hundreds of blue eyes continued closing the distance without fear. Without hesitation. He rolled one shoulder, testing the rapidly healing arm. The movement still hurt. But it worked. A savage grin spread across his face. “Now, this is more like it.” “Walkie-Talkie mode.”</w:t>
      </w:r>
    </w:p>
    <w:p w:rsidR="00095185" w:rsidRDefault="00E41A6A">
      <w:r>
        <w:t>Siege barked the command through gritted teeth as he slammed another magazine into his pistol. A moment later, Vulcan’s voice crackled through the encrypted link beneath the chaos of battle. “We ran into a problem.” Gunfire erupted behind him. “We have to get the control to Fate.” Siege clenched his jaw. “No shit!” He ducked another barrage of rounds that shredded the top of the ruined kiosk behind him. “Hurry the fuck up!”</w:t>
      </w:r>
    </w:p>
    <w:p w:rsidR="00095185" w:rsidRDefault="00E41A6A">
      <w:r>
        <w:t>Several corridors away, Vulcan grabbed Youmi by the shoulder. “Now.”</w:t>
      </w:r>
    </w:p>
    <w:p w:rsidR="00095185" w:rsidRDefault="00E41A6A">
      <w:pPr>
        <w:pStyle w:val="ActuatorSceneStart"/>
        <w:ind/>
      </w:pPr>
      <w:r>
        <w:t>Inside the android chamber, the battle raged for only a few moments longer. Dyce glanced at Sheol. They had drawn the androids’ attention long enough for the control module to be taken. Now they needed to get clear.</w:t>
      </w:r>
    </w:p>
    <w:p w:rsidR="00095185" w:rsidRDefault="00E41A6A">
      <w:r>
        <w:t>Siege fired one last burst into the advancing android line before backing toward the portal. “Time to go!” Even as he retreated, more androids continued advancing through the smoke, stepping over destroyed machines with unwavering discipline. They never slowed. They never hesitated. They simply kept coming. The three disappeared into the crimson abyss just as another wave of synthetic soldiers flooded into the chamber. Their retreat was timed to the heartbeat. The leading ranks reached the center of the room only an instant after the last of D.A.R.C.’s operatives vanished beyond the portal.</w:t>
      </w:r>
    </w:p>
    <w:p w:rsidR="00095185" w:rsidRDefault="00E41A6A">
      <w:r>
        <w:t>The gunfire ceased. For several seconds, not a single machine moved.</w:t>
      </w:r>
    </w:p>
    <w:p w:rsidR="00095185" w:rsidRDefault="00E41A6A">
      <w:pPr>
        <w:pStyle w:val="ActuatorSceneStart"/>
        <w:ind/>
      </w:pPr>
      <w:r>
        <w:t>At the warehouse complex, a Shadow Gate opened above the storage platform. Vulcan came through with the captured control module, Youmi close behind. Fate was already waiting.</w:t>
      </w:r>
    </w:p>
    <w:p w:rsidR="00095185" w:rsidRDefault="00E41A6A">
      <w:r>
        <w:t>Fate took the control module in one hand and stopped on the elevated catwalk overlooking the hangar. Its polished metallic housing glowed softly with streams of blue diagnostic lights, the device no larger than a hardcover book despite containing the authority to command an entire army.</w:t>
      </w:r>
    </w:p>
    <w:p w:rsidR="00095185" w:rsidRDefault="00E41A6A">
      <w:r>
        <w:t>Fate’s fingers moved confidently across the controls. “Excellent…” he murmured. “This should do it.”</w:t>
      </w:r>
    </w:p>
    <w:p w:rsidR="00095185" w:rsidRDefault="00E41A6A">
      <w:r>
        <w:t>Fate linked the captured control module to the warehouse network. The interface asked for authority, and the irony struck him hard enough to still his hands. He was a man still learning which impulses belonged to him, now holding the command structure for five hundred obedient machines. He entered the sequence anyway and made himself remember that this action, at least, was his choice. At Fort Brigg, the android ranks lowered their weapons in perfect synchronization. One by one, they marched through the still-open retreat gateway and emerged onto the warehouse floor below him, forming ordered files without a spoken command. The display of discipline brought a satisfied smile to Fate’s face. “Very good…” he murmured. “Very good.”</w:t>
      </w:r>
    </w:p>
    <w:p w:rsidR="00095185" w:rsidRDefault="00E41A6A">
      <w:r>
        <w:t>Only minutes later, another portal tore open near the center of the warehouse. The familiar crimson gateway rippled across the hangar floor before stabilizing. Dyce stepped through first. Sheol followed beside him. Siege emerged last, brushing concrete dust from his shoulders while his recently healed arm flexed experimentally. The moment Gideon saw the assembled ranks, he stopped walking. A rare smile spread across his face. Then it disappeared just as quickly. His eyes landed on Vulcan. Then Youmi. “You two…” He adjusted the sleeve of his jacket, irritation still evident beneath his otherwise composed demeanor. “…managed to fumble what should’ve been a straightforward retrieval.” His tone remained controlled. Almost.</w:t>
      </w:r>
    </w:p>
    <w:p w:rsidR="00095185" w:rsidRDefault="00E41A6A">
      <w:r>
        <w:t>“You’re fortunate…” He looked at the assembled androids. “The mission succeeded anyway.” Neither operative offered an excuse. Dyce turned toward Fate. “Damage report.” Fate glanced across the holographic diagnostics floating above the command console. Structural integrity. Power reserves. Combat readiness.</w:t>
      </w:r>
    </w:p>
    <w:p w:rsidR="00095185" w:rsidRDefault="00E41A6A">
      <w:r>
        <w:t>Mobility. Fate reviewed the final report before looking back at Gideon. “Yes, sir. There are no casualties beyond repair.” He tapped one final icon. The warehouse lights brightened as all five hundred androids shifted into parade rest. Hundreds of mechanical clicks struck at once. “Five hundred.” He looked across the formation with open satisfaction.</w:t>
      </w:r>
    </w:p>
    <w:p w:rsidR="00095185" w:rsidRDefault="00E41A6A">
      <w:r>
        <w:t>“Fully operational and awaiting orders.” Gideon walked along the front rank.</w:t>
      </w:r>
    </w:p>
    <w:p w:rsidR="00095185" w:rsidRDefault="00E41A6A">
      <w:r>
        <w:t>“I am pleased with what I see. Our preparations have reached another milestone.” Gideon let his gaze travel across the synthetic ranks. “At long last. Our foundation is complete.” He turned to Vulcan and Youmi, and the warmth left his face. “You two.” They stood at attention as he approached.</w:t>
      </w:r>
    </w:p>
    <w:p w:rsidR="00095185" w:rsidRDefault="00E41A6A">
      <w:r>
        <w:t>The silence between each step somehow made the reprimand feel heavier. “I entrusted you with a simple assignment.” His eyes settled first on Youmi. “Infiltrate.” Then Vulcan. “Retrieve.” “And leave.” He folded his hands behind his back once more. “Instead…” He glanced at the fresh damage across Vulcan’s coat and the scorch marks decorating Youmi’s jacket. “You allowed yourselves to become entangled.” His tone remained remarkably calm. That calm was far more unsettling than shouting. “You improvised.” He stopped directly in front of them.</w:t>
      </w:r>
    </w:p>
    <w:p w:rsidR="00095185" w:rsidRDefault="00E41A6A">
      <w:r>
        <w:t>“You exposed yourselves.” Another step. “And you nearly compromised an operation that has taken years to prepare.” Neither offered an excuse. Neither shifted. Their eyes remained forward. Their posture never broke. They simply accepted the criticism in silence. Dyce let the uncomfortable pause linger. The warehouse seemed to grow quieter with every passing second. Finally, he exhaled. “The objective was achieved.” He turned away from them. “For that…” A slight nod.</w:t>
      </w:r>
    </w:p>
    <w:p w:rsidR="00095185" w:rsidRDefault="00E41A6A">
      <w:r>
        <w:t>“You still have value.” Gideon’s features tightened. “But value does not excuse carelessness.” No one mistook the point. Sheol watched from several feet away. Fate kept working at the command console, and even Siege let the reprimand stand without humor. Gideon was not punishing failure; he was correcting a habit before it killed somebody. “You both know better,” he continued. “That is why I am angry.” Vulcan accepted the criticism without flinching. Youmi’s jaw tightened, but she did not look away. Gideon raised his forearm and opened a crimson gateway. Scarlet light rolled across the warehouse and the ranks of androids. At the threshold he paused. “I do not need people who obey me because they are afraid to think.” His gaze moved between them. “I need people who know when the mission has changed and can prove why they changed with it.” That landed differently. It was the reason both of them had stayed with him this long. “I’m returning to base,” he said. “We will address our shortcomings there.” Then the portal swallowed him.</w:t>
      </w:r>
    </w:p>
    <w:p>
      <w:pPr/>
      <w:r>
        <w:t>The gateway sealed behind Gideon. Youmi waited until the scarlet light vanished. “You turned an infiltration into a shooting gallery.” Vulcan glanced at the repaired holes in his coat, then at her. “You were the one tied to the floor.” Her eyes narrowed. “For three seconds.” Siege let out one short laugh. Fate wisely kept working. Vulcan’s mouth twitched despite himself. “Next time, I follow your route.” Youmi holstered her pistol. “Next time, I do not get caught.” It was the closest either of them came to an apology. Then both returned to the androids. Youmi looked once at the sealed gateway. “He is angry because we stopped thinking.” Vulcan adjusted the repaired sleeve of his coat. “Most commanders get angry when you do think.” “That is why I do not work for most commanders.” Vulcan gave a short grunt of agreement. “Orders are cheap. Trust is not.”</w:t>
      </w:r>
    </w:p>
    <w:p>
      <w:pPr/>
      <w:r>
        <w:t>Fate shut down the warehouse display one section at a time. The androids remained in formation beneath the catwalk, five hundred bodies waiting for the next command.</w:t>
      </w:r>
    </w:p>
    <w:p>
      <w:pPr/>
      <w:r>
        <w:t>Youmi climbed the stairs and stopped beside him.</w:t>
      </w:r>
    </w:p>
    <w:p>
      <w:pPr/>
      <w:r>
        <w:t>“You look unhappy.”</w:t>
      </w:r>
    </w:p>
    <w:p>
      <w:pPr/>
      <w:r>
        <w:t>“I am thinking.”</w:t>
      </w:r>
    </w:p>
    <w:p>
      <w:pPr/>
      <w:r>
        <w:t>“That is usually when you look unhappy.”</w:t>
      </w:r>
    </w:p>
    <w:p>
      <w:pPr/>
      <w:r>
        <w:t>He glanced at her. “You make jokes now?”</w:t>
      </w:r>
    </w:p>
    <w:p>
      <w:pPr/>
      <w:r>
        <w:t>“Rarely.”</w:t>
      </w:r>
    </w:p>
    <w:p>
      <w:pPr/>
      <w:r>
        <w:t>“Should I feel honored?”</w:t>
      </w:r>
    </w:p>
    <w:p>
      <w:pPr/>
      <w:r>
        <w:t>“No.”</w:t>
      </w:r>
    </w:p>
    <w:p>
      <w:pPr/>
      <w:r>
        <w:t>Vulcan joined them a moment later, carrying two bottles of water. He handed one to Youmi and kept the other.</w:t>
      </w:r>
    </w:p>
    <w:p>
      <w:pPr/>
      <w:r>
        <w:t>Fate turned to him. “Nothing for me?”</w:t>
      </w:r>
    </w:p>
    <w:p>
      <w:pPr/>
      <w:r>
        <w:t>“You have hands.”</w:t>
      </w:r>
    </w:p>
    <w:p>
      <w:pPr/>
      <w:r>
        <w:t>“Remarkable observation.”</w:t>
      </w:r>
    </w:p>
    <w:p>
      <w:pPr/>
      <w:r>
        <w:t>Vulcan pointed downstairs. “You have five hundred servants.”</w:t>
      </w:r>
    </w:p>
    <w:p>
      <w:pPr/>
      <w:r>
        <w:t>Fate’s expression changed.</w:t>
      </w:r>
    </w:p>
    <w:p>
      <w:pPr/>
      <w:r>
        <w:t>Vulcan noticed.</w:t>
      </w:r>
    </w:p>
    <w:p>
      <w:pPr/>
      <w:r>
        <w:t>The Russian’s voice lost its humor. “Bad joke.”</w:t>
      </w:r>
    </w:p>
    <w:p>
      <w:pPr/>
      <w:r>
        <w:t>Fate rested both palms against the railing. “No. An accurate one.”</w:t>
      </w:r>
    </w:p>
    <w:p>
      <w:pPr/>
      <w:r>
        <w:t>Below them, an android shifted because the control module told it to recalculate balance.</w:t>
      </w:r>
    </w:p>
    <w:p>
      <w:pPr/>
      <w:r>
        <w:t>Fate watched.</w:t>
      </w:r>
    </w:p>
    <w:p>
      <w:pPr/>
      <w:r>
        <w:t>“I told them to stop shooting Gideon,” he said. “Then I told them to walk through a hole in space and stand here.”</w:t>
      </w:r>
    </w:p>
    <w:p>
      <w:pPr/>
      <w:r>
        <w:t>Youmi drank from her bottle. “And?”</w:t>
      </w:r>
    </w:p>
    <w:p>
      <w:pPr/>
      <w:r>
        <w:t>“I did not ask.”</w:t>
      </w:r>
    </w:p>
    <w:p>
      <w:pPr/>
      <w:r>
        <w:t>“They are machines.”</w:t>
      </w:r>
    </w:p>
    <w:p>
      <w:pPr/>
      <w:r>
        <w:t>“I know.”</w:t>
      </w:r>
    </w:p>
    <w:p>
      <w:pPr/>
      <w:r>
        <w:t>Vulcan looked at the ranks. “That matters.”</w:t>
      </w:r>
    </w:p>
    <w:p>
      <w:pPr/>
      <w:r>
        <w:t>“It should.” Fate’s fingers tightened around the railing. “I woke up with somebody else’s will already inside the room. I don’t like how easy this feels.”</w:t>
      </w:r>
    </w:p>
    <w:p>
      <w:pPr/>
      <w:r>
        <w:t>Youmi considered him. “Then remember that feeling.”</w:t>
      </w:r>
    </w:p>
    <w:p>
      <w:pPr/>
      <w:r>
        <w:t>He turned.</w:t>
      </w:r>
    </w:p>
    <w:p>
      <w:pPr/>
      <w:r>
        <w:t>“If you ever stop noticing the difference between command and choice, you become dangerous.”</w:t>
      </w:r>
    </w:p>
    <w:p>
      <w:pPr/>
      <w:r>
        <w:t>Vulcan gave a short nod. “She is right.”</w:t>
      </w:r>
    </w:p>
    <w:p>
      <w:pPr/>
      <w:r>
        <w:t>Youmi studied him. “I know.”</w:t>
      </w:r>
    </w:p>
    <w:p>
      <w:pPr/>
      <w:r>
        <w:t>He ignored that.</w:t>
      </w:r>
    </w:p>
    <w:p>
      <w:pPr/>
      <w:r>
        <w:t>Fate exhaled. “Does Gideon understand that?”</w:t>
      </w:r>
    </w:p>
    <w:p>
      <w:pPr/>
      <w:r>
        <w:t>Vulcan answered first. “He understands more than most commanders.”</w:t>
      </w:r>
    </w:p>
    <w:p>
      <w:pPr/>
      <w:r>
        <w:t>“That was not the question.”</w:t>
      </w:r>
    </w:p>
    <w:p>
      <w:pPr/>
      <w:r>
        <w:t>This time Youmi answered.</w:t>
      </w:r>
    </w:p>
    <w:p>
      <w:pPr/>
      <w:r>
        <w:t>“He understands enough that I stayed.”</w:t>
      </w:r>
    </w:p>
    <w:p>
      <w:pPr/>
      <w:r>
        <w:t>Fate turned to her.</w:t>
      </w:r>
    </w:p>
    <w:p>
      <w:pPr/>
      <w:r>
        <w:t>She leaned against the rail. “My last command structure called precision obedience. They wanted a weapon that did not ask why. Gideon asked what I thought before he asked what I could do.”</w:t>
      </w:r>
    </w:p>
    <w:p>
      <w:pPr/>
      <w:r>
        <w:t>Vulcan stared down at the androids.</w:t>
      </w:r>
    </w:p>
    <w:p>
      <w:pPr/>
      <w:r>
        <w:t>“My old unit sent men into a building after command knew the floor was mined. They wanted the timetable more than the men.” His jaw tightened. “Gideon changed the timetable.”</w:t>
      </w:r>
    </w:p>
    <w:p>
      <w:pPr/>
      <w:r>
        <w:t>Fate absorbed that.</w:t>
      </w:r>
    </w:p>
    <w:p>
      <w:pPr/>
      <w:r>
        <w:t>“That’s why you follow him.”</w:t>
      </w:r>
    </w:p>
    <w:p>
      <w:pPr/>
      <w:r>
        <w:t>Vulcan’s eyes moved to him. “I follow because I choose.”</w:t>
      </w:r>
    </w:p>
    <w:p>
      <w:pPr/>
      <w:r>
        <w:t>Youmi nodded. “Important distinction.”</w:t>
      </w:r>
    </w:p>
    <w:p>
      <w:pPr/>
      <w:r>
        <w:t>Fate turned back to the five hundred machines.</w:t>
      </w:r>
    </w:p>
    <w:p>
      <w:pPr/>
      <w:r>
        <w:t>“Yeah,” he said softly. “It is.”</w:t>
      </w:r>
    </w:p>
    <w:p>
      <w:pPr/>
      <w:r>
        <w:t>Before Fate could turn away, Siege climbed the last steps to the catwalk.</w:t>
      </w:r>
    </w:p>
    <w:p>
      <w:pPr/>
      <w:r>
        <w:t>“You asked why we follow him.”</w:t>
      </w:r>
    </w:p>
    <w:p>
      <w:pPr/>
      <w:r>
        <w:t>Fate looked at him.</w:t>
      </w:r>
    </w:p>
    <w:p>
      <w:pPr/>
      <w:r>
        <w:t>Siege rested his forearms on the railing. Below them, five hundred androids remained perfectly still.</w:t>
      </w:r>
    </w:p>
    <w:p>
      <w:pPr/>
      <w:r>
        <w:t>“I don’t follow speeches.”</w:t>
      </w:r>
    </w:p>
    <w:p>
      <w:pPr/>
      <w:r>
        <w:t>Youmi’s mouth shifted. “We noticed.”</w:t>
      </w:r>
    </w:p>
    <w:p>
      <w:pPr/>
      <w:r>
        <w:t>Siege ignored her.</w:t>
      </w:r>
    </w:p>
    <w:p>
      <w:pPr/>
      <w:r>
        <w:t>“First time I worked under Gideon, he canceled an extraction.”</w:t>
      </w:r>
    </w:p>
    <w:p>
      <w:pPr/>
      <w:r>
        <w:t>Fate waited.</w:t>
      </w:r>
    </w:p>
    <w:p>
      <w:pPr/>
      <w:r>
        <w:t>“We had the target. We had the intelligence. Command wanted us gone.” Siege looked down at his hands. “One of our people was missing.”</w:t>
      </w:r>
    </w:p>
    <w:p>
      <w:pPr/>
      <w:r>
        <w:t>Vulcan’s expression changed with recognition.</w:t>
      </w:r>
    </w:p>
    <w:p>
      <w:pPr/>
      <w:r>
        <w:t>Siege continued. “Not important to the mission. Not senior. Nobody in command cared about him. Gideon asked where he was.”</w:t>
      </w:r>
    </w:p>
    <w:p>
      <w:pPr/>
      <w:r>
        <w:t>Fate said, “And?”</w:t>
      </w:r>
    </w:p>
    <w:p>
      <w:pPr/>
      <w:r>
        <w:t>“We went back.”</w:t>
      </w:r>
    </w:p>
    <w:p>
      <w:pPr/>
      <w:r>
        <w:t>The answer was simple enough that Fate almost missed what it meant.</w:t>
      </w:r>
    </w:p>
    <w:p>
      <w:pPr/>
      <w:r>
        <w:t>Siege looked across the ranks below.</w:t>
      </w:r>
    </w:p>
    <w:p>
      <w:pPr/>
      <w:r>
        <w:t>“Cost us the objective. Command tore him apart for it.”</w:t>
      </w:r>
    </w:p>
    <w:p>
      <w:pPr/>
      <w:r>
        <w:t>“You agreed with him?” Fate asked.</w:t>
      </w:r>
    </w:p>
    <w:p>
      <w:pPr/>
      <w:r>
        <w:t>“No.”</w:t>
      </w:r>
    </w:p>
    <w:p>
      <w:pPr/>
      <w:r>
        <w:t>That surprised everyone.</w:t>
      </w:r>
    </w:p>
    <w:p>
      <w:pPr/>
      <w:r>
        <w:t>Siege turned his head. “I thought it was stupid.”</w:t>
      </w:r>
    </w:p>
    <w:p>
      <w:pPr/>
      <w:r>
        <w:t>Youmi raised an eyebrow.</w:t>
      </w:r>
    </w:p>
    <w:p>
      <w:pPr/>
      <w:r>
        <w:t>“It was stupid,” Siege repeated. “Bad terrain. Bad timing. Too much exposure.” He tapped the railing once. “We still got our man back.”</w:t>
      </w:r>
    </w:p>
    <w:p>
      <w:pPr/>
      <w:r>
        <w:t>Fate studied him. “So that convinced you?”</w:t>
      </w:r>
    </w:p>
    <w:p>
      <w:pPr/>
      <w:r>
        <w:t>“No.”</w:t>
      </w:r>
    </w:p>
    <w:p>
      <w:pPr/>
      <w:r>
        <w:t>“What did?”</w:t>
      </w:r>
    </w:p>
    <w:p>
      <w:pPr/>
      <w:r>
        <w:t>“Afterward, Gideon put his own name on the report. Nobody else’s.” Siege’s jaw tightened slightly. “Said the decision was his, so the punishment was his.”</w:t>
      </w:r>
    </w:p>
    <w:p>
      <w:pPr/>
      <w:r>
        <w:t>Vulcan nodded once.</w:t>
      </w:r>
    </w:p>
    <w:p>
      <w:pPr/>
      <w:r>
        <w:t>Siege looked at Fate. “Plenty of commanders will spend your life. Some will spend it for a good reason. Some for a bad one.” He pointed toward the sealed case containing the control module. “I stay with the one who remembers it belongs to me.”</w:t>
      </w:r>
    </w:p>
    <w:p>
      <w:pPr/>
      <w:r>
        <w:t>Fate looked back at the androids.</w:t>
      </w:r>
    </w:p>
    <w:p>
      <w:pPr/>
      <w:r>
        <w:t>“And if he forgets?”</w:t>
      </w:r>
    </w:p>
    <w:p>
      <w:pPr/>
      <w:r>
        <w:t>Siege answered without hesitation.</w:t>
      </w:r>
    </w:p>
    <w:p>
      <w:pPr/>
      <w:r>
        <w:t>“Then I remind him.”</w:t>
      </w:r>
    </w:p>
    <w:p>
      <w:pPr/>
      <w:r>
        <w:t>Youmi gave him a sidelong look. “That sounds almost philosophical.”</w:t>
      </w:r>
    </w:p>
    <w:p>
      <w:pPr/>
      <w:r>
        <w:t>“It isn’t.”</w:t>
      </w:r>
    </w:p>
    <w:p>
      <w:pPr/>
      <w:r>
        <w:t>Vulcan drank from his water bottle. “He means he will yell.”</w:t>
      </w:r>
    </w:p>
    <w:p>
      <w:pPr/>
      <w:r>
        <w:t>“I will.”</w:t>
      </w:r>
    </w:p>
    <w:p>
      <w:pPr/>
      <w:r>
        <w:t>For the first time since taking control of the androids, Fate laughed.</w:t>
      </w:r>
    </w:p>
    <w:p>
      <w:pPr/>
      <w:r>
        <w:t>Siege pushed away from the railing.</w:t>
      </w:r>
    </w:p>
    <w:p>
      <w:pPr/>
      <w:r>
        <w:t>“Choice matters. So does what you do with it.”</w:t>
      </w:r>
    </w:p>
    <w:p>
      <w:pPr/>
      <w:r>
        <w:t>Then he headed downstairs to begin inspecting the army Gideon had just stolen.</w:t>
      </w:r>
    </w:p>
    <w:p>
      <w:pPr/>
      <w:r>
        <w:t>Below them, one android’s optic flickered.</w:t>
      </w:r>
    </w:p>
    <w:p>
      <w:pPr/>
      <w:r>
        <w:t>Fate lifted the control module.</w:t>
      </w:r>
    </w:p>
    <w:p>
      <w:pPr/>
      <w:r>
        <w:t>Then stopped.</w:t>
      </w:r>
    </w:p>
    <w:p>
      <w:pPr/>
      <w:r>
        <w:t>Instead of issuing a command, he locked the interface and slid it into a secured case.</w:t>
      </w:r>
    </w:p>
    <w:p>
      <w:pPr/>
      <w:r>
        <w:t>For tonight, the army could stand still.</w:t>
      </w:r>
    </w:p>
    <w:p w:rsidR="00095185" w:rsidRDefault="00E41A6A">
      <w:pPr>
        <w:pStyle w:val="ActuatorChapterTitle"/>
        <w:rPr>
          <w:rFonts w:hint="eastAsia"/>
        </w:rPr>
      </w:pPr>
      <w:r>
        <w:t>Chapter 16: Rewrite the Rules</w:t>
      </w:r>
    </w:p>
    <w:p w:rsidR="00095185" w:rsidRDefault="00E41A6A">
      <w:pPr>
        <w:pStyle w:val="ActuatorSceneStart"/>
        <w:ind/>
      </w:pPr>
      <w:r>
        <w:t>The gateway closed. Five hundred androids waited in the warehouse. At T.R.A.P.S., work continued through the next two days while Ethic’s seventy-two-hour window narrowed. Near the end of that preparation, he entered the mechanic’s dock as Mecca brought the transport’s systems online. Cooling fans roared beneath freshly welded armor.</w:t>
      </w:r>
    </w:p>
    <w:p w:rsidR="00095185" w:rsidRDefault="00E41A6A">
      <w:r>
        <w:t>Ethic stopped at the edge of the mechanic’s dock. “Damn.” Mecca’s new vehicle occupied enough floor space to make everything around it look temporary. The body sat high on oversized armored wheels wrapped in adaptive treads, with layered composite plating across the nose and shutters recessed above the windows. Side panels concealed compartments he could only identify because the seams were too precise to be decorative. He walked around the front and rapped his knuckles against the armor. Solid. Mecca popped up from the driver’s hatch, grease streaked across one cheek. “Well?” “Looks like it’d drive through a building and apologize to the bricks afterward.” She laughed and dropped from the ladder. “That was actually part of the design philosophy.” She patted the hull. “Khalid stopped by about two hours ago.” Ethic immediately looked suspicious. “That sentence never ends cheaply.”</w:t>
      </w:r>
    </w:p>
    <w:p w:rsidR="00095185" w:rsidRDefault="00E41A6A">
      <w:r>
        <w:t>Mecca opened one side panel. “He brought attachments.” Another section unlocked beneath it. “Extra ammunition chambers.” She tapped a third control, and a concealed mount shifted into position. “And a few surprises.” Pride practically vibrated off her. “I used all of it.” Ethic leaned closer to inspect the work. “Of course you did.” “You wanna see how this beast operates?” She was already halfway back to the driver’s seat before he answered. Ethic opened the passenger door. “Let’s give her a spin.” The engine note deepened the moment Mecca settled behind the controls. Across the headquarters complex, Anari tightened the final connector on the seventh wormhole device. Its indicator changed from amber to green. She sat back and counted the finished units across her bench: six matching field devices and one reinforced module built specifically for Mecca’s vehicle.</w:t>
      </w:r>
    </w:p>
    <w:p w:rsidR="00095185" w:rsidRDefault="00E41A6A">
      <w:r>
        <w:t>That final device sat inside a reinforced housing designed specifically for integration into Mecca’s new vehicle. At least on paper. She wiped a smudge of grease from her forehead and stared at the prototype. “Well…” She let out a long breath. “Here goes.” She picked up the controller and turned it over once in her hands. “Either…” A nervous laugh escaped her. “…this works…” She looked at the destination coordinates floating above her workstation. “…and I end up in the mechanic’s dock…” Her eyes returned to the glowing emitter. “…or…” She grimaced. “…I turn into a really long spaghetti string.” Nobody had actually confirmed what happened when an experimental wormhole malfunctioned. Her imagination had supplied plenty of possibilities. None of them were encouraging. She pressed the first sequence. Power surged through the device. A low hum filled the laboratory. Another command.</w:t>
      </w:r>
    </w:p>
    <w:p w:rsidR="00095185" w:rsidRDefault="00E41A6A">
      <w:r>
        <w:t>Space itself rippled. Instead of Gideon’s familiar crimson portals, a shimmering blue-green circle blossomed into existence a few feet away. Energy readings held steady. “Okay…” She swallowed. “So far… so good.” Taking one last deep breath, she closed her eyes. “Please don’t make me pasta.” She stepped forward. The sensation lasted less than a heartbeat. Cold. Weightless. Like walking through cool water without getting wet. Then solid ground returned beneath her feet. Anari opened her eyes. She smiled. “It worked!”</w:t>
      </w:r>
    </w:p>
    <w:p w:rsidR="00095185" w:rsidRDefault="00E41A6A">
      <w:r>
        <w:t>The armored vehicle rounded the corner faster than Anari expected. For half a second she and Mecca simply stared at each other through the windshield. Then Anari saw the grille filling her entire field of view. “AAAAAAAAAHHHHHHHH!” Mecca hit the brake. Forward thrusters rotated beneath the chassis and reverse jets fired hard enough to blast loose tools across the dock. Tires shrieked against the concrete. The suspension compressed, rebounded, and finally locked. The vehicle stopped five centimeters from Anari. Heat and displaced air slapped her hair backward. One wrench clattered across the floor and spun to a stop. Nobody moved. Ethic had the hatch open before the chassis finished settling. He dropped to the concrete and headed straight for her while Mecca killed the drive systems with both hands.</w:t>
      </w:r>
    </w:p>
    <w:p w:rsidR="00095185" w:rsidRDefault="00E41A6A">
      <w:r>
        <w:t>“What the hell?!” Ethic’s shout filled the garage. Mecca leaned halfway out of the driver’s hatch. “I didn’t see her!” He was already moving toward Anari. She had gone pale, hands trembling, five centimeters of empty floor separating her from the armored grille. Mecca climbed out before the chassis had fully settled. “Anari, talk to me.” Anari’s mouth opened once before sound came. She looked at the tire, then at the portal behind her, then finally at Mecca. “Still needs work.” The joke came out thin but intact. Mecca did not laugh. “You almost became part of the bumper.” “I noticed.” Ethic crouched long enough to confirm she was steady on her feet. “Any pain? Dizziness? Missing pieces?” Anari checked herself with both hands, more annoyed by the questions than frightened now. “All original equipment accounted for.” Ethic remained staring at the empty floor. “What just happened?” Mecca finally exhaled. “I think she just proved it works.”</w:t>
      </w:r>
    </w:p>
    <w:p>
      <w:r>
        <w:t>Mecca pointed at the still-open portal. “Next test, tell me where the exit is.”</w:t>
      </w:r>
    </w:p>
    <w:p>
      <w:r>
        <w:t>Anari stared at the armored grille. “Next test, don’t drive through my exit.”</w:t>
      </w:r>
    </w:p>
    <w:p>
      <w:r>
        <w:t>Ethic looked between them. “Next test, both of you tell me before you rewrite physics in my garage.”</w:t>
      </w:r>
    </w:p>
    <w:p>
      <w:r>
        <w:t>Anari considered that. “That one might be harder.”</w:t>
      </w:r>
    </w:p>
    <w:p>
      <w:r>
        <w:t>“Definitely,” Mecca said.</w:t>
      </w:r>
    </w:p>
    <w:p>
      <w:r>
        <w:t>Ethic stared at both women. “That was not permission.” The blue-green portal rippled again. Rather than stand in front of the vehicle another second, Anari stepped backward into it. Light folded around her until she vanished. The gateway collapsed.</w:t>
      </w:r>
    </w:p>
    <w:p w:rsidR="00095185" w:rsidRDefault="00E41A6A">
      <w:r>
        <w:t>Ethic looked from the empty floor to the enormous vehicle, replaying the sequence in his head. No charging platform. No external portal generator. No massive power array. Just Anari. Then gone. His grin widened.</w:t>
      </w:r>
    </w:p>
    <w:p w:rsidR="00095185" w:rsidRDefault="00E41A6A">
      <w:r>
        <w:t>Elsewhere inside T.R.A.P.S. Headquarters, the sharp crack of rifle fire echoed repeatedly through the indoor firing range. Concrete walls absorbed the concussion while spent brass bounced and spun across the polished floor before settling around the firing lanes. Ventilation fans pulled away the lingering smoke, but the familiar scent of burned propellant still clung stubbornly to the air, mixing with the faint tang of ozone from discharged energy weapons. Khalid stood alone in lane seven. A long rifle rested comfortably in his hands. Modular energy conduits ran along both sides of the receiver, while a sophisticated targeting package projected range, wind speed, and projectile trajectory directly into the shooter’s optic. “This…” Khalid smiled proudly. “…is my baby.”</w:t>
      </w:r>
    </w:p>
    <w:p w:rsidR="00095185" w:rsidRDefault="00E41A6A">
      <w:r>
        <w:t>Versatility. That had been his goal from the beginning.</w:t>
      </w:r>
    </w:p>
    <w:p w:rsidR="00095185" w:rsidRDefault="00E41A6A">
      <w:r>
        <w:t>Almost. Then there was the ammunition. Khalid opened a small case resting on the shooting bench. Each looked subtly different. He picked up the first. “Magnetic slugs.” The projectile’s polished casing concealed a tiny electromagnetic core. “They don’t start tracking immediately.” He rolled the cartridge thoughtfully between his fingers, watching the range lights reflect across the polished metal. “That’d be too easy.” Instead, the magnetic field activated several yards after leaving the barrel, allowing the round to build velocity before subtly bending toward nearby metallic targets.</w:t>
      </w:r>
    </w:p>
    <w:p w:rsidR="00095185" w:rsidRDefault="00E41A6A">
      <w:r>
        <w:t>Useful, with a clean lane. He marked the ammunition case so nobody would confuse that with guaranteed aim.</w:t>
      </w:r>
    </w:p>
    <w:p>
      <w:pPr/>
      <w:r>
        <w:t>He loaded a second magnetic slug and sent a steel carrier moving behind the target. The round left the barrel cleanly, then bent away from the silhouette toward the carrier. Khalid released the trigger before the next shot. His smile disappeared. “Nope.” He marked the magazine TEST ONLY and moved it into a separate case. Clever was useless if it endangered the wrong person. Before this went anywhere near a teammate, the round needed to know the difference between a target and whatever metal happened to be closest.</w:t>
      </w:r>
    </w:p>
    <w:p w:rsidR="00095185" w:rsidRDefault="00E41A6A">
      <w:r>
        <w:t>The explosive slugs behaved better. Their interiors housed carefully arranged zirconia pyramids packed around a miniature explosive charge. On impact, the pyramids shattered outward like razor-edged shrapnel. One projectile. Dozens of secondary wounds. He fired. The steel silhouette erupted into fragments, the surrounding impact wall peppered with hundreds of tiny punctures as razor-sharp debris scattered in every direction. Khalid watched the aftermath, then checked the side walls before nodding. “Yeah…” He marked the safe spread distance on the case. “That’ll do.” Finally, he reached for his favorite.</w:t>
      </w:r>
    </w:p>
    <w:p w:rsidR="00095185" w:rsidRDefault="00E41A6A">
      <w:r>
        <w:t>Khalid spun the cartridge between his fingers and admired it for another second. “This…” He smiled. “…is just disrespectful.”</w:t>
      </w:r>
    </w:p>
    <w:p w:rsidR="00095185" w:rsidRDefault="00E41A6A">
      <w:r>
        <w:t>Khalid laughed out loud. “Oh…” He lowered the rifle. “I like that one.” The indoor range only extended to one hundred yards. Everything beyond that required considerably more space. He gathered his equipment. Carefully. Every prototype returned to its case. Every charge cell accounted for. Testing at five hundred yards awaited.</w:t>
      </w:r>
    </w:p>
    <w:p>
      <w:pPr/>
      <w:r>
        <w:t>The outdoor range sat beyond the last public traffic corridor, cut into an old quarry where reinforced walls could absorb mistakes that would level an ordinary facility.</w:t>
      </w:r>
    </w:p>
    <w:p>
      <w:pPr/>
      <w:r>
        <w:t>Khalid set the TEST ONLY magazine on a red table by itself.</w:t>
      </w:r>
    </w:p>
    <w:p>
      <w:pPr/>
      <w:r>
        <w:t>Zion arrived while he was programming the first target drone.</w:t>
      </w:r>
    </w:p>
    <w:p>
      <w:pPr/>
      <w:r>
        <w:t>“You got snacks?”</w:t>
      </w:r>
    </w:p>
    <w:p>
      <w:pPr/>
      <w:r>
        <w:t>Khalid faced him. “This is a weapons test.”</w:t>
      </w:r>
    </w:p>
    <w:p>
      <w:pPr/>
      <w:r>
        <w:t>“So no snacks.”</w:t>
      </w:r>
    </w:p>
    <w:p>
      <w:pPr/>
      <w:r>
        <w:t>“Why would there be snacks?”</w:t>
      </w:r>
    </w:p>
    <w:p>
      <w:pPr/>
      <w:r>
        <w:t>“Long-range shooting feels like a snack activity.”</w:t>
      </w:r>
    </w:p>
    <w:p>
      <w:pPr/>
      <w:r>
        <w:t>Khalid stared.</w:t>
      </w:r>
    </w:p>
    <w:p>
      <w:pPr/>
      <w:r>
        <w:t>Zion shrugged. “I’m just saying.”</w:t>
      </w:r>
    </w:p>
    <w:p>
      <w:pPr/>
      <w:r>
        <w:t>Troix walked onto the range carrying a Data Helmet. “There will be no food on the firing line.”</w:t>
      </w:r>
    </w:p>
    <w:p>
      <w:pPr/>
      <w:r>
        <w:t>Zion pointed. “See, that’s why I asked before I brought some.”</w:t>
      </w:r>
    </w:p>
    <w:p>
      <w:pPr/>
      <w:r>
        <w:t>Troix turned to him.</w:t>
      </w:r>
    </w:p>
    <w:p>
      <w:pPr/>
      <w:r>
        <w:t>Zion smiled. “Growth.”</w:t>
      </w:r>
    </w:p>
    <w:p>
      <w:pPr/>
      <w:r>
        <w:t>Khalid laughed and handed Troix the test log.</w:t>
      </w:r>
    </w:p>
    <w:p>
      <w:pPr/>
      <w:r>
        <w:t>Troix read the red warning beside the magnetic rounds. “You rejected your own design.”</w:t>
      </w:r>
    </w:p>
    <w:p>
      <w:pPr/>
      <w:r>
        <w:t>“Rejected the current version.”</w:t>
      </w:r>
    </w:p>
    <w:p>
      <w:pPr/>
      <w:r>
        <w:t>“Why?”</w:t>
      </w:r>
    </w:p>
    <w:p>
      <w:pPr/>
      <w:r>
        <w:t>“Too much metal on a battlefield.” Khalid pointed toward Zion’s QuickSword, Troix’s armor, and the target rails. “Round sees what I tell it to see until something else stronger crosses the field. That’s not good enough.”</w:t>
      </w:r>
    </w:p>
    <w:p>
      <w:pPr/>
      <w:r>
        <w:t>Troix returned the log.</w:t>
      </w:r>
    </w:p>
    <w:p>
      <w:pPr/>
      <w:r>
        <w:t>“Correct.”</w:t>
      </w:r>
    </w:p>
    <w:p>
      <w:pPr/>
      <w:r>
        <w:t>Khalid waited.</w:t>
      </w:r>
    </w:p>
    <w:p>
      <w:pPr/>
      <w:r>
        <w:t>Troix said nothing else.</w:t>
      </w:r>
    </w:p>
    <w:p>
      <w:pPr/>
      <w:r>
        <w:t>“That’s it?”</w:t>
      </w:r>
    </w:p>
    <w:p>
      <w:pPr/>
      <w:r>
        <w:t>“Yes.”</w:t>
      </w:r>
    </w:p>
    <w:p>
      <w:pPr/>
      <w:r>
        <w:t>“No speech?”</w:t>
      </w:r>
    </w:p>
    <w:p>
      <w:pPr/>
      <w:r>
        <w:t>“You identified the failure before deployment.”</w:t>
      </w:r>
    </w:p>
    <w:p>
      <w:pPr/>
      <w:r>
        <w:t>Khalid looked toward Zion. “I think he proud of me.”</w:t>
      </w:r>
    </w:p>
    <w:p>
      <w:pPr/>
      <w:r>
        <w:t>“I am not proud.”</w:t>
      </w:r>
    </w:p>
    <w:p>
      <w:pPr/>
      <w:r>
        <w:t>Zion nodded. “He proud.”</w:t>
      </w:r>
    </w:p>
    <w:p>
      <w:pPr/>
      <w:r>
        <w:t>Khalid leaned toward Zion. “Say it with your chest. He’s proud.”</w:t>
      </w:r>
    </w:p>
    <w:p>
      <w:pPr/>
      <w:r>
        <w:t>Troix did not look at him. “I am relieved you possess enough judgment not to shoot your teammates with your own invention.”</w:t>
      </w:r>
    </w:p>
    <w:p>
      <w:pPr/>
      <w:r>
        <w:t>Zion nodded solemnly. “That is basically a medal from him.”</w:t>
      </w:r>
    </w:p>
    <w:p>
      <w:pPr/>
      <w:r>
        <w:t>Khalid smiled. “I’ll take it.”</w:t>
      </w:r>
    </w:p>
    <w:p>
      <w:pPr/>
      <w:r>
        <w:t>Troix finally turned. “Do not.”</w:t>
      </w:r>
    </w:p>
    <w:p>
      <w:pPr/>
      <w:r>
        <w:t>“Too late.”</w:t>
      </w:r>
    </w:p>
    <w:p>
      <w:pPr/>
      <w:r>
        <w:t>Troix ignored them.</w:t>
      </w:r>
    </w:p>
    <w:p>
      <w:pPr/>
      <w:r>
        <w:t>They moved to the five-hundred-yard lane.</w:t>
      </w:r>
    </w:p>
    <w:p>
      <w:pPr/>
      <w:r>
        <w:t>Wind pushed dust across the quarry floor. Khalid settled behind the rifle and checked the range through his optic.</w:t>
      </w:r>
    </w:p>
    <w:p>
      <w:pPr/>
      <w:r>
        <w:t>Target drone one rose.</w:t>
      </w:r>
    </w:p>
    <w:p>
      <w:pPr/>
      <w:r>
        <w:t>He fired.</w:t>
      </w:r>
    </w:p>
    <w:p>
      <w:pPr/>
      <w:r>
        <w:t>The explosive slug crossed the distance and tore the center mass apart.</w:t>
      </w:r>
    </w:p>
    <w:p>
      <w:pPr/>
      <w:r>
        <w:t>Zion whistled. “Damn.”</w:t>
      </w:r>
    </w:p>
    <w:p>
      <w:pPr/>
      <w:r>
        <w:t>“Thank you.”</w:t>
      </w:r>
    </w:p>
    <w:p>
      <w:pPr/>
      <w:r>
        <w:t>“Wasn’t complimenting you. That target had a family.”</w:t>
      </w:r>
    </w:p>
    <w:p>
      <w:pPr/>
      <w:r>
        <w:t>Khalid laughed.</w:t>
      </w:r>
    </w:p>
    <w:p>
      <w:pPr/>
      <w:r>
        <w:t>The next shot used a standard precision round.</w:t>
      </w:r>
    </w:p>
    <w:p>
      <w:pPr/>
      <w:r>
        <w:t>Troix changed the drone’s speed without warning.</w:t>
      </w:r>
    </w:p>
    <w:p>
      <w:pPr/>
      <w:r>
        <w:t>Khalid missed.</w:t>
      </w:r>
    </w:p>
    <w:p>
      <w:pPr/>
      <w:r>
        <w:t>The round struck the backstop.</w:t>
      </w:r>
    </w:p>
    <w:p>
      <w:pPr/>
      <w:r>
        <w:t>His smile vanished.</w:t>
      </w:r>
    </w:p>
    <w:p>
      <w:pPr/>
      <w:r>
        <w:t>“Again,” Troix said.</w:t>
      </w:r>
    </w:p>
    <w:p>
      <w:pPr/>
      <w:r>
        <w:t>“I wasn’t ready.”</w:t>
      </w:r>
    </w:p>
    <w:p>
      <w:pPr/>
      <w:r>
        <w:t>“The enemy rarely confirms readiness.”</w:t>
      </w:r>
    </w:p>
    <w:p>
      <w:pPr/>
      <w:r>
        <w:t>Khalid reset.</w:t>
      </w:r>
    </w:p>
    <w:p>
      <w:pPr/>
      <w:r>
        <w:t>The drone moved faster.</w:t>
      </w:r>
    </w:p>
    <w:p>
      <w:pPr/>
      <w:r>
        <w:t>He missed again.</w:t>
      </w:r>
    </w:p>
    <w:p>
      <w:pPr/>
      <w:r>
        <w:t>Frustration tightened his shoulders.</w:t>
      </w:r>
    </w:p>
    <w:p>
      <w:pPr/>
      <w:r>
        <w:t>Zion noticed. “K.”</w:t>
      </w:r>
    </w:p>
    <w:p>
      <w:pPr/>
      <w:r>
        <w:t>“I got it.”</w:t>
      </w:r>
    </w:p>
    <w:p>
      <w:pPr/>
      <w:r>
        <w:t>“Your breathing says you don’t.”</w:t>
      </w:r>
    </w:p>
    <w:p>
      <w:pPr/>
      <w:r>
        <w:t>Khalid studied him.</w:t>
      </w:r>
    </w:p>
    <w:p>
      <w:pPr/>
      <w:r>
        <w:t>Zion tapped his own chest. “You rush when you mad.”</w:t>
      </w:r>
    </w:p>
    <w:p>
      <w:pPr/>
      <w:r>
        <w:t>Khalid forced himself to slow down.</w:t>
      </w:r>
    </w:p>
    <w:p>
      <w:pPr/>
      <w:r>
        <w:t>Inhale.</w:t>
      </w:r>
    </w:p>
    <w:p>
      <w:pPr/>
      <w:r>
        <w:t>Exhale.</w:t>
      </w:r>
    </w:p>
    <w:p>
      <w:pPr/>
      <w:r>
        <w:t>The drone changed direction.</w:t>
      </w:r>
    </w:p>
    <w:p>
      <w:pPr/>
      <w:r>
        <w:t>He waited.</w:t>
      </w:r>
    </w:p>
    <w:p>
      <w:pPr/>
      <w:r>
        <w:t>One second longer than instinct wanted.</w:t>
      </w:r>
    </w:p>
    <w:p>
      <w:pPr/>
      <w:r>
        <w:t>Then fired.</w:t>
      </w:r>
    </w:p>
    <w:p>
      <w:pPr/>
      <w:r>
        <w:t>The drone dropped.</w:t>
      </w:r>
    </w:p>
    <w:p>
      <w:pPr/>
      <w:r>
        <w:t>Troix checked the telemetry. “Better.”</w:t>
      </w:r>
    </w:p>
    <w:p>
      <w:pPr/>
      <w:r>
        <w:t>Khalid sat up. “That’s all I get?”</w:t>
      </w:r>
    </w:p>
    <w:p>
      <w:pPr/>
      <w:r>
        <w:t>“Would you prefer applause?”</w:t>
      </w:r>
    </w:p>
    <w:p>
      <w:pPr/>
      <w:r>
        <w:t>“Little bit.”</w:t>
      </w:r>
    </w:p>
    <w:p>
      <w:pPr/>
      <w:r>
        <w:t>Troix clapped twice. Perfectly flat. Perfectly serious.</w:t>
      </w:r>
    </w:p>
    <w:p>
      <w:pPr/>
      <w:r>
        <w:t>Zion bent over laughing.</w:t>
      </w:r>
    </w:p>
    <w:p>
      <w:pPr/>
      <w:r>
        <w:t>Khalid stared at Troix. “You know what? I don’t even know if that was disrespectful.”</w:t>
      </w:r>
    </w:p>
    <w:p>
      <w:pPr/>
      <w:r>
        <w:t>Troix handed the rifle back. “Again.”</w:t>
      </w:r>
    </w:p>
    <w:p>
      <w:pPr/>
      <w:r>
        <w:t>By sunset, Khalid’s shoulder ached, Zion had run target drones until his legs cramped, and Troix had quietly turned a weapons test into a lesson about patience.</w:t>
      </w:r>
    </w:p>
    <w:p>
      <w:pPr/>
      <w:r>
        <w:t>Khalid packed the red-tagged magnetic rounds last.</w:t>
      </w:r>
    </w:p>
    <w:p>
      <w:pPr/>
      <w:r>
        <w:t>He did not throw them away.</w:t>
      </w:r>
    </w:p>
    <w:p>
      <w:pPr/>
      <w:r>
        <w:t>A bad idea was not always useless.</w:t>
      </w:r>
    </w:p>
    <w:p>
      <w:pPr/>
      <w:r>
        <w:t>Sometimes it simply had not earned the right to leave the lab.</w:t>
      </w:r>
    </w:p>
    <w:p w:rsidR="00095185" w:rsidRDefault="00E41A6A">
      <w:r>
        <w:t>He headed for the military-owned outdoor proving grounds on the outskirts of Midnight City.</w:t>
      </w:r>
    </w:p>
    <w:p w:rsidR="00095185" w:rsidRDefault="00E41A6A">
      <w:pPr>
        <w:pStyle w:val="ActuatorSceneStart"/>
        <w:ind/>
      </w:pPr>
      <w:r>
        <w:t>The forge’s welding bots had stopped. Troix inspected the completed suits one at a time, checking the locks and seams while the metal cooled.</w:t>
      </w:r>
    </w:p>
    <w:p w:rsidR="00095185" w:rsidRDefault="00E41A6A">
      <w:r>
        <w:t>A shoulder joint bound at the end of its travel. He adjusted it and repeated the motion before moving down the line.</w:t>
      </w:r>
    </w:p>
    <w:p w:rsidR="00095185" w:rsidRDefault="00E41A6A">
      <w:r>
        <w:t>He stopped in front of his own. “Well…” He gave the suit an approving look. “Let’s try it on.” He grasped the suit beneath the shoulders and lifted it effortlessly from its rack. Despite its intimidating appearance, it weighed far less than expected. The lightweight composite alloys and layered ceramic weave dispersed the mass so evenly that carrying it felt almost unnatural. “Good.” He nodded to himself. “The balance is right.” He stepped into the lower section first. The armored leggings wrapped smoothly around his legs, sealing themselves with a series of quiet mechanical clicks as internal servos synchronized to his movements. Around his waist sat a reinforced midsection resembling an oversized tactical belt, though it housed miniature power cells, stabilization systems, and structural supports hidden beneath overlapping armor segments.</w:t>
      </w:r>
    </w:p>
    <w:p w:rsidR="00095185" w:rsidRDefault="00E41A6A">
      <w:r>
        <w:t>Troix lifted the breastplate over his shoulders.</w:t>
      </w:r>
    </w:p>
    <w:p w:rsidR="00095185" w:rsidRDefault="00E41A6A">
      <w:r>
        <w:t>The shoulder plates moved over each other as he reached across his chest. He fitted the boots and calibrated their pressure sensors.</w:t>
      </w:r>
    </w:p>
    <w:p w:rsidR="00095185" w:rsidRDefault="00E41A6A">
      <w:r>
        <w:t>The gauntlets closed around his arms. He flexed each finger, then picked up the Data Helmet.</w:t>
      </w:r>
    </w:p>
    <w:p w:rsidR="00095185" w:rsidRDefault="00E41A6A">
      <w:r>
        <w:t>He lowered the helmet. For an instant the visor was dark.</w:t>
      </w:r>
    </w:p>
    <w:p w:rsidR="00095185" w:rsidRDefault="00E41A6A">
      <w:r>
        <w:t>Data settled naturally around the edges of his sight, leaving the center completely unobstructed. Satisfaction showed beneath the visor. “Perfect fit.” He studied the armored hands resting before him. For the first time, the suit no longer felt like equipment. It felt like part of him. “Let’s test this bad boy.”</w:t>
      </w:r>
    </w:p>
    <w:p w:rsidR="00095185" w:rsidRDefault="00E41A6A">
      <w:r>
        <w:t>Troix exited the forge.</w:t>
      </w:r>
    </w:p>
    <w:p w:rsidR="00095185" w:rsidRDefault="00E41A6A">
      <w:r>
        <w:t>Several corridors away, Ethic couldn’t stop smiling. The massive armored vehicle thundered through T.R.A.P.S. Headquarters with surprising agility, weaving between support columns and maintenance lanes as though it weighed half as much as it actually did. Overhead warning lights streaked across the windshield while mechanics instinctively stepped aside, watching the enormous machine glide past with expressions that ranged from admiration to disbelief. Despite its size, the vehicle remained remarkably composed, absorbing every shift in momentum without so much as a rattle from the cabin. Mecca leaned comfortably behind the controls. “Hang on.” She twisted the steering wheel.</w:t>
      </w:r>
    </w:p>
    <w:p w:rsidR="00095185" w:rsidRDefault="00E41A6A">
      <w:r>
        <w:t>The enormous machine carved around another ninety-degree corner so sharply that Ethic instinctively grabbed the overhead handle. He laughed. “Well…” He glanced through the windshield as another corridor rushed toward them. “I’ll be damned.” Mecca’s grin only grew wider. “Your turn.” She released the controls as Ethic took them. He cut the wheel hard through another impossibly tight turn. The vehicle responded immediately, pivoting with the nimbleness of something a fraction of its size. Its steering felt almost predictive, anticipating the maneuver before the chassis had fully committed. He shook his head in disbelief. “It handles…”</w:t>
      </w:r>
    </w:p>
    <w:p w:rsidR="00095185" w:rsidRDefault="00E41A6A">
      <w:r>
        <w:t>“Like an Air Jumper.” Mecca grinned. “Speaking of those, we have four on board.” She displayed the launch bays beneath the chassis.</w:t>
      </w:r>
    </w:p>
    <w:p w:rsidR="00095185" w:rsidRDefault="00E41A6A">
      <w:r>
        <w:t>Ethic looked at the vehicle, then back at her. His jaw slowly dropped. “You’re kidding.” She didn’t smile wider. She didn’t laugh. She simply answered in the most matter-of-fact tone imaginable. “Hand over the wheel.” Ethic blinked. “Seriously?” She held out her hand. He surrendered the controls without another question. The armored vehicle smoothly transitioned back under Mecca’s command. She steered toward the rear of the cabin where four reinforced square platforms sat flush with the floor, each outlined by faint blue lighting.</w:t>
      </w:r>
    </w:p>
    <w:p w:rsidR="00095185" w:rsidRDefault="00E41A6A">
      <w:r>
        <w:t>Hidden mechanisms quietly awakened beneath them. She pointed to one. “Stand there.” Ethic stepped onto the nearest platform. The floor locked beneath his boots with a solid metallic CLUNK. Power indicators illuminated around the platform’s perimeter. Above him, a compartment slid open. A streamlined Data Helmet descended from the overhead rack on a mechanical arm. Mecca nodded toward it. “Put it on.” He lowered the helmet over his head. The visor illuminated immediately. A new interface appeared. AIR JUMPER LINK ESTABLISHED. A three-dimensional outline of the waiting aircraft rotated briefly before dissolving into flight telemetry.</w:t>
      </w:r>
    </w:p>
    <w:p w:rsidR="00095185" w:rsidRDefault="00E41A6A">
      <w:r>
        <w:t>Before he could ask another question, Mecca pointed to a heavy chrome lever mounted beside the platform. “Pull it.” Ethic wrapped his hand around the handle. He took one quick breath. “Here goes.” He yanked. The floor beneath him disappeared. Compressed air exploded from beneath the vehicle with a thunderous WHOOSH. For a split second, everything became weightless. His stomach lurched as the launch system hurled him cleanly from the carrier. Then he was outside.</w:t>
      </w:r>
    </w:p>
    <w:p w:rsidR="00095185" w:rsidRDefault="00E41A6A">
      <w:r>
        <w:t>Ethic instinctively spread his arms as the compact flight craft detached from beneath the transport. The Air Jumper stabilized instantly, matching the larger vehicle before its control yoke settled into his hands. AIR JUMPER LINK ESTABLISHED glowed across his visor. “No way…” Mecca’s voice crackled through the helmet. “Told you.” He eased forward on the throttle, and the Jumper answered before the thought had fully become motion.</w:t>
      </w:r>
    </w:p>
    <w:p>
      <w:pPr/>
      <w:r>
        <w:t>He banked hard over Midnight City, pushed through two hundred miles per hour, then three-fifty, and finally tested the brakes. The craft shed speed so violently and cleanly that his harness caught him before his stomach did. Ethic burst out laughing. “Damn. That is a good braking system.” A holographic window opened in the corner of his visor. Mecca wore the biggest grin he had seen all day. “You hired the best.”</w:t>
      </w:r>
    </w:p>
    <w:p>
      <w:pPr/>
      <w:r>
        <w:t>Ethic rolled the Jumper back toward the transport. “What the hell did you do to this thing?” Mecca answered with complete sincerity. “I built it.” He laughed again. “Of course you did.” The Jumper slid beneath the carrier and locked into its bay with a solid mechanical CLUNK.</w:t>
      </w:r>
    </w:p>
    <w:p>
      <w:pPr/>
      <w:r>
        <w:t>Mecca brought up the other three craft on her display. “One more thing. If nobody’s riding, I can slave them to the transport for recovery, sensor relay, or decoy runs.” Ethic glanced at the four launch bays. “Weapons?” “Nope.” She shook her head. “They’re rides, not attack drones. If you want one to fight, put somebody in it.” The limitation pleased him more than another miracle would have. At least this machine knew what it was for.</w:t>
      </w:r>
    </w:p>
    <w:p w:rsidR="00095185" w:rsidRDefault="00E41A6A">
      <w:pPr>
        <w:pStyle w:val="ActuatorSceneStart"/>
        <w:ind/>
      </w:pPr>
      <w:r>
        <w:t>Anari remained alone inside the engineering lab. Hours had slipped by unnoticed.</w:t>
      </w:r>
    </w:p>
    <w:p w:rsidR="00095185" w:rsidRDefault="00E41A6A">
      <w:r>
        <w:t>The regulator stayed cool now. The destination error did not. Anari replayed the dock test beside a bench trial in which a paired device moved while the gateway opened. The coordinates lagged behind it.</w:t>
      </w:r>
    </w:p>
    <w:p w:rsidR="00095185" w:rsidRDefault="00E41A6A">
      <w:r>
        <w:t>Then she saw it. Her eyes widened. “Of course!” She slapped her forehead. “Signature!” She quickly opened another holographic window beside the first. “The wavelength!” She immediately began scribbling notes across the floating display. “I never compensated for the user’s energy signature.” Another equation. “That means…” She rapidly connected several formulas together. “The wormhole isn’t just locking onto coordinates.” Her fingers flew across the controls. “It’s locking onto whoever activates it.”</w:t>
      </w:r>
    </w:p>
    <w:p w:rsidR="00095185" w:rsidRDefault="00E41A6A">
      <w:r>
        <w:t>A slow smile spread across her face. “That explains the instability.” She opened the compact wrist cuff and carefully removed one of the miniature control panels nestled beside the emitter assembly. Beneath it lay a dense network of microscopic processors and quantum routing circuits, each no larger than a grain of rice. “This…” She picked up a precision soldering tool. “…should fix it.”</w:t>
      </w:r>
    </w:p>
    <w:p w:rsidR="00095185" w:rsidRDefault="00E41A6A">
      <w:r>
        <w:t>Three hours later, her shoulders ached. A cart carrying the paired device crossed the bay while the test aperture tracked it. She reversed the cart and repeated the run. Then she broke the connection deliberately and checked that the gateway refused to open.</w:t>
      </w:r>
    </w:p>
    <w:p w:rsidR="00095185" w:rsidRDefault="00E41A6A">
      <w:r>
        <w:t>Nothing happened. Exactly as intended. “Well…” She looked at the open floor in front of her laboratory. “One more time.” She couldn’t help smiling. “Let’s see if this works.” With deliberate confidence, she activated the device.</w:t>
      </w:r>
    </w:p>
    <w:p w:rsidR="00095185" w:rsidRDefault="00E41A6A">
      <w:r>
        <w:t>Unlike the first prototype, this gateway remained perfectly circular. Anari studied the diagnostics for another second. Spatial drift was almost nonexistent. Then she smiled to herself. “So far…” She stepped toward the portal. “That’s already an improvement.” Anari fastened the newly completed wormhole cuff securely around her wrist and took one last look at the stable portal shimmering before her. The surface no longer rippled erratically.</w:t>
      </w:r>
    </w:p>
    <w:p w:rsidR="00095185" w:rsidRDefault="00E41A6A">
      <w:r>
        <w:t>Exactly what she’d been chasing for the last several hours. She smiled. “Moment of truth.” She tapped her Disc Icon. The call connected almost immediately. Mecca’s face appeared above her wrist, though the background behind her bounced gently from the movement of the vehicle. “Hey.” Anari sounded unusually calm. “I’m about to board the tank.” Mecca glanced away from the windshield for only a split second before laughing. “What?” She turned back to the controls.</w:t>
      </w:r>
    </w:p>
    <w:p w:rsidR="00095185" w:rsidRDefault="00E41A6A">
      <w:r>
        <w:t>“We’re in mid-flight.” The armored vehicle rumbled through the skies over Midnight City, several hundred feet above the ground. “There is literally no way you can…” She began shaking her head. “Unless you suddenly learned how to…” Behind her, space quietly distorted. A faint blue-green glow reflected across the windshield. Before Mecca could finish speaking, a perfectly circular portal unfolded in the rear compartment of the vehicle. Anari casually walked into the vehicle as though she’d simply come through an ordinary doorway.</w:t>
      </w:r>
    </w:p>
    <w:p w:rsidR="00095185" w:rsidRDefault="00E41A6A">
      <w:r>
        <w:t>Anari smiled. “What were you saying?” For a heartbeat, Mecca said nothing. Anari folded her arms with quiet satisfaction. “I’d say the calibration worked.” For one breathtaking second, Mecca completely forgot she was driving.</w:t>
      </w:r>
    </w:p>
    <w:p w:rsidR="00095185" w:rsidRDefault="00E41A6A">
      <w:r>
        <w:t>Her mouth hung open. “No…” Her eyes darted from Anari to the still-open portal, then back again. She searched for wires. There was nothing. “No freaking way.”</w:t>
      </w:r>
    </w:p>
    <w:p w:rsidR="00095185" w:rsidRDefault="00E41A6A">
      <w:r>
        <w:t>Mecca snapped back to reality. “Oh!” She yanked the controls. The enormous vehicle banked violently, missing the upper branches by what looked like mere inches. Pine needles scattered through the air as the tank thundered past, its armored flank brushing close enough to rattle the treetops. Several branches whipped harmlessly across the side armor before disappearing behind them. The collision alarm silenced. Mecca exhaled. “That was almost embarrassing.” She turned to Anari again. Still smiling. Still standing exactly where she’d appeared. Not a trace of concern. Not a trace of instability. “You…” Mecca laughed in complete disbelief.</w:t>
      </w:r>
    </w:p>
    <w:p w:rsidR="00095185" w:rsidRDefault="00E41A6A">
      <w:r>
        <w:t>“You actually did it.” Anari couldn’t hide her pride anymore. “Told you I wanted another test.” She lifted her wrist. “The signature calibration worked.” She gestured back toward the still-open portal. Its turquoise surface remained perfectly smooth. “No fixed destination.” “No receiver.” “I just locked onto your device’s energy signature and let the portal find you.” Ethic’s voice crackled through the Air Jumper’s communication channel. “…Uh…” He sounded thoroughly confused. “What exactly did I miss?” Mecca didn’t even look away from Anari.</w:t>
      </w:r>
    </w:p>
    <w:p w:rsidR="00095185" w:rsidRDefault="00E41A6A">
      <w:pPr>
        <w:keepNext/>
        <w:keepLines/>
      </w:pPr>
      <w:r>
        <w:t>She was still trying to process what she’d just witnessed. Her voice rose with unmistakable excitement. “Ethic…” She shook her head. “Return to the ship, please!” There was a brief pause over the comms. “Why?” Mecca laughed. “Because…” She pointed to Anari as though Ethic could somehow see through the transmission. “…our electronics genius just teleported into a moving vehicle in midair.” Silence. Long enough that even Anari glanced at the speaker. Then Ethic’s voice returned. “She did what?”</w:t>
      </w:r>
    </w:p>
    <w:p w:rsidR="00095185" w:rsidRDefault="00E41A6A">
      <w:pPr>
        <w:keepNext/>
        <w:keepLines/>
      </w:pPr>
      <w:r>
        <w:t>Anari folded her arms, unable to suppress a smug grin. “It’s a small improvement.” Mecca studied her as though she’d just declared gravity to be mildly inconvenient. “A small…” She laughed again. “Anari…” She pointed to the still-glowing portal. “You didn’t improve it.” “You just rewrote the rules.” Anari closed the gateway. The turquoise circle collapsed soundlessly into a single point of light before vanishing.</w:t>
      </w:r>
    </w:p>
    <w:p>
      <w:pPr>
        <w:keepLines/>
      </w:pPr>
      <w:r>
        <w:t>Then her expression sobered. “Before anybody decides this means I can open a door anywhere I want, no. A moving lock needs a clean paired signature. Jam it, spoof it, or lose the signal and the gateway refuses to form.” She tapped the cuff. “I made it fail closed. I am not guessing with somebody’s body halfway through spacetime.” Mecca nodded once. “Good rule.” “My favorite kind.”</w:t>
      </w:r>
    </w:p>
    <w:p w:rsidR="00095185" w:rsidRDefault="00E41A6A">
      <w:pPr>
        <w:pStyle w:val="ActuatorChapterTitle"/>
        <w:rPr>
          <w:rFonts w:hint="eastAsia"/>
        </w:rPr>
      </w:pPr>
      <w:r>
        <w:t>Chapter 17: War Footing</w:t>
      </w:r>
    </w:p>
    <w:p w:rsidR="00095185" w:rsidRDefault="00E41A6A">
      <w:pPr>
        <w:pStyle w:val="ActuatorSceneStart"/>
        <w:ind/>
      </w:pPr>
      <w:r>
        <w:t>Gauge and Sirius Tessler sat across from one another at a battered steel table tucked into the rear of Sirius’s underground shop. The room was cluttered in a way only another inventor could appreciate. Half-disassembled rifles lay beside circuit boards, energy cells shared space with coffee mugs, and blueprints covered nearly every open surface. Shelves bowed under the weight of ammunition crates, prototype weapons, replacement parts, and enough contraband electronics to outfit a small army. Gauge leaned back in his chair and slowly recounted everything. He described his escape through the hidden tunnel beneath the garage.</w:t>
      </w:r>
    </w:p>
    <w:p w:rsidR="00095185" w:rsidRDefault="00E41A6A">
      <w:r>
        <w:t>Finally, he explained the feeling that had convinced him to leave before the bombs ever fell. “Something just didn’t sit right.” Gauge rubbed his beard thoughtfully. “I’ve survived this long by listening to my gut.” He looked down for a moment, his eyes lingering on the scratches carved into the tabletop. “This time…” A slow exhale escaped him. “It saved my life.” Sirius listened without interrupting, his elbows resting on the scarred tabletop. The more Gauge spoke, the more pieces fell into place. His usual grin faded until only quiet concentration remained. Every detail added another layer to a puzzle that suddenly felt much larger than either of them. “So…” He scratched the side of his head. “That’s why Mr. Mane came snooping around.” He leaned back in his chair.</w:t>
      </w:r>
    </w:p>
    <w:p w:rsidR="00095185" w:rsidRDefault="00E41A6A">
      <w:r>
        <w:t>“He’s got military connections.” Sirius shrugged. “He doesn’t need me.” Gauge raised an eyebrow. “You sure about that?” Sirius laughed. “What?” Gauge folded his arms. “Doesn’t the military already supply you?” Sirius burst into a grin. “Oh…” He pointed to the ceiling as though the government offices sat directly above them. “They supply me.” His grin widened into something far more devious. “Because they think I’m stocking all this shit for them.”</w:t>
      </w:r>
    </w:p>
    <w:p w:rsidR="00095185" w:rsidRDefault="00E41A6A">
      <w:r>
        <w:t>Gauge blinked. “You’re kidding.” Sirius laughed so hard he slapped the table. “I wish.” He stood and waved Gauge over to one wall of the shop. Towering shelves disappeared into the shadows, stacked with crates stamped with military inventory numbers. Rifles. Body armor. Explosives. Energy cells. Replacement parts. Enough hardware to equip an entire battalion. Several crates still wore untouched government security seals. Sirius swept an arm dramatically across the warehouse. “See all this?” Gauge nodded.</w:t>
      </w:r>
    </w:p>
    <w:p w:rsidR="00095185" w:rsidRDefault="00E41A6A">
      <w:r>
        <w:t>“The government signs off on shipments.” Another shrug. “I sign the paperwork.” He grinned. “They think it’s all sitting here waiting for deployment.” Gauge was beginning to see exactly where this conversation was headed. Sirius folded his arms proudly. “After I move about seven warehouses’ worth of inventory…” He counted silently on his fingers. “…I’ll pay a couple neighborhood punks to trash the place.” He mimed windows shattering with his hands. “Break some shelves.” “Kick over a few crates.”</w:t>
      </w:r>
    </w:p>
    <w:p w:rsidR="00095185" w:rsidRDefault="00E41A6A">
      <w:r>
        <w:t>“Punch a couple holes in the walls.” He shrugged as though discussing tomorrow’s weather. “Then…” A wicked smile crossed his face. “I file the insurance claim.” Gauge stared at him for several seconds. Without blinking. Sirius finally noticed. “What?” Gauge continued looking at him. His expression shifted into one that balanced somewhere between disbelief and reluctant admiration. “Sirius…” He rubbed his forehead. “You are either the smartest idiot I’ve ever met.” A pause.</w:t>
      </w:r>
    </w:p>
    <w:p w:rsidR="00095185" w:rsidRDefault="00E41A6A">
      <w:r>
        <w:t>“Or the dumbest genius.” Sirius leaned back with a satisfied grin. “I’ve been called both.” Gauge couldn’t help shaking his head. “Only you…” He chuckled quietly. “…could turn military logistics into a business model.” Sirius spread his hands. “If they’re gonna lose track of it anyway…” He shrugged. “…might as well let a professional help.” Gauge laughed despite himself. “You’re impossible.” “So I’ve been told.” The two brothers sat there for a moment, the laughter fading into the steady hum of the underground market outside.</w:t>
      </w:r>
    </w:p>
    <w:p w:rsidR="00095185" w:rsidRDefault="00E41A6A">
      <w:r>
        <w:t>The years between them seemed to disappear beneath familiar banter neither had realized they’d missed. “Don’t get caught.” Gauge pointed a weathered finger across the table, his expression making it clear he wasn’t joking. “I’ve already cheated death once this week.” He leaned back in his chair with a tired sigh. “I’d rather not attend your funeral next.” Sirius smirked. “I’ll try to disappoint you.” Gauge shook his head, suppressing a laugh before his expression gradually became serious again. “Anyways…” He folded his hands together. “I need a workshop.”</w:t>
      </w:r>
    </w:p>
    <w:p w:rsidR="00095185" w:rsidRDefault="00E41A6A">
      <w:r>
        <w:t>Somewhere invisible. “Someplace low-key.” His eyes drifted to the cluttered shelves surrounding them. “Off the grid.” “No customers.” “No questions.” “Somewhere I can disappear for a while.” Sirius nodded slowly. “I’ve got a few places.” Gauge continued, “I’ve got work to do.” His voice lowered. “A Paragon.”</w:t>
      </w:r>
    </w:p>
    <w:p w:rsidR="00095185" w:rsidRDefault="00E41A6A">
      <w:r>
        <w:t>Gauge rarely gave names to inventions unless they mattered. He leaned forward. “One specifically designed to shut down Project Five.” Gauge’s jaw tightened. For the first time since the conversation began, genuine concern crossed Sirius’s face. “She was there?” Gauge nodded once. “With Dyce.” He stared silently at the tabletop for a moment, memories surfacing whether he wanted them to or not. “She looked right at me and didn’t remember who I was.” His brow furrowed. The realization still bothered him.</w:t>
      </w:r>
    </w:p>
    <w:p w:rsidR="00095185" w:rsidRDefault="00E41A6A">
      <w:r>
        <w:t>It stung more than he wanted to admit. “She should have.” His voice grew quieter. “She wasn’t just another experiment.” Another pause. “She was one of ours.” Gauge rubbed a hand across his face. “Whatever they’ve done to her…” “It’s changed her.” His eyes lifted toward Sirius. “She is…” He chose his next words carefully. “…far too dangerous to leave unchecked.” “If Gideon points her at a city…” He slowly shook his head. “I don’t even want to imagine what happens next.”</w:t>
      </w:r>
    </w:p>
    <w:p w:rsidR="00095185" w:rsidRDefault="00E41A6A">
      <w:r>
        <w:t>The buzzing fluorescent light suddenly seemed much louder. Even Sirius didn’t rush to answer. He understood exactly what Gauge wasn’t saying. Gauge wasn’t asking for spare parts. He wasn’t asking for money. Sirius exhaled. “Okay…” He nodded once. “I’m game.”</w:t>
      </w:r>
    </w:p>
    <w:p w:rsidR="00095185" w:rsidRDefault="00E41A6A">
      <w:r>
        <w:t>He crossed to a dusty map pinned on the wall, sorting through abandoned factories, forgotten bunkers, and old workshops beneath the cities. “If Project Five is with Gideon, we’re past bad news.” Gauge watched him trace a route. “How far past?” The Broker stopped on one location. “Far enough that sitting here scared becomes the stupid option.” Gauge smiled for the first time since Tech Outfitters burned. “There’s the asshole I remember.”</w:t>
      </w:r>
    </w:p>
    <w:p w:rsidR="00095185" w:rsidRDefault="00E41A6A">
      <w:r>
        <w:t>Zion sat cross-legged in the center of the training room, breathing slowly. The world around him seemed to disappear. The polished training floor beneath him felt cool through his clothing, and the faint scent of rubber mats and machine oil lingered in the still air. His breathing settled into an even rhythm as he emptied his mind, replaying the lessons Troix had drilled into him over the past few days. The bruises from training still lingered beneath his shirt, dull reminders of every mistake Troix had corrected without mercy. Failure by failure.</w:t>
      </w:r>
    </w:p>
    <w:p w:rsidR="00095185" w:rsidRDefault="00E41A6A">
      <w:r>
        <w:t>Movement behind him broke his concentration.</w:t>
      </w:r>
    </w:p>
    <w:p w:rsidR="00095185" w:rsidRDefault="00E41A6A">
      <w:r>
        <w:t>Zion’s eyes snapped open, and he sprang to his feet with explosive speed. Before he had fully turned, two strikes were already in motion. The armored figure slipped effortlessly outside his range and answered with a vicious side swipe that crashed into Zion’s ribs. Air burst from his lungs as pain flared through his side. He rolled with the momentum, tucked one shoulder, and sprang backward before the suit could capitalize. The armored figure was already moving. The next instant, it was beside him. “Damn…” Zion gritted his teeth. “I should’ve went with Khalid.” He feinted a roundhouse kick toward the figure’s ribs. The instant the suit reacted, Zion planted that same leg against its torso and shoved off with everything he had.</w:t>
      </w:r>
    </w:p>
    <w:p w:rsidR="00095185" w:rsidRDefault="00E41A6A">
      <w:r>
        <w:t>Zion landed beside the weapons rack and seized a practice sword. The armored figure met his next strike with its own blade. Metal groaned. Neither gave an inch.</w:t>
      </w:r>
    </w:p>
    <w:p w:rsidR="00095185" w:rsidRDefault="00E41A6A">
      <w:r>
        <w:t>The pressure wasn’t overwhelming. It built slowly, deliberately, as though testing his resolve instead of simply overpowering him. “I’m losing this.” Rather than stubbornly resisting, Zion disengaged. He twisted his wrists, letting the pressure carry his blade away before hopping backward to create space. Zion recognized the danger immediately.</w:t>
      </w:r>
    </w:p>
    <w:p w:rsidR="00095185" w:rsidRDefault="00E41A6A">
      <w:r>
        <w:t>He reset his guard, but the armored figure struck his sword with its hilt, knocking the point aside.</w:t>
      </w:r>
    </w:p>
    <w:p w:rsidR="00095185" w:rsidRDefault="00E41A6A">
      <w:r>
        <w:t>The armored figure’s blade stopped at Zion’s throat. The only sound was Zion’s breathing.</w:t>
      </w:r>
    </w:p>
    <w:p w:rsidR="00095185" w:rsidRDefault="00E41A6A">
      <w:r>
        <w:t>The armored figure lifted his visor. It was Troix. “Gotcha.” He couldn’t suppress the satisfaction in his voice. “You’re getting faster.” He lowered the QuickSword and rested it across one shoulder. “But…” He nodded toward the forge. “Not fast enough.” Zion exhaled heavily before lowering his own weapon. “You’re lucky I didn’t know it was you.” Troix smirked. “No.” He turned to the doorway. “You’re lucky…” He glanced back over one shoulder. “…that it was.”</w:t>
      </w:r>
    </w:p>
    <w:p w:rsidR="00095185" w:rsidRDefault="00E41A6A">
      <w:r>
        <w:t>Troix motioned for Zion to follow. “Come on. Let’s see how the suit fits.” Zion stared at him. “You jump me, beat the hell out of me, then ask me to try on clothes?” “Armor.” “That distinction is doing a lot of work.” Troix kept walking. Zion followed with a reluctant smirk. “One day I’m catching you slipping.” “Plan for a long life.”</w:t>
      </w:r>
    </w:p>
    <w:p w:rsidR="00095185" w:rsidRDefault="00E41A6A">
      <w:r>
        <w:t>He knew better than to act on it. Troix had just proven, once again, exactly why he was the team’s instructor. Zion let out a defeated sigh, slid the practice sword back into its rack, and followed him toward the forge.</w:t>
      </w:r>
    </w:p>
    <w:p w:rsidR="00095185" w:rsidRDefault="00E41A6A">
      <w:pPr>
        <w:pStyle w:val="ActuatorSceneStart"/>
        <w:ind/>
      </w:pPr>
      <w:r>
        <w:t>With Ethic back aboard, Mecca took the tank to an open stretch beyond the city. Anari connected the larger emitter and called headquarters. A technician confirmed that their destination bay was clear and would remain closed to traffic until they arrived.</w:t>
      </w:r>
    </w:p>
    <w:p w:rsidR="00095185" w:rsidRDefault="00E41A6A">
      <w:r>
        <w:t>“Before either of you panic…” Anari smiled mischievously. “Stay calm.” Ethic narrowed his eyes. “That sentence never ends well.” He folded his arms, already expecting the impossible. She ignored him. “And put the tank in Hover Mode.” Mecca shrugged. “Easy enough.” She tapped a switch on the dashboard. The enormous vehicle gradually slowed before settling into a perfectly stable hover several feet above the landscape. The engines shifted into a quieter, lower-frequency hum as the suspension compensated automatically for the change in flight profile. “All set.” “Good.”</w:t>
      </w:r>
    </w:p>
    <w:p w:rsidR="00095185" w:rsidRDefault="00E41A6A">
      <w:r>
        <w:t>The first power check crossed the limit. Anari canceled the attempt. Mecca disconnected the unused weapons feed, leaving the reserve to the drive and emitter. On the second check, the readings held. Anari opened the portal only after the bay confirmed again. Green light enclosed the tank.</w:t>
      </w:r>
    </w:p>
    <w:p w:rsidR="00095185" w:rsidRDefault="00E41A6A">
      <w:r>
        <w:t>The brief weightlessness ended in T.R.A.P.S.’ vehicle bay. Mecca settled the tank inside its marked space while the gateway closed behind it.</w:t>
      </w:r>
    </w:p>
    <w:p w:rsidR="00095185" w:rsidRDefault="00E41A6A">
      <w:r>
        <w:t>Ethic stared across the parked vehicles. “That’s going to save us a fortune in fuel.” He climbed out of the passenger side and looked between the tank and Anari. “I don’t know how to react to your work anymore.” Anari grinned. “Gratitude is traditional.” Mecca opened an access panel along the vehicle’s side and took the wormhole module from her. “If we keep this thing, it becomes standard equipment.” “You say that like I was going to let you remove it.”</w:t>
      </w:r>
    </w:p>
    <w:p w:rsidR="00095185" w:rsidRDefault="00E41A6A">
      <w:r>
        <w:t>There was no hesitation in her voice anymore. This wasn’t another experimental gadget. Access panels slid open and shut as Mecca connected power couplings, synchronized the module with the onboard computer, and locked it into the vehicle’s primary architecture. Satisfied, Anari removed two newly upgraded Disc Icons from her bag. “One for each of you.”</w:t>
      </w:r>
    </w:p>
    <w:p w:rsidR="00095185" w:rsidRDefault="00E41A6A">
      <w:r>
        <w:t>Ethic accepted his with an appreciative nod, immediately fastening it around his wrist before briefly examining the refined interface. Mecca turned hers over several times, rotating it beneath the overhead lights while already wondering what every hidden compartment and menu did. “You’re gonna have to teach me all the shortcuts.” Curiosity practically radiated off her. Anari smiled. “I figured you would ask.” Without lingering, she raised her wrist once more. Another emerald portal unfolded with a soft, fluid shimmer. She stepped backward through it. And vanished.</w:t>
      </w:r>
    </w:p>
    <w:p w:rsidR="00095185" w:rsidRDefault="00E41A6A">
      <w:r>
        <w:t>Back in her workshop, Anari wasted no time. She collected the remaining three prototype units from her workbench and clipped them carefully inside a padded carrying case, making sure each rested securely within its foam insert before closing the lid. “Next stop…” She scrolled through her contacts. “Khalid.” The call connected. “You busy?” His laugh came over the speaker. “When am I not?” The sound of tools clattering in the background answered the question just as well. “Perfect.” She locked onto his signal. Another portal opened.</w:t>
      </w:r>
    </w:p>
    <w:p w:rsidR="00095185" w:rsidRDefault="00E41A6A">
      <w:pPr>
        <w:pStyle w:val="ActuatorSceneStart"/>
        <w:ind/>
      </w:pPr>
      <w:r>
        <w:t>He confirmed the floor was clear. She checked his signal, then opened the gate.</w:t>
      </w:r>
    </w:p>
    <w:p w:rsidR="00095185" w:rsidRDefault="00E41A6A">
      <w:pPr>
        <w:pStyle w:val="ActuatorSceneStart"/>
        <w:ind/>
      </w:pPr>
      <w:r>
        <w:t>The armory smelled faintly of lubricant and burned propellant.</w:t>
      </w:r>
    </w:p>
    <w:p w:rsidR="00095185" w:rsidRDefault="00E41A6A">
      <w:r>
        <w:t>Khalid looked up just in time to see Anari casually step out of thin air carrying the equipment case beneath one arm. He barely reacted anymore. “You’re getting way too comfortable doing that.” She shrugged. “I earned it.” He proudly began showing off the latest additions to his growing arsenal. Prototype rifles. Modified pistols. Grenade concepts. New ammunition. When he reached the red-tagged magnetic slugs, he left the case closed. Anari noticed. “Problem?” Khalid tapped the warning label. “It tracks metal too well.” He shrugged, but there was no joke behind it. “Until I can make it know friend from target, it stays here.” Anari gave him a small approving nod. Khalid moved on without fishing for praise.</w:t>
      </w:r>
    </w:p>
    <w:p w:rsidR="00095185" w:rsidRDefault="00E41A6A">
      <w:r>
        <w:t>Anari listened carefully, occasionally picking up individual components for closer inspection. She rotated one rifle beneath the light. “The rail assembly’s solid.” She nodded. “But reinforce this housing.” She pointed to one joint. “The heat cycling’s eventually going to fatigue the metal.” Khalid immediately made a note without arguing. She examined another weapon. “I like this.” A thoughtful pause. “But I’d relocate the capacitor here.” She tapped another section. “Less chance of catastrophic failure.” Khalid grinned. “That’s why I like having smart people around.”</w:t>
      </w:r>
    </w:p>
    <w:p w:rsidR="00095185" w:rsidRDefault="00E41A6A">
      <w:r>
        <w:t>Anari rolled her eyes. “I’ll pretend that was a compliment.” Before leaving, she handed him one of the upgraded Disc Icons. “Don’t lose it.” He accepted it with noticeably more care than he usually handled new equipment. The joking disappeared for just a moment. “Yes, ma’am.”</w:t>
      </w:r>
    </w:p>
    <w:p w:rsidR="00095185" w:rsidRDefault="00E41A6A">
      <w:pPr>
        <w:pStyle w:val="ActuatorSceneStart"/>
        <w:ind/>
      </w:pPr>
      <w:r>
        <w:t>Anari checked the forge camera and confirmed that its marked arrival area was clear, then opened her final gateway. She expected to find Troix beside the armor racks.</w:t>
      </w:r>
    </w:p>
    <w:p w:rsidR="00095185" w:rsidRDefault="00E41A6A">
      <w:r>
        <w:t>The welding bots sat dormant. Only the faint smell of hot steel lingered in the quiet workshop. “Huh.” She looked around. Nothing. No footsteps. No machinery. No voices. She tapped her Disc Icon. “Troix?” Silence. “Zion?” Still nothing. She frowned. “They couldn’t have gone far.”</w:t>
      </w:r>
    </w:p>
    <w:p w:rsidR="00095185" w:rsidRDefault="00E41A6A">
      <w:r>
        <w:t>The call kept ringing. Anari sighed. “Seriously?” Something dropped from the ceiling. “RAAAAH!” She shrieked and stumbled backward, one hand snapping toward her wrist before she stopped herself from opening a portal through Zion. He landed cleanly. Behind him, Troix doubled over laughing. “You should’ve seen your face!” Anari stared at Zion. “I almost teleported you into a wall.” Zion’s grin weakened. Troix laughed harder.</w:t>
      </w:r>
    </w:p>
    <w:p w:rsidR="00095185" w:rsidRDefault="00E41A6A">
      <w:r>
        <w:t>Zion doubled over. “I’ve been waiting all day to do that!” Anari glared at both of them. “You…” She pointed accusingly. “…are idiots.” Neither could stop laughing. She folded her arms and let out an exaggerated huff before finally giving up and laughing under her breath herself. “You’re both lucky I stopped myself.” That finally quieted them. The image seemed to play through both of their minds at once. “Fair point,” Troix admitted. Anari opened the carrying case. “Now…”</w:t>
      </w:r>
    </w:p>
    <w:p w:rsidR="00095185" w:rsidRDefault="00E41A6A">
      <w:r>
        <w:t>Anari lifted the remaining devices. “Business.” She walked them through the upgraded Disc Icons: activation, destination lock, emergency shutdown, and what not to do if they valued having all their limbs. “Never activate one while somebody is halfway through another.” Zion raised a hand. “Has that happened?” “You don’t want the answer.” He lowered his hand. Zion turned the device over. “Can we paint these?” Troix nodded. “Now that is a useful question.”</w:t>
      </w:r>
    </w:p>
    <w:p w:rsidR="00095185" w:rsidRDefault="00E41A6A">
      <w:r>
        <w:t>“Black would look a lot better.” Anari inspected the housing for a moment. “I don’t care.” She pointed to the optical sensor and facial recognition panel. “As long as you tape off the eye and the face panel before painting.” “No overspray.” “No paint inside the sensors.” “Otherwise…” She smiled. “You’ll have a very expensive paperweight.” “Deal.” Satisfied, Anari activated another portal. “Well…” She stepped backward into the emerald light. “Try not to break anything.”</w:t>
      </w:r>
    </w:p>
    <w:p w:rsidR="00095185" w:rsidRDefault="00E41A6A">
      <w:r>
        <w:t>Both slowly held up their new devices. “Cool.” They spoke in perfect synchronization. For a second, neither realized the other had said it. Then both laughed. The sound echoed warmly through the forge before fading beneath the quiet hum of cooling machinery. Over the past few days, something had quietly changed. What had begun as instructor and recruit had gradually become something closer to older brother and younger brother. Troix still demanded discipline. Still corrected every mistake.</w:t>
      </w:r>
    </w:p>
    <w:p w:rsidR="00095185" w:rsidRDefault="00E41A6A">
      <w:r>
        <w:t>Troix pointed to the training room. “Now we practice.” Zion’s smile vanished. “Of course we do.”</w:t>
      </w:r>
    </w:p>
    <w:p w:rsidR="00095185" w:rsidRDefault="00E41A6A">
      <w:r>
        <w:t>Team T.R.A.P.S. assembled in the conference hall once again. Every member settled into a seat with their attention fixed on Ethic at the head of the table. After finishing his preliminary recap of current operations, recent intelligence, and the mounting threat posed by D.A.R.C., Ethic nodded toward Troix. “The floor is yours.”</w:t>
      </w:r>
    </w:p>
    <w:p w:rsidR="00095185" w:rsidRDefault="00E41A6A">
      <w:r>
        <w:t>Troix rose from his chair carrying one of the newly completed armor suits. He laid it across the presentation platform. “This is our new stealth armor.” Instead of opening another specification sheet, he stepped into the frame. Plates folded into place around his torso and limbs with a series of quiet locks. “Easier to show you.”</w:t>
      </w:r>
    </w:p>
    <w:p w:rsidR="00095185" w:rsidRDefault="00E41A6A">
      <w:r>
        <w:t>Troix sealed the suit and lowered the Data Helmet. Anari killed the room’s external network without warning. The public signal vanished from his visor, but the team markers stayed linked over the armor’s encrypted local mesh. “Good,” Troix said. Then he bent his knees and launched. Powered joints released stored energy with his movement, carrying him through a controlled backflip and directly into a front flip before his boots touched down almost silently.</w:t>
      </w:r>
    </w:p>
    <w:p w:rsidR="00095185" w:rsidRDefault="00E41A6A">
      <w:r>
        <w:t>Zion’s eyebrows climbed. “Okay.” Troix flexed his armored hands. “The suit rewards technique. Bad movement stays bad movement.” He reached beneath each shoulder. “Now…” With two nearly invisible motions: SHINK!</w:t>
      </w:r>
    </w:p>
    <w:p w:rsidR="00095185" w:rsidRDefault="00E41A6A">
      <w:r>
        <w:t>Troix spun both blades once before reversing the motion. SHINK. They disappeared back into the armor just as quickly, locking seamlessly into their concealed housings. “There is a QuickBlade housed inside each arm.” He tapped each shoulder. “Right below this plate.” He turned to Zion. “If someone gets inside your firearm’s range…” He smiled faintly. “They’re already within sword range.” The implication didn’t need further explanation. The room remained attentive.</w:t>
      </w:r>
    </w:p>
    <w:p w:rsidR="00095185" w:rsidRDefault="00E41A6A">
      <w:r>
        <w:t>Troix tapped the black armor. “One of the best features came from Anari.” He opened a three-dimensional cutaway above his Disc Icon. Metallic veins threaded the middle structural layer. “Gravitite. Controlled current reaches this layer and changes how the suit interacts with gravity.” Khalid pointed at him. “Say flying.” “I did not say flying.” Troix pressed the command. His boots left the floor. Khalid looked at Zion. “He meant flying.”</w:t>
      </w:r>
    </w:p>
    <w:p w:rsidR="00095185" w:rsidRDefault="00E41A6A">
      <w:r>
        <w:t>No visible propulsion. Troix continued ascending until he reached the ceiling. Then he casually rotated upside down. Khalid blinked. “That’s cheating.” Troix smirked. “It feels that way.” He calmly walked several steps across the ceiling before pushing gently away from it.</w:t>
      </w:r>
    </w:p>
    <w:p w:rsidR="00095185" w:rsidRDefault="00E41A6A">
      <w:r>
        <w:t>Gravity reclaimed him. He descended in complete control. Anari raised a hand before anyone got too impressed. “Sustained full-output use drains the suit fast, and the Gravitite layer throttles before it cooks itself. If that happens while you are on a ceiling…” She pointed down. “Gravity wins.” Troix nodded. “Which is why the armor rewards training instead of replacing it.”</w:t>
      </w:r>
    </w:p>
    <w:p w:rsidR="00095185" w:rsidRDefault="00E41A6A">
      <w:r>
        <w:t>Troix removed the helmet and turned toward Khalid. “Utility systems and the weapons package are his department.”</w:t>
      </w:r>
    </w:p>
    <w:p w:rsidR="00095185" w:rsidRDefault="00E41A6A">
      <w:r>
        <w:t>Troix stepped away from the presentation platform and reclaimed his seat. The room’s attention shifted naturally. Khalid rose immediately, unable to hide the excitement on his face. He rubbed his hands together, his grin fighting to escape since Troix began speaking. “Well…” A smile spread from ear to ear as he made his way to the front of the room. “My turn.”</w:t>
      </w:r>
    </w:p>
    <w:p>
      <w:pPr/>
      <w:r>
        <w:t>Later that evening, the team ended up in the mess hall because nobody had the energy to argue about where to eat.</w:t>
      </w:r>
    </w:p>
    <w:p>
      <w:pPr/>
      <w:r>
        <w:t>The room was nearly empty. Night shift personnel moved through in ones and twos, leaving the long center table mostly to T.R.A.P.S.</w:t>
      </w:r>
    </w:p>
    <w:p>
      <w:pPr/>
      <w:r>
        <w:t>Khalid dropped into a chair with two plates.</w:t>
      </w:r>
    </w:p>
    <w:p>
      <w:pPr/>
      <w:r>
        <w:t>Zion looked at them. “Both yours?”</w:t>
      </w:r>
    </w:p>
    <w:p>
      <w:pPr/>
      <w:r>
        <w:t>“One is emotional support.”</w:t>
      </w:r>
    </w:p>
    <w:p>
      <w:pPr/>
      <w:r>
        <w:t>“You got mashed potatoes for emotional support?”</w:t>
      </w:r>
    </w:p>
    <w:p>
      <w:pPr/>
      <w:r>
        <w:t>“They don’t judge me.”</w:t>
      </w:r>
    </w:p>
    <w:p>
      <w:pPr/>
      <w:r>
        <w:t>Mecca sat across from them with a bowl she had built into something unrecognizable from three separate menu stations.</w:t>
      </w:r>
    </w:p>
    <w:p>
      <w:pPr/>
      <w:r>
        <w:t>Anari stared at it. “What is that?”</w:t>
      </w:r>
    </w:p>
    <w:p>
      <w:pPr/>
      <w:r>
        <w:t>“Food.”</w:t>
      </w:r>
    </w:p>
    <w:p>
      <w:pPr/>
      <w:r>
        <w:t>“It has six colors.”</w:t>
      </w:r>
    </w:p>
    <w:p>
      <w:pPr/>
      <w:r>
        <w:t>“That’s how you know it’s healthy.”</w:t>
      </w:r>
    </w:p>
    <w:p>
      <w:pPr/>
      <w:r>
        <w:t>“That is absolutely not how nutrition works.”</w:t>
      </w:r>
    </w:p>
    <w:p>
      <w:pPr/>
      <w:r>
        <w:t>Troix arrived last and sat beside Ethic with a tray arranged so neatly that Khalid immediately noticed.</w:t>
      </w:r>
    </w:p>
    <w:p>
      <w:pPr/>
      <w:r>
        <w:t>“Bro, even your dinner at attention.”</w:t>
      </w:r>
    </w:p>
    <w:p>
      <w:pPr/>
      <w:r>
        <w:t>Troix looked down. “It is food.”</w:t>
      </w:r>
    </w:p>
    <w:p>
      <w:pPr/>
      <w:r>
        <w:t>“Your peas got formation.”</w:t>
      </w:r>
    </w:p>
    <w:p>
      <w:pPr/>
      <w:r>
        <w:t>Mecca leaned over. “He probably briefed them.”</w:t>
      </w:r>
    </w:p>
    <w:p>
      <w:pPr/>
      <w:r>
        <w:t>Troix began eating.</w:t>
      </w:r>
    </w:p>
    <w:p>
      <w:pPr/>
      <w:r>
        <w:t>Ethic watched the table fill with noise.</w:t>
      </w:r>
    </w:p>
    <w:p>
      <w:pPr/>
      <w:r>
        <w:t>It had happened without planning.</w:t>
      </w:r>
    </w:p>
    <w:p>
      <w:pPr/>
      <w:r>
        <w:t>Only days earlier these people had barely known one another. Now Khalid stole bread from Zion’s plate without asking. Zion slapped his hand away without looking. Mecca and Anari argued about whether a vehicle could have a personality. Troix pretended not to listen while clearly listening to every word.</w:t>
      </w:r>
    </w:p>
    <w:p>
      <w:pPr/>
      <w:r>
        <w:t>For a few minutes, Ethic allowed himself to enjoy it.</w:t>
      </w:r>
    </w:p>
    <w:p>
      <w:pPr/>
      <w:r>
        <w:t>Then Khalid noticed him being quiet.</w:t>
      </w:r>
    </w:p>
    <w:p>
      <w:pPr/>
      <w:r>
        <w:t>“Boss.”</w:t>
      </w:r>
    </w:p>
    <w:p>
      <w:pPr/>
      <w:r>
        <w:t>Ethic looked up.</w:t>
      </w:r>
    </w:p>
    <w:p>
      <w:pPr/>
      <w:r>
        <w:t>“You ever relax?”</w:t>
      </w:r>
    </w:p>
    <w:p>
      <w:pPr/>
      <w:r>
        <w:t>“Sometimes.”</w:t>
      </w:r>
    </w:p>
    <w:p>
      <w:pPr/>
      <w:r>
        <w:t>“When?”</w:t>
      </w:r>
    </w:p>
    <w:p>
      <w:pPr/>
      <w:r>
        <w:t>“Before you joined.”</w:t>
      </w:r>
    </w:p>
    <w:p>
      <w:pPr/>
      <w:r>
        <w:t>Zion nearly choked.</w:t>
      </w:r>
    </w:p>
    <w:p>
      <w:pPr/>
      <w:r>
        <w:t>Khalid pointed across the table. “See, now everybody wanna be funny.”</w:t>
      </w:r>
    </w:p>
    <w:p>
      <w:pPr/>
      <w:r>
        <w:t>Even Troix’s mouth moved.</w:t>
      </w:r>
    </w:p>
    <w:p>
      <w:pPr/>
      <w:r>
        <w:t>Khalid saw it. “Oh, hell no. Not you too.”</w:t>
      </w:r>
    </w:p>
    <w:p>
      <w:pPr/>
      <w:r>
        <w:t>The laughter faded slowly.</w:t>
      </w:r>
    </w:p>
    <w:p>
      <w:pPr/>
      <w:r>
        <w:t>Anari turned her cup between both hands. “What happens if tomorrow goes bad?”</w:t>
      </w:r>
    </w:p>
    <w:p>
      <w:pPr/>
      <w:r>
        <w:t>No one pretended not to understand the question.</w:t>
      </w:r>
    </w:p>
    <w:p>
      <w:pPr/>
      <w:r>
        <w:t>Ethic set his fork down.</w:t>
      </w:r>
    </w:p>
    <w:p>
      <w:pPr/>
      <w:r>
        <w:t>“We adapt.”</w:t>
      </w:r>
    </w:p>
    <w:p>
      <w:pPr/>
      <w:r>
        <w:t>“That’s commander talk.”</w:t>
      </w:r>
    </w:p>
    <w:p>
      <w:pPr/>
      <w:r>
        <w:t>“Yes.”</w:t>
      </w:r>
    </w:p>
    <w:p>
      <w:pPr/>
      <w:r>
        <w:t>“I mean us.”</w:t>
      </w:r>
    </w:p>
    <w:p>
      <w:pPr/>
      <w:r>
        <w:t>Ethic surveyed the table.</w:t>
      </w:r>
    </w:p>
    <w:p>
      <w:pPr/>
      <w:r>
        <w:t>“Then we bring each other home.”</w:t>
      </w:r>
    </w:p>
    <w:p>
      <w:pPr/>
      <w:r>
        <w:t>The answer came without hesitation.</w:t>
      </w:r>
    </w:p>
    <w:p>
      <w:pPr/>
      <w:r>
        <w:t>Mecca stopped smiling.</w:t>
      </w:r>
    </w:p>
    <w:p>
      <w:pPr/>
      <w:r>
        <w:t>Troix’s gaze stayed on Ethic.</w:t>
      </w:r>
    </w:p>
    <w:p>
      <w:pPr/>
      <w:r>
        <w:t>Khalid leaned back.</w:t>
      </w:r>
    </w:p>
    <w:p>
      <w:pPr/>
      <w:r>
        <w:t>Zion’s voice was quieter. “And if we can’t?”</w:t>
      </w:r>
    </w:p>
    <w:p>
      <w:pPr/>
      <w:r>
        <w:t>Ethic hated that question because he knew the honest answer.</w:t>
      </w:r>
    </w:p>
    <w:p>
      <w:pPr/>
      <w:r>
        <w:t>“Then nobody gets left alone.”</w:t>
      </w:r>
    </w:p>
    <w:p>
      <w:pPr/>
      <w:r>
        <w:t>Silence settled.</w:t>
      </w:r>
    </w:p>
    <w:p>
      <w:pPr/>
      <w:r>
        <w:t>Not awkward.</w:t>
      </w:r>
    </w:p>
    <w:p>
      <w:pPr/>
      <w:r>
        <w:t>Heavy.</w:t>
      </w:r>
    </w:p>
    <w:p>
      <w:pPr/>
      <w:r>
        <w:t>Troix broke it. “You will all follow extraction protocol.”</w:t>
      </w:r>
    </w:p>
    <w:p>
      <w:pPr/>
      <w:r>
        <w:t>Mecca exhaled through her nose. “There he is.”</w:t>
      </w:r>
    </w:p>
    <w:p>
      <w:pPr/>
      <w:r>
        <w:t>Troix continued anyway. “If communications fail, rally point Delta. If Delta is compromised, Echo. If both are compromised, you do not improvise a rescue without notifying the team.”</w:t>
      </w:r>
    </w:p>
    <w:p>
      <w:pPr/>
      <w:r>
        <w:t>Khalid raised a hand.</w:t>
      </w:r>
    </w:p>
    <w:p>
      <w:pPr/>
      <w:r>
        <w:t>“No.”</w:t>
      </w:r>
    </w:p>
    <w:p>
      <w:pPr/>
      <w:r>
        <w:t>“I didn’t ask yet.”</w:t>
      </w:r>
    </w:p>
    <w:p>
      <w:pPr/>
      <w:r>
        <w:t>“I know what you were going to ask.”</w:t>
      </w:r>
    </w:p>
    <w:p>
      <w:pPr/>
      <w:r>
        <w:t>“You don’t.”</w:t>
      </w:r>
    </w:p>
    <w:p>
      <w:pPr/>
      <w:r>
        <w:t>“You were going to ask what happens if the person who needs rescue is me.”</w:t>
      </w:r>
    </w:p>
    <w:p>
      <w:pPr/>
      <w:r>
        <w:t>Khalid lowered his hand. “Okay, that’s creepy.”</w:t>
      </w:r>
    </w:p>
    <w:p>
      <w:pPr/>
      <w:r>
        <w:t>Troix faced him. “You follow protocol.”</w:t>
      </w:r>
    </w:p>
    <w:p>
      <w:pPr/>
      <w:r>
        <w:t>Khalid’s joking expression disappeared. “What if protocol says leave you?”</w:t>
      </w:r>
    </w:p>
    <w:p>
      <w:pPr/>
      <w:r>
        <w:t>Troix took a drink.</w:t>
      </w:r>
    </w:p>
    <w:p>
      <w:pPr/>
      <w:r>
        <w:t>“Then you leave me.”</w:t>
      </w:r>
    </w:p>
    <w:p>
      <w:pPr/>
      <w:r>
        <w:t>“No.”</w:t>
      </w:r>
    </w:p>
    <w:p>
      <w:pPr/>
      <w:r>
        <w:t>“Khalid.”</w:t>
      </w:r>
    </w:p>
    <w:p>
      <w:pPr/>
      <w:r>
        <w:t>“Nah.”</w:t>
      </w:r>
    </w:p>
    <w:p>
      <w:pPr/>
      <w:r>
        <w:t>The word came out harder than he intended.</w:t>
      </w:r>
    </w:p>
    <w:p>
      <w:pPr/>
      <w:r>
        <w:t>Everyone turned to him.</w:t>
      </w:r>
    </w:p>
    <w:p>
      <w:pPr/>
      <w:r>
        <w:t>Khalid swallowed. “I’m not saying I ignore the mission. I’m saying if there’s a way, I’m taking it.”</w:t>
      </w:r>
    </w:p>
    <w:p>
      <w:pPr/>
      <w:r>
        <w:t>Troix studied him for a long moment.</w:t>
      </w:r>
    </w:p>
    <w:p>
      <w:pPr/>
      <w:r>
        <w:t>Then nodded once.</w:t>
      </w:r>
    </w:p>
    <w:p>
      <w:pPr/>
      <w:r>
        <w:t>“If there is a way.”</w:t>
      </w:r>
    </w:p>
    <w:p>
      <w:pPr/>
      <w:r>
        <w:t>“That’s all I’m saying.”</w:t>
      </w:r>
    </w:p>
    <w:p>
      <w:pPr/>
      <w:r>
        <w:t>Zion bumped Khalid’s shoulder.</w:t>
      </w:r>
    </w:p>
    <w:p>
      <w:pPr/>
      <w:r>
        <w:t>Mecca looked down at her bowl. “My vehicle can carry all of us.”</w:t>
      </w:r>
    </w:p>
    <w:p>
      <w:pPr/>
      <w:r>
        <w:t>Anari answered quietly. “Assuming you don’t drive it into a wall.”</w:t>
      </w:r>
    </w:p>
    <w:p>
      <w:pPr/>
      <w:r>
        <w:t>Mecca looked up. “That happened one time.”</w:t>
      </w:r>
    </w:p>
    <w:p>
      <w:pPr/>
      <w:r>
        <w:t>“It almost happened one time.”</w:t>
      </w:r>
    </w:p>
    <w:p>
      <w:pPr/>
      <w:r>
        <w:t>“See? Didn’t happen.”</w:t>
      </w:r>
    </w:p>
    <w:p>
      <w:pPr/>
      <w:r>
        <w:t>The tension cracked.</w:t>
      </w:r>
    </w:p>
    <w:p>
      <w:pPr/>
      <w:r>
        <w:t>Ethic let it.</w:t>
      </w:r>
    </w:p>
    <w:p>
      <w:pPr/>
      <w:r>
        <w:t>They needed to understand death.</w:t>
      </w:r>
    </w:p>
    <w:p>
      <w:pPr/>
      <w:r>
        <w:t>They did not need to invite it to dinner.</w:t>
      </w:r>
    </w:p>
    <w:p>
      <w:pPr/>
      <w:r>
        <w:t>Anari checked the time. “I still have two calibrations to finish.”</w:t>
      </w:r>
    </w:p>
    <w:p>
      <w:pPr/>
      <w:r>
        <w:t>Mecca pointed her fork. “You are not staying in the lab all night.”</w:t>
      </w:r>
    </w:p>
    <w:p>
      <w:pPr/>
      <w:r>
        <w:t>“I didn’t say all night.”</w:t>
      </w:r>
    </w:p>
    <w:p>
      <w:pPr/>
      <w:r>
        <w:t>“You were thinking it.”</w:t>
      </w:r>
    </w:p>
    <w:p>
      <w:pPr/>
      <w:r>
        <w:t>“Can you read minds now?”</w:t>
      </w:r>
    </w:p>
    <w:p>
      <w:pPr/>
      <w:r>
        <w:t>“No. I can read you.”</w:t>
      </w:r>
    </w:p>
    <w:p>
      <w:pPr/>
      <w:r>
        <w:t>Anari turned to Ethic for help.</w:t>
      </w:r>
    </w:p>
    <w:p>
      <w:pPr/>
      <w:r>
        <w:t>He shook his head. “She’s right.”</w:t>
      </w:r>
    </w:p>
    <w:p>
      <w:pPr/>
      <w:r>
        <w:t>“Great. Mutiny.”</w:t>
      </w:r>
    </w:p>
    <w:p>
      <w:pPr/>
      <w:r>
        <w:t>Troix corrected her. “Mutiny is directed against lawful authority.”</w:t>
      </w:r>
    </w:p>
    <w:p>
      <w:pPr/>
      <w:r>
        <w:t>Anari stared at him.</w:t>
      </w:r>
    </w:p>
    <w:p>
      <w:pPr/>
      <w:r>
        <w:t>Troix continued eating.</w:t>
      </w:r>
    </w:p>
    <w:p>
      <w:pPr/>
      <w:r>
        <w:t>Khalid whispered to Zion, “I swear he does it on purpose now.”</w:t>
      </w:r>
    </w:p>
    <w:p>
      <w:pPr/>
      <w:r>
        <w:t>Troix looked up. “I heard that.”</w:t>
      </w:r>
    </w:p>
    <w:p>
      <w:pPr/>
      <w:r>
        <w:t>Zion smiled. “That’s not a denial.”</w:t>
      </w:r>
    </w:p>
    <w:p>
      <w:pPr/>
      <w:r>
        <w:t>For the first time in days, Anari laughed hard enough to forget Gauge’s file was still waiting on her Disc Icon.</w:t>
      </w:r>
    </w:p>
    <w:p>
      <w:pPr/>
      <w:r>
        <w:t>Only for a minute.</w:t>
      </w:r>
    </w:p>
    <w:p>
      <w:pPr/>
      <w:r>
        <w:t>But a minute mattered.</w:t>
      </w:r>
    </w:p>
    <w:p w:rsidR="00095185" w:rsidRDefault="00E41A6A">
      <w:pPr>
        <w:pStyle w:val="ActuatorSceneStart"/>
        <w:ind/>
      </w:pPr>
      <w:r>
        <w:t>The ring of members sat in complete silence around the polished circular table.</w:t>
      </w:r>
    </w:p>
    <w:p w:rsidR="00095185" w:rsidRDefault="00E41A6A">
      <w:r>
        <w:t>At the head of the table, President Inys rested both hands on the polished surface. His eyes never left General Adrian Levy. “An attack?” His voice remained composed, but there was a weight behind the single question. Levy straightened in his chair. “Yes, sir.” His expression was grim.</w:t>
      </w:r>
    </w:p>
    <w:p w:rsidR="00095185" w:rsidRDefault="00E41A6A">
      <w:r>
        <w:t>“A very heavy assault.” With a gesture of his hand, the holograms shifted. Images of the devastated naval installation filled the air. Collapsed barricades. Burning hangars. Destroyed defense batteries. Rows of medics tending to wounded personnel. Scorched aircraft. Blackened craters. The President slowly studied every image. His jaw tightened. “On Brigg…” He spoke almost to himself. “…and the androids are gone?” Levy gave a slow, reluctant nod. “All five hundred.”</w:t>
      </w:r>
    </w:p>
    <w:p w:rsidR="00095185" w:rsidRDefault="00E41A6A">
      <w:r>
        <w:t>Several officials lowered their eyes to the table. Levy glanced at the report before him. He almost sounded embarrassed saying it. “One is missing a spear.” The statement earned several puzzled looks around the table. A few brows furrowed. Levy clarified. “The retrieval logs indicate one unit engaged the enemy before activation was interrupted.” “It never recovered its primary weapon.” He enlarged the maintenance report. One android appeared highlighted in red. Primary Weapon: Missing. The President barely acknowledged the detail.</w:t>
      </w:r>
    </w:p>
    <w:p w:rsidR="00095185" w:rsidRDefault="00E41A6A">
      <w:r>
        <w:t>He simply leaned back into his chair. For several long moments, he said nothing. Gone. Levy broke the silence. “Sir…” He leaned forward. “T.R.A.P.S. is our only hope.” Several officials exchanged uncertain glances. Hope wasn’t a strategy. But alternatives were disappearing rapidly. “They’re almost ready to move.”</w:t>
      </w:r>
    </w:p>
    <w:p w:rsidR="00095185" w:rsidRDefault="00E41A6A">
      <w:r>
        <w:t>He tapped another display. “They’re actually ahead of schedule.” Armor development. Vehicle construction. Weapons research. Portal technology. Every project showed remarkable progress. Completion percentages continued climbing beside each project. “I speak with Royce Mane nearly every day.” Levy couldn’t completely hide the confidence in his voice. “He keeps me informed on every major development.”</w:t>
      </w:r>
    </w:p>
    <w:p w:rsidR="00095185" w:rsidRDefault="00E41A6A">
      <w:r>
        <w:t>None of it inspired confidence. Finally, President Inys sighed. “I suppose…” His shoulders settled. “It’s our only option.” The words carried more resignation than conviction. He surveyed the table. “They have to regain control of those androids.” His voice became firmer. “At any cost.” He gestured to another report. “The self-destruct command refuses to execute.”</w:t>
      </w:r>
    </w:p>
    <w:p w:rsidR="00095185" w:rsidRDefault="00E41A6A">
      <w:r>
        <w:t>Every known military override followed the same pattern. “We’ve transmitted every known authorization sequence.” “Nothing,” the President continued. “They’re still operational.” His frustration became more visible. “But we cannot locate them.”</w:t>
      </w:r>
    </w:p>
    <w:p w:rsidR="00095185" w:rsidRDefault="00E41A6A">
      <w:r>
        <w:t>Every scan ended the same way. “Their signal is beyond scrambled.” He clenched one fist against the table. The display refreshed once more. “Every search keeps coming back to Fort Brigg.” The signal was either being redirected, or someone had deliberately engineered it to deceive them. Neither possibility was encouraging. Levy remained remarkably composed. Perhaps more composed than anyone else present. He faced the President.</w:t>
      </w:r>
    </w:p>
    <w:p w:rsidR="00095185" w:rsidRDefault="00E41A6A">
      <w:r>
        <w:t>“Mane will get the job done, sir.” There wasn’t the slightest hesitation. “I’ve watched him solve problems that should’ve been impossible.” Levy’s eyes drifted toward the projection of the stolen androids. “If anyone can recover them…” He turned back to the President. “…it’s Ethic Royce Mane.” Levy leaned forward. “Just allow him to work.”</w:t>
      </w:r>
    </w:p>
    <w:p w:rsidR="00095185" w:rsidRDefault="00E41A6A">
      <w:r>
        <w:t>The stolen army no longer answered to the United States. The council began preparing for a war it could not yet locate.</w:t>
      </w:r>
    </w:p>
    <w:p>
      <w:pPr/>
      <w:r>
        <w:t>The directive reached Ethic before the council chamber had cooled: RECOVER ANDROID ASSETS AT ANY COST.</w:t>
      </w:r>
    </w:p>
    <w:p>
      <w:pPr/>
      <w:r>
        <w:t>Troix read it over his shoulder. “At any cost?” Ethic left Washington’s order intact and opened a separate T.R.A.P.S. field directive beneath it: RECOVER IF FEASIBLE. PROTECT TEAM AND CIVILIANS. Troix raised an eyebrow. “Washington sent different wording.”</w:t>
      </w:r>
    </w:p>
    <w:p>
      <w:pPr/>
      <w:r>
        <w:t>Ethic locked the brief. “Washington has mistaken people for assets before. I am not doing it again.” His voice stayed calm. “Nobody on this team is the cost.” Troix gave one nod. “Understood.”</w:t>
      </w:r>
    </w:p>
    <w:p>
      <w:pPr/>
      <w:r>
        <w:t>Before the team broke to pack, Anari caught Ethic outside the conference room. The report he had promised was open on her Disc Icon: blast-site photographs, recovery logs, and one line she had reread until the words blurred: NO REMAINS RECOVERED. STATUS UNCONFIRMED. “That’s all?” she asked. Ethic did not pretend otherwise. “That’s all I can prove.” Anari turned back to the words. “So Gauge could still be alive.” “Yes.” She closed the report. “Then after Charge City, I want back on this.” Ethic nodded. “You won’t have to ask twice.” She tucked the Disc Icon against her wrist. “Good. Then let’s survive Charge City.”</w:t>
      </w:r>
    </w:p>
    <w:p w:rsidR="00095185" w:rsidRDefault="00E41A6A">
      <w:pPr>
        <w:pStyle w:val="ActuatorChapterTitle"/>
        <w:rPr>
          <w:rFonts w:hint="eastAsia"/>
        </w:rPr>
      </w:pPr>
      <w:r>
        <w:t>Chapter 18: Charge City</w:t>
      </w:r>
    </w:p>
    <w:p w:rsidR="00095185" w:rsidRDefault="00E41A6A">
      <w:pPr>
        <w:pStyle w:val="ActuatorSceneStart"/>
        <w:ind/>
      </w:pPr>
      <w:r>
        <w:t>Zion wandered aimlessly through an endless forest. He had no memory of how he’d gotten there. No memory of taking a single step. One moment there had been nothing; now trees surrounded him. Twisted vines clung to rough bark like grasping fingers, while damp moss blanketed the forest floor beneath his boots, muffling every step. The air hung unnaturally heavy, saturated with the scent of wet earth, rotting leaves, and rain-soaked wood. A silence pressed against his ears until they rang. The kind that whispered, without a single sound, that something was watching.</w:t>
      </w:r>
    </w:p>
    <w:p w:rsidR="00095185" w:rsidRDefault="00E41A6A">
      <w:r>
        <w:t>He turned, studying the maze of trees surrounding him. Nothing. Only darkness. The deeper he looked, the more the forest seemed to shift, branches swaying without wind, silhouettes twisting into shapes that vanished the moment he focused on them. He frowned. “Where am I?” His own voice sounded foreign, swallowed by the oppressive stillness. There was no trail. No landmarks. No signs that another human had ever walked here. Nothing but unfamiliar wilderness stretching endlessly in every direction, each cluster of trees looking exactly like the last. A sharp crack echoed somewhere off to his right. Zion’s head snapped toward the sound.</w:t>
      </w:r>
    </w:p>
    <w:p w:rsidR="00095185" w:rsidRDefault="00E41A6A">
      <w:r>
        <w:t>Twigs splintered in the undergrowth. He held perfectly still, every muscle tightening. His breathing slowed on instinct as his ears strained against the silence. Something heavy pushed through the undergrowth with calm, deliberate confidence. At first glance, it looked feline.</w:t>
      </w:r>
    </w:p>
    <w:p w:rsidR="00095185" w:rsidRDefault="00E41A6A">
      <w:r>
        <w:t>Its green eyes glowed in the darkness, bright enough to lock onto him from an impossible distance. Waiting. It didn’t snarl. It didn’t growl. It simply stared.</w:t>
      </w:r>
    </w:p>
    <w:p w:rsidR="00095185" w:rsidRDefault="00E41A6A">
      <w:r>
        <w:t>Zion didn’t wait to find out what it wanted. He spun on his heels and ran. The beast lunged after him, far faster than anything that size had any right to move.</w:t>
      </w:r>
    </w:p>
    <w:p w:rsidR="00095185" w:rsidRDefault="00E41A6A">
      <w:r>
        <w:t>Zion cut between two trees. The beast crashed through the undergrowth behind him, gaining while he ducked branches.</w:t>
      </w:r>
    </w:p>
    <w:p w:rsidR="00095185" w:rsidRDefault="00E41A6A">
      <w:r>
        <w:t>Rows of ivory fangs flashed in the darkness as hot breath rolled from its mouth in pale clouds that drifted through the cold night air. “No…” His heartbeat thundered inside his ears until it drowned out almost everything else. “It’s catching me.” His legs burned. His chest ached. Every breath felt sharper than the last, tearing at his lungs as if the air itself had become too cold to breathe. No matter how desperately he pushed himself. No matter how hard he ran. The distance continued shrinking. Panic settled deep into his bones. Ahead stood an enormous tree whose sprawling branches stretched high above the forest floor. There was only one option left. Zion planted one foot against the trunk.</w:t>
      </w:r>
    </w:p>
    <w:p w:rsidR="00095185" w:rsidRDefault="00E41A6A">
      <w:r>
        <w:t>He leapt and caught a branch. For one terrifying second his hands slipped against damp bark before finding purchase. Loose bark crumbled beneath his hands. The beast leapt after him.</w:t>
      </w:r>
    </w:p>
    <w:p w:rsidR="00095185" w:rsidRDefault="00E41A6A">
      <w:r>
        <w:t>The beast climbed after him. Each movement was powerful enough to shake the tree beneath him. The wind felt colder the higher he climbed, cutting through his sweat-soaked clothes. Then there was nowhere left to go.</w:t>
      </w:r>
    </w:p>
    <w:p w:rsidR="00095185" w:rsidRDefault="00E41A6A">
      <w:r>
        <w:t>It climbed deliberately, without once breaking eye contact. The beast reached the final branch. Every instinct screamed at Zion to move.</w:t>
      </w:r>
    </w:p>
    <w:p w:rsidR="00095185" w:rsidRDefault="00E41A6A">
      <w:r>
        <w:t>To do something. But his body refused. His legs wouldn’t obey him. The glowing eyes locked onto his. It sprang. Blinding. He screamed.</w:t>
      </w:r>
    </w:p>
    <w:p w:rsidR="00095185" w:rsidRDefault="00E41A6A">
      <w:r>
        <w:t>Zion shot upright in bed, gasping violently for air. His sheets clung to him, soaked with cold sweat, while his chest rose and fell in ragged bursts. His heart pounded so hard against his ribs it hurt, refusing to slow as he struggled to separate nightmare from reality. His hands instinctively flew to his chest, searching for wounds that weren’t there. “Just…” He dragged a shaky breath into his lungs. “A dream.”</w:t>
      </w:r>
    </w:p>
    <w:p w:rsidR="00095185" w:rsidRDefault="00E41A6A">
      <w:r>
        <w:t>A faint light pulsed in the room. Not around him. With him. “What…” Still breathing heavily, Zion swung his legs over the side of the bed and stood. The glow followed. He crossed the room toward the bathroom, hoping cold water would wash away the lingering terror still gripping his nerves. He caught his reflection in the dresser mirror.</w:t>
      </w:r>
    </w:p>
    <w:p w:rsidR="00095185" w:rsidRDefault="00E41A6A">
      <w:r>
        <w:t>The mirror came fully into view. “What the…” His own eyes stared back at him. Steadily. As though something beneath his skin had found a heartbeat of its own. Zion’s breathing quickened. “No…” He raised trembling hands toward his face. The instant they entered his field of vision, they began glowing too.</w:t>
      </w:r>
    </w:p>
    <w:p w:rsidR="00095185" w:rsidRDefault="00E41A6A">
      <w:r>
        <w:t>Veins of light shimmered beneath the surface before fading again, only to pulse brighter with his racing heartbeat. His pulse accelerated. “What is happening to me?”</w:t>
      </w:r>
    </w:p>
    <w:p w:rsidR="00095185" w:rsidRDefault="00E41A6A">
      <w:r>
        <w:t>Zion stared at his reflection, afraid to move closer and more afraid to look away. “This is real.” Green light leaked from the corners of his eyes in thin, smoke-like ribbons. It pulsed beneath the skin of his hands and brightened with every beat of his heart. He turned one palm over. The light followed the tendons beneath his skin as if it knew the shape of him better than he did. His next breath came out glowing, bathing the sink and mirror in lime-green light. He splashed cold water across his face. The water ran clear, but the glow stayed. He tried holding his breath. Nothing changed. Tried clenching his fists. The light intensified. Panic rose faster than any useful thought. “Stop,” he said to his own body as if it were another person. “Stop.” The bathroom ignored him. Terror finally broke through his whisper. “What the FUCK?!” The words cracked against the tile. Somewhere beyond the door, the room remained ordinary. Inside the mirror, Zion no longer did.</w:t>
      </w:r>
    </w:p>
    <w:p w:rsidR="00095185" w:rsidRDefault="00E41A6A">
      <w:r>
        <w:t>The light remained. He backed away from the sink.</w:t>
      </w:r>
    </w:p>
    <w:p w:rsidR="00095185" w:rsidRDefault="00E41A6A">
      <w:r>
        <w:t>The beast. Since waking, he had treated the nightmare as finished. Now the possibility settled into his mind that it hadn’t ended at all. The question of where he came from no longer felt like an old file search. Something inside him had turned it into an emergency.</w:t>
      </w:r>
    </w:p>
    <w:p>
      <w:pPr/>
      <w:r>
        <w:t>He saved the time of the episode and a rough description of the glow in a private file on his Disc Icon. He would show Khalid after the operation and stop pretending the dreams meant nothing. Charge City came first.</w:t>
      </w:r>
    </w:p>
    <w:p w:rsidR="00095185" w:rsidRDefault="00E41A6A">
      <w:pPr>
        <w:pStyle w:val="ActuatorSceneStart"/>
        <w:ind/>
      </w:pPr>
      <w:r>
        <w:t>He had dreamed of the beast before. This was the first time something had seemed to follow him out of the dream.</w:t>
      </w:r>
    </w:p>
    <w:p w:rsidR="00095185" w:rsidRDefault="00E41A6A">
      <w:r>
        <w:t>This time he could not dismiss everything that followed as a nightmare.</w:t>
      </w:r>
    </w:p>
    <w:p w:rsidR="00095185" w:rsidRDefault="00E41A6A">
      <w:r>
        <w:t>He lowered himself onto the edge of his bed, elbows resting on his knees as he stared at the floorboards without really seeing them. “No.” He shook his head, more firmly this time. “Not yet.” He was not telling Ethic or Troix before Charge City. Khalid could wait until after the operation, when Zion had enough distance from the glow to explain it without sounding insane. He already knew exactly how that conversation would go. “Bro, you got haunted by a radioactive leopard?” “Man, shut up.”</w:t>
      </w:r>
    </w:p>
    <w:p w:rsidR="00095185" w:rsidRDefault="00E41A6A">
      <w:r>
        <w:t>The hours dragged by. Every creak of the building pulled his attention toward the bedroom door. Eventually, exhausted, he lay back down.</w:t>
      </w:r>
    </w:p>
    <w:p w:rsidR="00095185" w:rsidRDefault="00E41A6A">
      <w:pPr>
        <w:pStyle w:val="ActuatorSceneStart"/>
        <w:ind/>
      </w:pPr>
      <w:r>
        <w:t>On Saturday morning, every member of T.R.A.P.S. awoke to the same priority message. Their Disc Icons chimed simultaneously. FROM: ETHIC ROYCE MANE. Gather one week’s worth of clothing.</w:t>
      </w:r>
    </w:p>
    <w:p>
      <w:pPr/>
      <w:r>
        <w:t>Khalid read the message twice.</w:t>
      </w:r>
    </w:p>
    <w:p>
      <w:pPr/>
      <w:r>
        <w:t>“One week?”</w:t>
      </w:r>
    </w:p>
    <w:p>
      <w:pPr/>
      <w:r>
        <w:t>Zion zipped his bag. “That’s what it says.”</w:t>
      </w:r>
    </w:p>
    <w:p>
      <w:pPr/>
      <w:r>
        <w:t>“Why does a one-day operation require a week of clothes?”</w:t>
      </w:r>
    </w:p>
    <w:p>
      <w:pPr/>
      <w:r>
        <w:t>“Because one-day operations become week-long operations.”</w:t>
      </w:r>
    </w:p>
    <w:p>
      <w:pPr/>
      <w:r>
        <w:t>Khalid studied him. “You been in the military six minutes and already sound tired.”</w:t>
      </w:r>
    </w:p>
    <w:p>
      <w:pPr/>
      <w:r>
        <w:t>“I’ve been around Ethic long enough.”</w:t>
      </w:r>
    </w:p>
    <w:p>
      <w:pPr/>
      <w:r>
        <w:t>Across the hall, Troix knocked once on Mecca’s open door.</w:t>
      </w:r>
    </w:p>
    <w:p>
      <w:pPr/>
      <w:r>
        <w:t>She was sitting on the floor beside three bags.</w:t>
      </w:r>
    </w:p>
    <w:p>
      <w:pPr/>
      <w:r>
        <w:t>Troix stopped.</w:t>
      </w:r>
    </w:p>
    <w:p>
      <w:pPr/>
      <w:r>
        <w:t>“No.”</w:t>
      </w:r>
    </w:p>
    <w:p>
      <w:pPr/>
      <w:r>
        <w:t>Mecca looked up. “You don’t even know what these are.”</w:t>
      </w:r>
    </w:p>
    <w:p>
      <w:pPr/>
      <w:r>
        <w:t>“Three bags.”</w:t>
      </w:r>
    </w:p>
    <w:p>
      <w:pPr/>
      <w:r>
        <w:t>“Correct.”</w:t>
      </w:r>
    </w:p>
    <w:p>
      <w:pPr/>
      <w:r>
        <w:t>“One week.”</w:t>
      </w:r>
    </w:p>
    <w:p>
      <w:pPr/>
      <w:r>
        <w:t>“I need options.”</w:t>
      </w:r>
    </w:p>
    <w:p>
      <w:pPr/>
      <w:r>
        <w:t>“You need one uniform, civilian clothing, hygiene items, and mission equipment.”</w:t>
      </w:r>
    </w:p>
    <w:p>
      <w:pPr/>
      <w:r>
        <w:t>“That’s a very sad sentence.”</w:t>
      </w:r>
    </w:p>
    <w:p>
      <w:pPr/>
      <w:r>
        <w:t>Troix pointed at the smallest bag. “That one.”</w:t>
      </w:r>
    </w:p>
    <w:p>
      <w:pPr/>
      <w:r>
        <w:t>“Absolutely not.”</w:t>
      </w:r>
    </w:p>
    <w:p>
      <w:pPr/>
      <w:r>
        <w:t>“Two.”</w:t>
      </w:r>
    </w:p>
    <w:p>
      <w:pPr/>
      <w:r>
        <w:t>“Now we’re negotiating.”</w:t>
      </w:r>
    </w:p>
    <w:p>
      <w:pPr/>
      <w:r>
        <w:t>“We are not.”</w:t>
      </w:r>
    </w:p>
    <w:p>
      <w:pPr/>
      <w:r>
        <w:t>“Then why’d you move from one to two?”</w:t>
      </w:r>
    </w:p>
    <w:p>
      <w:pPr/>
      <w:r>
        <w:t>Troix realized the mistake too late.</w:t>
      </w:r>
    </w:p>
    <w:p>
      <w:pPr/>
      <w:r>
        <w:t>Mecca smiled.</w:t>
      </w:r>
    </w:p>
    <w:p>
      <w:pPr/>
      <w:r>
        <w:t>Downstairs, Anari packed more tools than clothes.</w:t>
      </w:r>
    </w:p>
    <w:p>
      <w:pPr/>
      <w:r>
        <w:t>Ethic found her kneeling beside an open equipment case.</w:t>
      </w:r>
    </w:p>
    <w:p>
      <w:pPr/>
      <w:r>
        <w:t>“That’s not a suitcase.”</w:t>
      </w:r>
    </w:p>
    <w:p>
      <w:pPr/>
      <w:r>
        <w:t>“I know.”</w:t>
      </w:r>
    </w:p>
    <w:p>
      <w:pPr/>
      <w:r>
        <w:t>“You have clothes?”</w:t>
      </w:r>
    </w:p>
    <w:p>
      <w:pPr/>
      <w:r>
        <w:t>She pointed to a small bag by the door.</w:t>
      </w:r>
    </w:p>
    <w:p>
      <w:pPr/>
      <w:r>
        <w:t>“Three shirts?”</w:t>
      </w:r>
    </w:p>
    <w:p>
      <w:pPr/>
      <w:r>
        <w:t>“Four.”</w:t>
      </w:r>
    </w:p>
    <w:p>
      <w:pPr/>
      <w:r>
        <w:t>“Progress.”</w:t>
      </w:r>
    </w:p>
    <w:p>
      <w:pPr/>
      <w:r>
        <w:t>She clipped another diagnostic module into the case. “If a wormhole emitter fails in the field, a fifth shirt isn’t gonna fix it.”</w:t>
      </w:r>
    </w:p>
    <w:p>
      <w:pPr/>
      <w:r>
        <w:t>“No.”</w:t>
      </w:r>
    </w:p>
    <w:p>
      <w:pPr/>
      <w:r>
        <w:t>“So we’re done here.”</w:t>
      </w:r>
    </w:p>
    <w:p>
      <w:pPr/>
      <w:r>
        <w:t>Ethic looked at the tool case.</w:t>
      </w:r>
    </w:p>
    <w:p>
      <w:pPr/>
      <w:r>
        <w:t>“How heavy?”</w:t>
      </w:r>
    </w:p>
    <w:p>
      <w:pPr/>
      <w:r>
        <w:t>“Manageable.”</w:t>
      </w:r>
    </w:p>
    <w:p>
      <w:pPr/>
      <w:r>
        <w:t>He lifted it.</w:t>
      </w:r>
    </w:p>
    <w:p>
      <w:pPr/>
      <w:r>
        <w:t>His eyebrows rose.</w:t>
      </w:r>
    </w:p>
    <w:p>
      <w:pPr/>
      <w:r>
        <w:t>Anari smiled. “Manageable for you.”</w:t>
      </w:r>
    </w:p>
    <w:p>
      <w:pPr/>
      <w:r>
        <w:t>By the time they reached the garage, everyone carried something that revealed more about them than they probably intended.</w:t>
      </w:r>
    </w:p>
    <w:p>
      <w:pPr/>
      <w:r>
        <w:t>Troix packed exactly what the list required.</w:t>
      </w:r>
    </w:p>
    <w:p>
      <w:pPr/>
      <w:r>
        <w:t>Zion added a worn pair of training wraps.</w:t>
      </w:r>
    </w:p>
    <w:p>
      <w:pPr/>
      <w:r>
        <w:t>Khalid brought enough weapon-cleaning supplies to service a platoon.</w:t>
      </w:r>
    </w:p>
    <w:p>
      <w:pPr/>
      <w:r>
        <w:t>Mecca somehow still had two bags.</w:t>
      </w:r>
    </w:p>
    <w:p>
      <w:pPr/>
      <w:r>
        <w:t>Anari carried tools.</w:t>
      </w:r>
    </w:p>
    <w:p>
      <w:pPr/>
      <w:r>
        <w:t>Ethic carried almost nothing.</w:t>
      </w:r>
    </w:p>
    <w:p>
      <w:pPr/>
      <w:r>
        <w:t>Khalid noticed. “Boss, where your stuff?”</w:t>
      </w:r>
    </w:p>
    <w:p>
      <w:pPr/>
      <w:r>
        <w:t>“Already aboard.”</w:t>
      </w:r>
    </w:p>
    <w:p>
      <w:pPr/>
      <w:r>
        <w:t>“Of course it is.”</w:t>
      </w:r>
    </w:p>
    <w:p>
      <w:pPr/>
      <w:r>
        <w:t>Khalid looked from Ethic’s single bag to everyone else’s luggage. “Anybody else notice the boss packs like he expects to disappear?”</w:t>
      </w:r>
    </w:p>
    <w:p>
      <w:pPr/>
      <w:r>
        <w:t>Ethic kept walking. “I pack like somebody who hates luggage.”</w:t>
      </w:r>
    </w:p>
    <w:p>
      <w:pPr/>
      <w:r>
        <w:t>Zion adjusted his duffel. “That wasn’t what he asked.”</w:t>
      </w:r>
    </w:p>
    <w:p>
      <w:pPr/>
      <w:r>
        <w:t>“Good. Then he can stop asking questions he doesn’t want answered.”</w:t>
      </w:r>
    </w:p>
    <w:p>
      <w:pPr/>
      <w:r>
        <w:t>Mecca looked at Anari. “Comforting leadership style.”</w:t>
      </w:r>
    </w:p>
    <w:p>
      <w:pPr/>
      <w:r>
        <w:t>Anari nodded. “Very warm.”</w:t>
      </w:r>
    </w:p>
    <w:p>
      <w:pPr/>
      <w:r>
        <w:t>Troix checked the departure time. “Vehicle in two minutes.”</w:t>
      </w:r>
    </w:p>
    <w:p>
      <w:pPr/>
      <w:r>
        <w:t>Khalid sighed. “There’s the motivational speech.”</w:t>
      </w:r>
    </w:p>
    <w:p>
      <w:pPr/>
      <w:r>
        <w:t>Mecca stood at the transport ramp with one hand on her hip. “Everybody done judging everybody else’s luggage?”</w:t>
      </w:r>
    </w:p>
    <w:p>
      <w:pPr/>
      <w:r>
        <w:t>Khalid pointed at her bags. “No.”</w:t>
      </w:r>
    </w:p>
    <w:p>
      <w:pPr/>
      <w:r>
        <w:t>She pointed inside. “Get in.”</w:t>
      </w:r>
    </w:p>
    <w:p>
      <w:pPr/>
      <w:r>
        <w:t>They boarded.</w:t>
      </w:r>
    </w:p>
    <w:p>
      <w:pPr/>
      <w:r>
        <w:t>For the first few minutes after takeoff, the cabin filled with the ordinary sounds of preparation: straps tightening, magazines being checked, helmet seals tested, equipment shifted into easier reach.</w:t>
      </w:r>
    </w:p>
    <w:p>
      <w:pPr/>
      <w:r>
        <w:t>Then the city fell away beneath them.</w:t>
      </w:r>
    </w:p>
    <w:p>
      <w:pPr/>
      <w:r>
        <w:t>Nobody talked.</w:t>
      </w:r>
    </w:p>
    <w:p>
      <w:pPr/>
      <w:r>
        <w:t>Khalid finally broke.</w:t>
      </w:r>
    </w:p>
    <w:p>
      <w:pPr/>
      <w:r>
        <w:t>“So this the part where somebody gives an inspiring speech?”</w:t>
      </w:r>
    </w:p>
    <w:p>
      <w:pPr/>
      <w:r>
        <w:t>Ethic faced him.</w:t>
      </w:r>
    </w:p>
    <w:p>
      <w:pPr/>
      <w:r>
        <w:t>“No.”</w:t>
      </w:r>
    </w:p>
    <w:p>
      <w:pPr/>
      <w:r>
        <w:t>“Good. I hate speeches.”</w:t>
      </w:r>
    </w:p>
    <w:p>
      <w:pPr/>
      <w:r>
        <w:t>Troix looked up from his rifle. “You talk continuously.”</w:t>
      </w:r>
    </w:p>
    <w:p>
      <w:pPr/>
      <w:r>
        <w:t>“That’s different.”</w:t>
      </w:r>
    </w:p>
    <w:p>
      <w:pPr/>
      <w:r>
        <w:t>“How?”</w:t>
      </w:r>
    </w:p>
    <w:p>
      <w:pPr/>
      <w:r>
        <w:t>Khalid opened his mouth.</w:t>
      </w:r>
    </w:p>
    <w:p>
      <w:pPr/>
      <w:r>
        <w:t>Closed it.</w:t>
      </w:r>
    </w:p>
    <w:p>
      <w:pPr/>
      <w:r>
        <w:t>Zion smiled. “Got him.”</w:t>
      </w:r>
    </w:p>
    <w:p>
      <w:pPr/>
      <w:r>
        <w:t>Mecca’s voice came through the cabin speakers. “Enjoy it while it lasts. We hit the staging corridor in twelve.”</w:t>
      </w:r>
    </w:p>
    <w:p>
      <w:pPr/>
      <w:r>
        <w:t>Anari sat opposite Ethic, thumb resting against the edge of her Disc Icon.</w:t>
      </w:r>
    </w:p>
    <w:p>
      <w:pPr/>
      <w:r>
        <w:t>Gauge’s unresolved report was closed.</w:t>
      </w:r>
    </w:p>
    <w:p>
      <w:pPr/>
      <w:r>
        <w:t>Not gone.</w:t>
      </w:r>
    </w:p>
    <w:p>
      <w:pPr/>
      <w:r>
        <w:t>Closed.</w:t>
      </w:r>
    </w:p>
    <w:p>
      <w:pPr/>
      <w:r>
        <w:t>Ethic saw the gesture and looked away before it became surveillance.</w:t>
      </w:r>
    </w:p>
    <w:p>
      <w:pPr/>
      <w:r>
        <w:t>Across from her, Zion flexed his hands.</w:t>
      </w:r>
    </w:p>
    <w:p>
      <w:pPr/>
      <w:r>
        <w:t>For just a moment, green light seemed to exist behind his memory rather than his skin.</w:t>
      </w:r>
    </w:p>
    <w:p>
      <w:pPr/>
      <w:r>
        <w:t>He curled his fingers into fists until the thought passed.</w:t>
      </w:r>
    </w:p>
    <w:p>
      <w:pPr/>
      <w:r>
        <w:t>Khalid noticed the movement.</w:t>
      </w:r>
    </w:p>
    <w:p>
      <w:pPr/>
      <w:r>
        <w:t>“You good?”</w:t>
      </w:r>
    </w:p>
    <w:p>
      <w:pPr/>
      <w:r>
        <w:t>Zion nodded.</w:t>
      </w:r>
    </w:p>
    <w:p>
      <w:pPr/>
      <w:r>
        <w:t>“Yeah.”</w:t>
      </w:r>
    </w:p>
    <w:p>
      <w:pPr/>
      <w:r>
        <w:t>Khalid held his gaze another second.</w:t>
      </w:r>
    </w:p>
    <w:p>
      <w:pPr/>
      <w:r>
        <w:t>Then accepted the answer.</w:t>
      </w:r>
    </w:p>
    <w:p>
      <w:pPr/>
      <w:r>
        <w:t>Not because he believed it.</w:t>
      </w:r>
    </w:p>
    <w:p>
      <w:pPr/>
      <w:r>
        <w:t>Because sometimes friendship meant knowing when to wait.</w:t>
      </w:r>
    </w:p>
    <w:p>
      <w:pPr/>
      <w:r>
        <w:t>Khalid leaned back and lowered his voice. “After this, you tell me what that was.”</w:t>
      </w:r>
    </w:p>
    <w:p>
      <w:pPr/>
      <w:r>
        <w:t>Zion looked at him. “What was what?”</w:t>
      </w:r>
    </w:p>
    <w:p>
      <w:pPr/>
      <w:r>
        <w:t>“Don’t do that. I know your lying face.”</w:t>
      </w:r>
    </w:p>
    <w:p>
      <w:pPr/>
      <w:r>
        <w:t>“I don’t have a lying face.”</w:t>
      </w:r>
    </w:p>
    <w:p>
      <w:pPr/>
      <w:r>
        <w:t>“You absolutely do. Left eyebrow gets stupid.”</w:t>
      </w:r>
    </w:p>
    <w:p>
      <w:pPr/>
      <w:r>
        <w:t>Zion almost laughed. Khalid’s expression stayed serious. “After this.”</w:t>
      </w:r>
    </w:p>
    <w:p>
      <w:pPr/>
      <w:r>
        <w:t>Zion nodded. “After this.”</w:t>
      </w:r>
    </w:p>
    <w:p>
      <w:pPr/>
      <w:r>
        <w:t>“Good. Then don’t get killed before you explain it.”</w:t>
      </w:r>
    </w:p>
    <w:p>
      <w:pPr/>
      <w:r>
        <w:t>“Same to you.”</w:t>
      </w:r>
    </w:p>
    <w:p>
      <w:pPr/>
      <w:r>
        <w:t>Khalid looked around the cabin. “Fine. No speech. Different question.”</w:t>
      </w:r>
    </w:p>
    <w:p>
      <w:pPr/>
      <w:r>
        <w:t>Troix’s eyes narrowed in advance.</w:t>
      </w:r>
    </w:p>
    <w:p>
      <w:pPr/>
      <w:r>
        <w:t>“What are y’all doing after this?”</w:t>
      </w:r>
    </w:p>
    <w:p>
      <w:pPr/>
      <w:r>
        <w:t>Mecca answered over the speakers. “Flying us home.”</w:t>
      </w:r>
    </w:p>
    <w:p>
      <w:pPr/>
      <w:r>
        <w:t>“I mean after after.”</w:t>
      </w:r>
    </w:p>
    <w:p>
      <w:pPr/>
      <w:r>
        <w:t>“That is not a unit of time,” Anari said.</w:t>
      </w:r>
    </w:p>
    <w:p>
      <w:pPr/>
      <w:r>
        <w:t>“You know what I mean. Mission done. Nobody shooting at us. What are you doing?”</w:t>
      </w:r>
    </w:p>
    <w:p>
      <w:pPr/>
      <w:r>
        <w:t>For days, every conversation had been about what came next operationally.</w:t>
      </w:r>
    </w:p>
    <w:p>
      <w:pPr/>
      <w:r>
        <w:t>Nobody had asked what came after winning.</w:t>
      </w:r>
    </w:p>
    <w:p>
      <w:pPr/>
      <w:r>
        <w:t>Khalid pointed at Troix. “You first.”</w:t>
      </w:r>
    </w:p>
    <w:p>
      <w:pPr/>
      <w:r>
        <w:t>Troix checked his rifle chamber again. “I will sleep.”</w:t>
      </w:r>
    </w:p>
    <w:p>
      <w:pPr/>
      <w:r>
        <w:t>Khalid stared. “That’s your dream?”</w:t>
      </w:r>
    </w:p>
    <w:p>
      <w:pPr/>
      <w:r>
        <w:t>“It is a plan.”</w:t>
      </w:r>
    </w:p>
    <w:p>
      <w:pPr/>
      <w:r>
        <w:t>Mecca’s voice came through the speakers. “Don’t let him fool you. He’ll wake up after four hours and start fixing armor somebody else already fixed.”</w:t>
      </w:r>
    </w:p>
    <w:p>
      <w:pPr/>
      <w:r>
        <w:t>Troix looked toward the cockpit. “Your stabilizer calibration is still off by point three percent.”</w:t>
      </w:r>
    </w:p>
    <w:p>
      <w:pPr/>
      <w:r>
        <w:t>“That is exactly why nobody likes you.”</w:t>
      </w:r>
    </w:p>
    <w:p>
      <w:pPr/>
      <w:r>
        <w:t>Khalid pointed toward Anari. “Your turn.”</w:t>
      </w:r>
    </w:p>
    <w:p>
      <w:pPr/>
      <w:r>
        <w:t>She looked down at her Disc Icon.</w:t>
      </w:r>
    </w:p>
    <w:p>
      <w:pPr/>
      <w:r>
        <w:t>“Find Gauge.”</w:t>
      </w:r>
    </w:p>
    <w:p>
      <w:pPr/>
      <w:r>
        <w:t>The joking energy dimmed.</w:t>
      </w:r>
    </w:p>
    <w:p>
      <w:pPr/>
      <w:r>
        <w:t>Khalid nodded. “Okay. After you find him.”</w:t>
      </w:r>
    </w:p>
    <w:p>
      <w:pPr/>
      <w:r>
        <w:t>Anari had not thought that far.</w:t>
      </w:r>
    </w:p>
    <w:p>
      <w:pPr/>
      <w:r>
        <w:t>“Build something that isn’t trying to kill anybody.”</w:t>
      </w:r>
    </w:p>
    <w:p>
      <w:pPr/>
      <w:r>
        <w:t>Mecca answered immediately. “Boring.”</w:t>
      </w:r>
    </w:p>
    <w:p>
      <w:pPr/>
      <w:r>
        <w:t>“You literally build transportation.”</w:t>
      </w:r>
    </w:p>
    <w:p>
      <w:pPr/>
      <w:r>
        <w:t>“I build transportation that could kill somebody.”</w:t>
      </w:r>
    </w:p>
    <w:p>
      <w:pPr/>
      <w:r>
        <w:t>“That is not the defense you think it is.”</w:t>
      </w:r>
    </w:p>
    <w:p>
      <w:pPr/>
      <w:r>
        <w:t>Mecca laughed. “Fine. I want my own garage.”</w:t>
      </w:r>
    </w:p>
    <w:p>
      <w:pPr/>
      <w:r>
        <w:t>“You already have a garage,” Troix said.</w:t>
      </w:r>
    </w:p>
    <w:p>
      <w:pPr/>
      <w:r>
        <w:t>“A military garage. I mean mine. Big doors. Ridiculous lift system. Music loud enough to violate city ordinances. I want to build something nobody commissioned.”</w:t>
      </w:r>
    </w:p>
    <w:p>
      <w:pPr/>
      <w:r>
        <w:t>Anari smiled. “Something useless?”</w:t>
      </w:r>
    </w:p>
    <w:p>
      <w:pPr/>
      <w:r>
        <w:t>“Extremely.”</w:t>
      </w:r>
    </w:p>
    <w:p>
      <w:pPr/>
      <w:r>
        <w:t>“That actually sounds nice.”</w:t>
      </w:r>
    </w:p>
    <w:p>
      <w:pPr/>
      <w:r>
        <w:t>“It will be irresponsible.”</w:t>
      </w:r>
    </w:p>
    <w:p>
      <w:pPr/>
      <w:r>
        <w:t>“Even better.”</w:t>
      </w:r>
    </w:p>
    <w:p>
      <w:pPr/>
      <w:r>
        <w:t>Khalid turned to Zion. “Don’t say family.”</w:t>
      </w:r>
    </w:p>
    <w:p>
      <w:pPr/>
      <w:r>
        <w:t>“Why not?”</w:t>
      </w:r>
    </w:p>
    <w:p>
      <w:pPr/>
      <w:r>
        <w:t>“Because I already know.”</w:t>
      </w:r>
    </w:p>
    <w:p>
      <w:pPr/>
      <w:r>
        <w:t>Zion shook his head. “I want to know where we came from. Then I want somewhere people know where to find me.”</w:t>
      </w:r>
    </w:p>
    <w:p>
      <w:pPr/>
      <w:r>
        <w:t>Khalid leaned back. “That was deep as hell.”</w:t>
      </w:r>
    </w:p>
    <w:p>
      <w:pPr/>
      <w:r>
        <w:t>“Shut up.”</w:t>
      </w:r>
    </w:p>
    <w:p>
      <w:pPr/>
      <w:r>
        <w:t>“No, I almost felt something.”</w:t>
      </w:r>
    </w:p>
    <w:p>
      <w:pPr/>
      <w:r>
        <w:t>Zion kicked the toe of Khalid’s boot. “Your turn.”</w:t>
      </w:r>
    </w:p>
    <w:p>
      <w:pPr/>
      <w:r>
        <w:t>Khalid’s answer took longer.</w:t>
      </w:r>
    </w:p>
    <w:p>
      <w:pPr/>
      <w:r>
        <w:t>“I wanna make something with my name on it.”</w:t>
      </w:r>
    </w:p>
    <w:p>
      <w:pPr/>
      <w:r>
        <w:t>“Weapons?” Mecca asked.</w:t>
      </w:r>
    </w:p>
    <w:p>
      <w:pPr/>
      <w:r>
        <w:t>“Maybe. A shop. Company. Something.” He rubbed his palms together. “I spent most of my life doing jobs where somebody else’s name was on the building and somebody else decided what my time was worth.”</w:t>
      </w:r>
    </w:p>
    <w:p>
      <w:pPr/>
      <w:r>
        <w:t>Zion smiled. “I’d work there.”</w:t>
      </w:r>
    </w:p>
    <w:p>
      <w:pPr/>
      <w:r>
        <w:t>Khalid looked offended. “Who said I was hiring you?”</w:t>
      </w:r>
    </w:p>
    <w:p>
      <w:pPr/>
      <w:r>
        <w:t>“You can’t read half your own wiring notes.”</w:t>
      </w:r>
    </w:p>
    <w:p>
      <w:pPr/>
      <w:r>
        <w:t>“That is creative notation.”</w:t>
      </w:r>
    </w:p>
    <w:p>
      <w:pPr/>
      <w:r>
        <w:t>Anari nodded. “It is not.”</w:t>
      </w:r>
    </w:p>
    <w:p>
      <w:pPr/>
      <w:r>
        <w:t>The laughter settled.</w:t>
      </w:r>
    </w:p>
    <w:p>
      <w:pPr/>
      <w:r>
        <w:t>Khalid noticed Ethic listening from the opposite bench.</w:t>
      </w:r>
    </w:p>
    <w:p>
      <w:pPr/>
      <w:r>
        <w:t>“Boss. You don’t get to hide. What are you doing after?”</w:t>
      </w:r>
    </w:p>
    <w:p>
      <w:pPr/>
      <w:r>
        <w:t>Ethic’s first instinct was to say sleep, food, paperwork.</w:t>
      </w:r>
    </w:p>
    <w:p>
      <w:pPr/>
      <w:r>
        <w:t>None of those were answers.</w:t>
      </w:r>
    </w:p>
    <w:p>
      <w:pPr/>
      <w:r>
        <w:t>He looked around the cabin. Troix with his rifle across his knees. Anari pretending the closed Gauge file was not pulling at her attention. Zion carrying a question he had not shared. Khalid imagining a name on a building. Mecca flying while mentally redesigning half the vehicle.</w:t>
      </w:r>
    </w:p>
    <w:p>
      <w:pPr/>
      <w:r>
        <w:t>Years ago, Ethic would have answered with the next mission.</w:t>
      </w:r>
    </w:p>
    <w:p>
      <w:pPr/>
      <w:r>
        <w:t>There was always another mission.</w:t>
      </w:r>
    </w:p>
    <w:p>
      <w:pPr/>
      <w:r>
        <w:t>The thought suddenly exhausted him.</w:t>
      </w:r>
    </w:p>
    <w:p>
      <w:pPr/>
      <w:r>
        <w:t>“I don’t know.”</w:t>
      </w:r>
    </w:p>
    <w:p>
      <w:pPr/>
      <w:r>
        <w:t>Khalid blinked. “For real?”</w:t>
      </w:r>
    </w:p>
    <w:p>
      <w:pPr/>
      <w:r>
        <w:t>“For real.” Ethic leaned back against the bulkhead. “I’ve spent a long time assuming there would always be something that needed doing before I got around to figuring that out.”</w:t>
      </w:r>
    </w:p>
    <w:p>
      <w:pPr/>
      <w:r>
        <w:t>Troix watched him.</w:t>
      </w:r>
    </w:p>
    <w:p>
      <w:pPr/>
      <w:r>
        <w:t>“Maybe after this, I figure it out.”</w:t>
      </w:r>
    </w:p>
    <w:p>
      <w:pPr/>
      <w:r>
        <w:t>Mecca’s voice softened through the speakers. “That might be the most irresponsible plan anybody said yet.”</w:t>
      </w:r>
    </w:p>
    <w:p>
      <w:pPr/>
      <w:r>
        <w:t>Ethic smiled. “I’m learning from you.”</w:t>
      </w:r>
    </w:p>
    <w:p>
      <w:pPr/>
      <w:r>
        <w:t>“Damn right.”</w:t>
      </w:r>
    </w:p>
    <w:p>
      <w:pPr/>
      <w:r>
        <w:t>The cabin went quiet again, but it was a different quiet.</w:t>
      </w:r>
    </w:p>
    <w:p>
      <w:pPr/>
      <w:r>
        <w:t>For a few minutes Charge City stopped being the only future available to them. There were garages, families, businesses, sleep, unfinished searches, machines built for no reason except joy.</w:t>
      </w:r>
    </w:p>
    <w:p>
      <w:pPr/>
      <w:r>
        <w:t>Ordinary things.</w:t>
      </w:r>
    </w:p>
    <w:p>
      <w:pPr/>
      <w:r>
        <w:t>Exactly the kind of things war kept asking people to surrender.</w:t>
      </w:r>
    </w:p>
    <w:p>
      <w:pPr/>
      <w:r>
        <w:t>Troix broke the silence.</w:t>
      </w:r>
    </w:p>
    <w:p>
      <w:pPr/>
      <w:r>
        <w:t>“Then the objective is clear.”</w:t>
      </w:r>
    </w:p>
    <w:p>
      <w:pPr/>
      <w:r>
        <w:t>Khalid groaned. “Please don’t turn our dreams into a briefing.”</w:t>
      </w:r>
    </w:p>
    <w:p>
      <w:pPr/>
      <w:r>
        <w:t>“We complete the mission,” Troix said. “We come back.”</w:t>
      </w:r>
    </w:p>
    <w:p>
      <w:pPr/>
      <w:r>
        <w:t>Mecca answered first. “Copy that.”</w:t>
      </w:r>
    </w:p>
    <w:p>
      <w:pPr/>
      <w:r>
        <w:t>Anari nodded. “Works for me.”</w:t>
      </w:r>
    </w:p>
    <w:p>
      <w:pPr/>
      <w:r>
        <w:t>Zion bumped Khalid’s shoulder. “You heard him.”</w:t>
      </w:r>
    </w:p>
    <w:p>
      <w:pPr/>
      <w:r>
        <w:t>Khalid secured his helmet strap. “Yeah. Guess I gotta survive. I got employees to exploit.”</w:t>
      </w:r>
    </w:p>
    <w:p>
      <w:pPr/>
      <w:r>
        <w:t>“You don’t have a company.”</w:t>
      </w:r>
    </w:p>
    <w:p>
      <w:pPr/>
      <w:r>
        <w:t>“Yet.”</w:t>
      </w:r>
    </w:p>
    <w:p>
      <w:pPr/>
      <w:r>
        <w:t>The staging indicator changed from amber to red.</w:t>
      </w:r>
    </w:p>
    <w:p>
      <w:pPr/>
      <w:r>
        <w:t>Nobody needed another speech.</w:t>
      </w:r>
    </w:p>
    <w:p w:rsidR="00095185" w:rsidRDefault="00E41A6A">
      <w:pPr>
        <w:pStyle w:val="ActuatorSceneStart"/>
        <w:ind/>
      </w:pPr>
      <w:r>
        <w:t>The team gathered beside Mecca’s transport while the work bots cleared the loading lane.</w:t>
      </w:r>
    </w:p>
    <w:p w:rsidR="00095185" w:rsidRDefault="00E41A6A">
      <w:r>
        <w:t>Each wore the fitted black armor and carried a Data Helmet. Anari checked their paired devices one last time.</w:t>
      </w:r>
    </w:p>
    <w:p>
      <w:pPr/>
      <w:r>
        <w:t>Before closing the last diagnostic, Anari opened the Gauge file Ethic had sent her. No body. No confirmed sighting. No explanation for the credits, the explosion, or the way Gauge had pushed her out of danger before everything went wrong. She had reread the same redacted pages enough times to recognize them by shape. Anari tagged the file to run another search after Charge City and closed it. If Grandpa Gauge was alive, she intended to find him. Tonight, the people standing beside her needed her first.</w:t>
      </w:r>
    </w:p>
    <w:p w:rsidR="00095185" w:rsidRDefault="00E41A6A">
      <w:r>
        <w:t>Ethic faced them, his attention lingering briefly on the newest recruits.</w:t>
      </w:r>
    </w:p>
    <w:p w:rsidR="00095185" w:rsidRDefault="00E41A6A">
      <w:r>
        <w:t>His gaze moved down the line. “This…” Another pause. “…is what we’ve practiced for.” No one shifted. No one blinked. Even Khalid, usually incapable of standing still for long, remained perfectly motionless. Ethic continued, “Ladies and gentlemen.” His tone hardened. “We are about to enter the real field.” He allowed the silence to settle around the words. “Combat.” Another beat. “War.”</w:t>
      </w:r>
    </w:p>
    <w:p w:rsidR="00095185" w:rsidRDefault="00E41A6A">
      <w:r>
        <w:t>The garage became absolutely still. Even the machinery seemed quieter. “D.A.R.C. possesses technology equal to our own.” He gestured to Anari. “They can teleport.” Toward Troix. “They’re armored.” Toward Khalid. “They’re heavily armed.” Toward the transport. “They adapt.” He folded his hands once more. “They also possess something no military on Earth currently has.” His gaze sharpened. “An army.”</w:t>
      </w:r>
    </w:p>
    <w:p w:rsidR="00095185" w:rsidRDefault="00E41A6A">
      <w:r>
        <w:t>The formation rotated slowly in the air. “Five hundred android soldiers.” The image continued turning. “The only force of its kind.” Ethic looked back at his team. “Fortunately, we know some of their weaknesses.” He let that settle. “They do not know ours yet. Keep it that way.”</w:t>
      </w:r>
    </w:p>
    <w:p w:rsidR="00095185" w:rsidRDefault="00E41A6A">
      <w:r>
        <w:t>Ethic had spent too many years burying soldiers who mistook confidence for invincibility. “Be fearless,” he said. Then stronger: “Be precise.” He let the words travel the line. “And if the plan breaks, protect the person next to you before you protect the plan.” One final look across the team. “May God bless us.” He reached for the rear hatch. “Let’s roll out.” Hydraulics hissed. The massive rear ramp lowered to the concrete floor with a heavy metallic THOOM that echoed through the garage. The team boarded without hesitation. Gear secured.</w:t>
      </w:r>
    </w:p>
    <w:p>
      <w:r>
        <w:t>As Ethic stepped inside, Troix caught his arm before the ramp rose. “Sir.”</w:t>
      </w:r>
    </w:p>
    <w:p>
      <w:r>
        <w:t>Ethic glanced back. “What?”</w:t>
      </w:r>
    </w:p>
    <w:p>
      <w:r>
        <w:t>“Your instruction was to protect the person next to you before the plan.”</w:t>
      </w:r>
    </w:p>
    <w:p>
      <w:r>
        <w:t>“Correct.”</w:t>
      </w:r>
    </w:p>
    <w:p>
      <w:r>
        <w:t>Troix stepped closer. “That includes you.”</w:t>
      </w:r>
    </w:p>
    <w:p>
      <w:r>
        <w:t>Ethic sighed. “I knew there was a loophole.”</w:t>
      </w:r>
    </w:p>
    <w:p>
      <w:r>
        <w:t>“It is not a loophole. It is your order.”</w:t>
      </w:r>
    </w:p>
    <w:p>
      <w:r>
        <w:t>“You giving me orders now?”</w:t>
      </w:r>
    </w:p>
    <w:p>
      <w:r>
        <w:t>“Repeating yours.”</w:t>
      </w:r>
    </w:p>
    <w:p>
      <w:r>
        <w:t>Ethic shook his head. “Annoying.”</w:t>
      </w:r>
    </w:p>
    <w:p>
      <w:r>
        <w:t>Troix nodded. “Effective.”</w:t>
      </w:r>
    </w:p>
    <w:p>
      <w:r>
        <w:t>Ethic’s mouth twitched. “Make sure I listen.”</w:t>
      </w:r>
    </w:p>
    <w:p>
      <w:r>
        <w:t>“That is usually the difficult part.”</w:t>
      </w:r>
    </w:p>
    <w:p w:rsidR="00095185" w:rsidRDefault="00E41A6A">
      <w:r>
        <w:t>Mecca took them toward Charge City. Ethic had matched the stolen army’s energy demands to the grid: Gideon could cripple government defenses there without fighting them individually. He had sent the warning ahead, but there were too many possible targets for it to empty the city.</w:t>
      </w:r>
    </w:p>
    <w:p w:rsidR="00095185" w:rsidRDefault="00E41A6A">
      <w:pPr>
        <w:pStyle w:val="ActuatorSceneStart"/>
        <w:ind/>
      </w:pPr>
      <w:r>
        <w:t>Several hundred miles away, two BMW 750 Skys approached Charge City in the late-afternoon light. Gideon piloted the black car with Sheol beside him.</w:t>
      </w:r>
    </w:p>
    <w:p w:rsidR="00095185" w:rsidRDefault="00E41A6A">
      <w:r>
        <w:t>Siege drove the silver BMW. Vulcan and Youmi rode behind him; Fate reviewed the android controls from the passenger seat.</w:t>
      </w:r>
    </w:p>
    <w:p w:rsidR="00095185" w:rsidRDefault="00E41A6A">
      <w:r>
        <w:t>“Three hundred yards to the target area,” Fate said. “Be ready for interference.” He checked traffic and security movements beneath their approach route.</w:t>
      </w:r>
    </w:p>
    <w:p w:rsidR="00095185" w:rsidRDefault="00E41A6A">
      <w:r>
        <w:t>Power pylons crossed the outskirts below. Fate compared his latest simulation with the live traffic. The city refused to match the model exactly, and he adjusted the entry time.</w:t>
      </w:r>
    </w:p>
    <w:p w:rsidR="00095185" w:rsidRDefault="00E41A6A">
      <w:r>
        <w:t>To Fate, the operation had already been fought countless times. He calmly summarized only the outcomes that mattered. “Current projections indicate an eighty-six percent probability of mission success.” A new holographic graph appeared, rotating slowly above his Disc Icon. “Primary variables remain government response time.” Another chart unfolded beside it. “Civilian congestion…” Another. “And potential interference from Royce Mane’s team.” Siege glanced at the display before returning his attention to the controls. “Eighty-six?”</w:t>
      </w:r>
    </w:p>
    <w:p w:rsidR="00095185" w:rsidRDefault="00E41A6A">
      <w:r>
        <w:t>“I like those odds.” Siege broke formation and descended toward the plant. Commuter traffic was beginning to thicken around the city.</w:t>
      </w:r>
    </w:p>
    <w:p>
      <w:pPr/>
      <w:r>
        <w:t>Youmi checked the projected percentage from the back seat. “Eighty-six is not a guarantee.”</w:t>
      </w:r>
    </w:p>
    <w:p>
      <w:pPr/>
      <w:r>
        <w:t>Siege glanced at her in the mirror. “Nothing is guaranteed.”</w:t>
      </w:r>
    </w:p>
    <w:p>
      <w:pPr/>
      <w:r>
        <w:t>“Exactly.”</w:t>
      </w:r>
    </w:p>
    <w:p>
      <w:pPr/>
      <w:r>
        <w:t>Vulcan rested one forearm against the door. “You worry too much.”</w:t>
      </w:r>
    </w:p>
    <w:p>
      <w:pPr/>
      <w:r>
        <w:t>“You do not worry enough.”</w:t>
      </w:r>
    </w:p>
    <w:p>
      <w:pPr/>
      <w:r>
        <w:t>“I worry efficiently.”</w:t>
      </w:r>
    </w:p>
    <w:p>
      <w:pPr/>
      <w:r>
        <w:t>Fate looked over his shoulder. “What does efficient worry look like?”</w:t>
      </w:r>
    </w:p>
    <w:p>
      <w:pPr/>
      <w:r>
        <w:t>Vulcan considered the question.</w:t>
      </w:r>
    </w:p>
    <w:p>
      <w:pPr/>
      <w:r>
        <w:t>“Quiet.”</w:t>
      </w:r>
    </w:p>
    <w:p>
      <w:pPr/>
      <w:r>
        <w:t>Youmi almost smiled.</w:t>
      </w:r>
    </w:p>
    <w:p>
      <w:pPr/>
      <w:r>
        <w:t>Siege noticed. “Was that a smile?”</w:t>
      </w:r>
    </w:p>
    <w:p>
      <w:pPr/>
      <w:r>
        <w:t>“No.”</w:t>
      </w:r>
    </w:p>
    <w:p>
      <w:pPr/>
      <w:r>
        <w:t>“Looked like one.”</w:t>
      </w:r>
    </w:p>
    <w:p>
      <w:pPr/>
      <w:r>
        <w:t>“You should watch the road.”</w:t>
      </w:r>
    </w:p>
    <w:p>
      <w:pPr/>
      <w:r>
        <w:t>“I am watching the road.”</w:t>
      </w:r>
    </w:p>
    <w:p>
      <w:pPr/>
      <w:r>
        <w:t>“Then do it better.”</w:t>
      </w:r>
    </w:p>
    <w:p>
      <w:pPr/>
      <w:r>
        <w:t>Fate returned to the simulation before the exchange could become another argument. The model shifted as civilian traffic thickened beneath them.</w:t>
      </w:r>
    </w:p>
    <w:p>
      <w:pPr/>
      <w:r>
        <w:t>A school transport crossed one of the projected service routes.</w:t>
      </w:r>
    </w:p>
    <w:p>
      <w:pPr/>
      <w:r>
        <w:t>He erased that route.</w:t>
      </w:r>
    </w:p>
    <w:p>
      <w:pPr/>
      <w:r>
        <w:t>Siege noticed the change. “Why?”</w:t>
      </w:r>
    </w:p>
    <w:p>
      <w:pPr/>
      <w:r>
        <w:t>“Too many civilians.”</w:t>
      </w:r>
    </w:p>
    <w:p>
      <w:pPr/>
      <w:r>
        <w:t>“We would be gone before they knew what happened.”</w:t>
      </w:r>
    </w:p>
    <w:p>
      <w:pPr/>
      <w:r>
        <w:t>“That is not the same as them being safe.”</w:t>
      </w:r>
    </w:p>
    <w:p>
      <w:pPr/>
      <w:r>
        <w:t>Siege grunted, but he did not restore the route.</w:t>
      </w:r>
    </w:p>
    <w:p>
      <w:pPr/>
      <w:r>
        <w:t>Youmi watched Fate for a moment. “You changed.”</w:t>
      </w:r>
    </w:p>
    <w:p>
      <w:pPr/>
      <w:r>
        <w:t>“Since yesterday?”</w:t>
      </w:r>
    </w:p>
    <w:p>
      <w:pPr/>
      <w:r>
        <w:t>“Since dying.”</w:t>
      </w:r>
    </w:p>
    <w:p>
      <w:pPr/>
      <w:r>
        <w:t>Fate turned back to the display. “I would hope so.”</w:t>
      </w:r>
    </w:p>
    <w:p>
      <w:pPr/>
      <w:r>
        <w:t>Vulcan’s gaze shifted toward him. “Most people do not get second chance to become less stupid.”</w:t>
      </w:r>
    </w:p>
    <w:p>
      <w:pPr/>
      <w:r>
        <w:t>Fate laughed. “Is that your version of encouragement?”</w:t>
      </w:r>
    </w:p>
    <w:p>
      <w:pPr/>
      <w:r>
        <w:t>“Da.”</w:t>
      </w:r>
    </w:p>
    <w:p>
      <w:pPr/>
      <w:r>
        <w:t>The Russian word came out so naturally that Youmi finally did smile.</w:t>
      </w:r>
    </w:p>
    <w:p>
      <w:pPr/>
      <w:r>
        <w:t>Siege looked in the mirror again.</w:t>
      </w:r>
    </w:p>
    <w:p>
      <w:pPr/>
      <w:r>
        <w:t>She pointed at him. “Road.”</w:t>
      </w:r>
    </w:p>
    <w:p>
      <w:pPr/>
      <w:r>
        <w:t>He faced forward.</w:t>
      </w:r>
    </w:p>
    <w:p>
      <w:pPr/>
      <w:r>
        <w:t>Fate saved the new route.</w:t>
      </w:r>
    </w:p>
    <w:p>
      <w:pPr/>
      <w:r>
        <w:t>For several seconds, only the hum of the BMW filled the cabin.</w:t>
      </w:r>
    </w:p>
    <w:p>
      <w:pPr/>
      <w:r>
        <w:t>Then Vulcan spoke again.</w:t>
      </w:r>
    </w:p>
    <w:p>
      <w:pPr/>
      <w:r>
        <w:t>“When this is over, I am finding real food.”</w:t>
      </w:r>
    </w:p>
    <w:p>
      <w:pPr/>
      <w:r>
        <w:t>Siege frowned. “We ate.”</w:t>
      </w:r>
    </w:p>
    <w:p>
      <w:pPr/>
      <w:r>
        <w:t>“That was not food. It was decorative.”</w:t>
      </w:r>
    </w:p>
    <w:p>
      <w:pPr/>
      <w:r>
        <w:t>Youmi folded her arms. “You ate two portions.”</w:t>
      </w:r>
    </w:p>
    <w:p>
      <w:pPr/>
      <w:r>
        <w:t>“Two decorations.”</w:t>
      </w:r>
    </w:p>
    <w:p>
      <w:pPr/>
      <w:r>
        <w:t>Fate shook his head. “I am beginning to understand why Gideon keeps emergency rations in both cars.”</w:t>
      </w:r>
    </w:p>
    <w:p>
      <w:pPr/>
      <w:r>
        <w:t>“Those are also not food.”</w:t>
      </w:r>
    </w:p>
    <w:p>
      <w:pPr/>
      <w:r>
        <w:t>“You complain like old man,” Youmi said.</w:t>
      </w:r>
    </w:p>
    <w:p>
      <w:pPr/>
      <w:r>
        <w:t>Vulcan faced her.</w:t>
      </w:r>
    </w:p>
    <w:p>
      <w:pPr/>
      <w:r>
        <w:t>Her sentence structure always tightened when she was irritated, precise English turning even more clipped. Fate had started to notice the rhythm. She never stumbled over the language. She simply removed anything she considered unnecessary.</w:t>
      </w:r>
    </w:p>
    <w:p>
      <w:pPr/>
      <w:r>
        <w:t>Vulcan answered in the same spirit. “Old men survive long enough to complain.”</w:t>
      </w:r>
    </w:p>
    <w:p>
      <w:pPr/>
      <w:r>
        <w:t>“That may be the first intelligent thing you have said today.”</w:t>
      </w:r>
    </w:p>
    <w:p>
      <w:pPr/>
      <w:r>
        <w:t>“Day is young.”</w:t>
      </w:r>
    </w:p>
    <w:p>
      <w:pPr/>
      <w:r>
        <w:t>Siege laughed.</w:t>
      </w:r>
    </w:p>
    <w:p>
      <w:pPr/>
      <w:r>
        <w:t>The small exchange loosened the cabin.</w:t>
      </w:r>
    </w:p>
    <w:p>
      <w:pPr/>
      <w:r>
        <w:t>It also reminded Fate of something the simulations never contained.</w:t>
      </w:r>
    </w:p>
    <w:p>
      <w:pPr/>
      <w:r>
        <w:t>People.</w:t>
      </w:r>
    </w:p>
    <w:p>
      <w:pPr/>
      <w:r>
        <w:t>Not operators.</w:t>
      </w:r>
    </w:p>
    <w:p>
      <w:pPr/>
      <w:r>
        <w:t>Not variables.</w:t>
      </w:r>
    </w:p>
    <w:p>
      <w:pPr/>
      <w:r>
        <w:t>People who got hungry, annoyed one another, remembered old units, disliked certain food, and chose whether to follow an order.</w:t>
      </w:r>
    </w:p>
    <w:p>
      <w:pPr/>
      <w:r>
        <w:t>He looked again at the probability tree.</w:t>
      </w:r>
    </w:p>
    <w:p>
      <w:pPr/>
      <w:r>
        <w:t>Eighty-six branches out of a hundred did not feel as clean as they had an hour earlier.</w:t>
      </w:r>
    </w:p>
    <w:p>
      <w:pPr/>
      <w:r>
        <w:t>“One more thing,” Fate said.</w:t>
      </w:r>
    </w:p>
    <w:p>
      <w:pPr/>
      <w:r>
        <w:t>The car quieted.</w:t>
      </w:r>
    </w:p>
    <w:p>
      <w:pPr/>
      <w:r>
        <w:t>“If the operation changes, I want confirmation before we escalate beyond the grid.”</w:t>
      </w:r>
    </w:p>
    <w:p>
      <w:pPr/>
      <w:r>
        <w:t>Siege glanced at him. “You giving orders now?”</w:t>
      </w:r>
    </w:p>
    <w:p>
      <w:pPr/>
      <w:r>
        <w:t>“No.”</w:t>
      </w:r>
    </w:p>
    <w:p>
      <w:pPr/>
      <w:r>
        <w:t>Fate met his eyes.</w:t>
      </w:r>
    </w:p>
    <w:p>
      <w:pPr/>
      <w:r>
        <w:t>“I am asking us not to let a model make a decision none of us would make face-to-face.”</w:t>
      </w:r>
    </w:p>
    <w:p>
      <w:pPr/>
      <w:r>
        <w:t>Vulcan nodded first.</w:t>
      </w:r>
    </w:p>
    <w:p>
      <w:pPr/>
      <w:r>
        <w:t>Youmi followed.</w:t>
      </w:r>
    </w:p>
    <w:p>
      <w:pPr/>
      <w:r>
        <w:t>Siege took a second longer.</w:t>
      </w:r>
    </w:p>
    <w:p>
      <w:pPr/>
      <w:r>
        <w:t>Then he shrugged. “Fine.”</w:t>
      </w:r>
    </w:p>
    <w:p>
      <w:pPr/>
      <w:r>
        <w:t>Fate logged the agreement into the operation notes, not because the computer needed it, but because he did.</w:t>
      </w:r>
    </w:p>
    <w:p>
      <w:pPr/>
      <w:r>
        <w:t>Siege glanced back at Fate. “For a dead man, you worry a lot.”</w:t>
      </w:r>
    </w:p>
    <w:p>
      <w:pPr/>
      <w:r>
        <w:t>Fate did not look away from the simulation. “I was less careful the first time. Look how that ended.”</w:t>
      </w:r>
    </w:p>
    <w:p>
      <w:pPr/>
      <w:r>
        <w:t>Youmi nodded once. “Useful lesson.”</w:t>
      </w:r>
    </w:p>
    <w:p>
      <w:pPr/>
      <w:r>
        <w:t>Vulcan added, “Expensive lesson.”</w:t>
      </w:r>
    </w:p>
    <w:p>
      <w:pPr/>
      <w:r>
        <w:t>Fate looked between them. “I’m surrounded by empathy.”</w:t>
      </w:r>
    </w:p>
    <w:p>
      <w:pPr/>
      <w:r>
        <w:t>Siege smiled. “You’re surrounded by people still alive.”</w:t>
      </w:r>
    </w:p>
    <w:p>
      <w:pPr/>
      <w:r>
        <w:t>Fate finally laughed. “That sounded almost wise.”</w:t>
      </w:r>
    </w:p>
    <w:p>
      <w:pPr/>
      <w:r>
        <w:t>“Do not spread it around.”</w:t>
      </w:r>
    </w:p>
    <w:p>
      <w:pPr/>
      <w:r>
        <w:t>A choice made together should leave a record.</w:t>
      </w:r>
    </w:p>
    <w:p w:rsidR="00095185" w:rsidRDefault="00E41A6A">
      <w:pPr>
        <w:pStyle w:val="ActuatorSceneStart"/>
        <w:ind/>
      </w:pPr>
      <w:r>
        <w:t>Gideon kept the black BMW behind the silver car.</w:t>
      </w:r>
    </w:p>
    <w:p w:rsidR="00095185" w:rsidRDefault="00E41A6A">
      <w:r>
        <w:t>Sheol rested her elbow against the door, quietly watching Charge City emerge beneath them. The city was alive.</w:t>
      </w:r>
    </w:p>
    <w:p w:rsidR="00095185" w:rsidRDefault="00E41A6A">
      <w:r>
        <w:t>For a rare moment, the mission slipped from her thoughts. “What a shame…” Her voice barely rose above the quiet hum of the engines. “…to destroy such a beautiful city.” Gideon glanced sideways at her. She continued watching the skyline. There wasn’t judgment in her voice. Only regret. She finally turned back to him. Those silver eyes, usually unwavering and unreadable, carried an unexpected softness. “Is it really…” A small pause. “…necessary…” She searched his face. “…to blow it all up?”</w:t>
      </w:r>
    </w:p>
    <w:p w:rsidR="00095185" w:rsidRDefault="00E41A6A">
      <w:r>
        <w:t>“It makes them understand what they can lose.” “They tried to kill me,” she said. “Who are you making understand?” He opened the target map instead of answering.</w:t>
      </w:r>
    </w:p>
    <w:p w:rsidR="00095185" w:rsidRDefault="00E41A6A">
      <w:r>
        <w:t>He smiled. “I guess not.” He reached over and gently took one of her hands. “You’ve wanted to come here for a while.” She smiled. Only slightly. But it reached her eyes. It was enough. Gideon released her hand and activated his Disc Icon. “Siege.” The response came immediately. “Yes, Boss?” Gideon watched the skyline one final time.</w:t>
      </w:r>
    </w:p>
    <w:p w:rsidR="00095185" w:rsidRDefault="00E41A6A">
      <w:r>
        <w:t>“New plan. Take out the power grid.” The casualty projection fell when Fate changed the target, but it did not reach zero. Gideon saw the difference and accepted it. Disruption would still reach hospitals, homes, and people who had never heard of Project Five. He called the reduction restraint and sent the order.</w:t>
      </w:r>
    </w:p>
    <w:p w:rsidR="00095185" w:rsidRDefault="00E41A6A">
      <w:r>
        <w:t>Fate answered seconds later. “Yes.” He sounded quietly satisfied. “That would be the better choice.” Another series of figures scrolled rapidly across his display. He glanced at the final calculation. “Our projected success rate has increased to ninety-two percent.” Gideon nodded once. “Good.” Inside the silver BMW, Siege chuckled. “One less thing to clean up.” He adjusted the controls as the vehicle continued descending toward the sprawling electrical facilities dominating the outskirts of Charge City. “Understood, Boss.”</w:t>
      </w:r>
    </w:p>
    <w:p w:rsidR="00095185" w:rsidRDefault="00E41A6A">
      <w:r>
        <w:t>Sheol settled back beside him. The city would remain standing. She let herself be relieved by that without asking what the darkness would cost.</w:t>
      </w:r>
    </w:p>
    <w:p w:rsidR="00095185" w:rsidRDefault="00E41A6A">
      <w:r>
        <w:t>The silver BMW descended silently toward the outskirts of the power complex. Below, acres of transformers, cooling towers, transmission arrays, and massive converter stations stretched across the landscape like the mechanical heart of the nation’s electrical grid. Siege eased the vehicle toward the employee parking lot. The anti-gravity systems lowered it with such precision they barely disturbed the loose gravel beneath. “We’re here.” He tapped the console.</w:t>
      </w:r>
    </w:p>
    <w:p w:rsidR="00095185" w:rsidRDefault="00E41A6A">
      <w:r>
        <w:t>The BMW settled into a stable hover roughly two feet above the pavement. Light bent unnaturally around the vehicle. Its polished silver finish rippled like disturbed water and vanished. Cloak engaged. “You know the drill.” Without opening a door, Siege, Vulcan, and Youmi activated their Shadow Gates. Darkness pooled beneath their feet like living ink before rising around their bodies. Within seconds, the shadows swallowed them whole.</w:t>
      </w:r>
    </w:p>
    <w:p w:rsidR="00095185" w:rsidRDefault="00E41A6A">
      <w:r>
        <w:t>Fate remained at the controls. Once the three had gone, he raised the cloaked BMW to its sixty-meter staging position above the southwest edge of the plant.</w:t>
      </w:r>
    </w:p>
    <w:p w:rsidR="00095185" w:rsidRDefault="00E41A6A">
      <w:pPr>
        <w:pStyle w:val="ActuatorSceneBreak"/>
        <w:rPr>
          <w:rFonts w:hint="eastAsia"/>
        </w:rPr>
      </w:pPr>
      <w:r>
        <w:t>* * *</w:t>
      </w:r>
    </w:p>
    <w:p w:rsidR="00095185" w:rsidRDefault="00E41A6A">
      <w:pPr>
        <w:pStyle w:val="ActuatorSceneStart"/>
        <w:ind/>
      </w:pPr>
      <w:r>
        <w:t>Inside the plant, three shadows emerged simultaneously. Siege materialized near the southwest maintenance corridor. Vulcan appeared beside a row of towering turbine generators whose rhythmic hum vibrated through the concrete floor and steel framework overhead. Youmi stepped silently into the center administration wing.</w:t>
      </w:r>
    </w:p>
    <w:p>
      <w:pPr/>
      <w:r>
        <w:t>High above the facility, Dyce and Sheol continued circling the perimeter inside the black BMW, scanning for military response, aerial surveillance, or any sign of unexpected resistance.</w:t>
      </w:r>
    </w:p>
    <w:p w:rsidR="00095185" w:rsidRDefault="00E41A6A">
      <w:r>
        <w:t>Every member of D.A.R.C. appeared as moving blue markers. Every route updated continuously in real time. His fingers moved effortlessly across the display. Almost mechanical. “Siege.” His calm voice filled the encrypted communication network. “Proceed east.”</w:t>
      </w:r>
    </w:p>
    <w:p w:rsidR="00095185" w:rsidRDefault="00E41A6A">
      <w:r>
        <w:t>The blue marker adjusted course immediately. “Vulcan.” A second route illuminated. “Continue north.” Another pause. “Youmi.” Her marker shifted. “Middle corridor.” Then: “Northeast corner.” Each operative acknowledged without wasting words. Like pieces moving across a chessboard, they spread deeper into the enormous facility. Shadow Gates allowed them to bypass locked doors, reinforced checkpoints, and sophisticated electronic security systems with almost effortless efficiency. One moment they occupied one hallway; the next, a Shadow Gate put them beyond another locked checkpoint.</w:t>
      </w:r>
    </w:p>
    <w:p w:rsidR="00095185" w:rsidRDefault="00E41A6A">
      <w:r>
        <w:t>They left no forced entries. Compact C7 charges went beneath control panels along the assigned routes.</w:t>
      </w:r>
    </w:p>
    <w:p w:rsidR="00095185" w:rsidRDefault="00E41A6A">
      <w:r>
        <w:t>Each device locked magnetically into place with a muted click before disappearing behind access panels or maintenance covers. Every placement had already been calculated by Fate long before they ever arrived. Destroying one system would overload the next, creating a chain reaction capable of crippling the entire electrical infrastructure with ruthless efficiency.</w:t>
      </w:r>
    </w:p>
    <w:p>
      <w:pPr/>
      <w:r>
        <w:t>Two night technicians turned unexpectedly into Vulcan’s corridor, arguing about a coolant pump and never realizing how close they had come to an armed intruder. His hand settled on the Light Axe. One swing would clear the route. Instead, he stepped behind a turbine housing and waited until they passed, then opened a Shadow Gate beyond them. On the shared channel, Youmi noticed the delay. “Could’ve been faster.” “They weren’t the target,” Vulcan said. Youmi checked her next corner. “Good. I didn’t leave one command structure to become another person’s trigger finger.” Vulcan stepped out of the portal and resumed planting charges. “Neither did I.” A beat. “Dyce understands that.” Then both kept moving.</w:t>
      </w:r>
    </w:p>
    <w:p w:rsidR="00095185" w:rsidRDefault="00E41A6A">
      <w:pPr>
        <w:pStyle w:val="ActuatorSceneStart"/>
        <w:ind/>
      </w:pPr>
      <w:r>
        <w:t>Youmi rounded another corner. Voices. She slowed.</w:t>
      </w:r>
    </w:p>
    <w:p w:rsidR="00095185" w:rsidRDefault="00E41A6A">
      <w:r>
        <w:t>Just ahead, a small security office sat partially open. Neither guard noticed her. One guard leaned forward thoughtfully, studying the position before carefully sliding his queen into place. “You’re finished.” He smirked. “I’ve got you.” The second guard scratched at his beard without looking up. “You say that every game.”</w:t>
      </w:r>
    </w:p>
    <w:p w:rsidR="00095185" w:rsidRDefault="00E41A6A">
      <w:r>
        <w:t>Both reached instinctively for their sidearms. “What the…” Chairs crashed backward.</w:t>
      </w:r>
    </w:p>
    <w:p w:rsidR="00095185" w:rsidRDefault="00E41A6A">
      <w:r>
        <w:t>Youmi moved first. Her boot spike punched through the first guard’s sleeve and buried itself in the desk, pinning his gun arm without touching skin. She caught the second man’s wrist, redirected his pistol into the ceiling, drove a knee into his ribs, and swept him to the floor before he could recover.</w:t>
      </w:r>
    </w:p>
    <w:p w:rsidR="00095185" w:rsidRDefault="00E41A6A">
      <w:r>
        <w:t>She stripped both weapons and checked the men quickly. Breathing. Hurt, embarrassed, alive. Youmi dragged them behind the reinforced desk, clear of the relay and the line where the blast would travel. Only then did she glance at the ruined chessboard, pieces scattered across the floor.</w:t>
      </w:r>
    </w:p>
    <w:p w:rsidR="00095185" w:rsidRDefault="00E41A6A">
      <w:r>
        <w:t>“Guess nobody won.” She checked both men once more before retrieving another C7 charge from her belt. Alive was enough. The relay was the target. She secured the explosive beneath its access panel and armed it. A tiny green light blinked. Then she stepped backward into another Shadow Gate and vanished.</w:t>
      </w:r>
    </w:p>
    <w:p w:rsidR="00095185" w:rsidRDefault="006C770D">
      <w:pPr>
        <w:pStyle w:val="ActuatorSceneStart"/>
        <w:ind/>
      </w:pPr>
      <w:r>
        <w:t>Inside the approaching transport, Anari’s Disc Icon chirped. She opened the new telemetry.</w:t>
      </w:r>
    </w:p>
    <w:p w:rsidR="00095185" w:rsidRDefault="00E41A6A">
      <w:r>
        <w:t>She unfolded the plant blueprint. Three trails branched through it, each carrying the residue of recent short-range transfers.</w:t>
      </w:r>
    </w:p>
    <w:p w:rsidR="00095185" w:rsidRDefault="00E41A6A">
      <w:r>
        <w:t>She looked sharply toward Ethic. “Just like you said.” Her voice carried unmistakable urgency. “They’re here.” She enlarged the display again. “Their wormhole signatures are all over the power plant.” Several glowing paths spread through the building’s blueprint like veins branching through a living organism. Each trail represented another Shadow Gate. Another operative. She tracked them individually. “One…” She pointed. “Two…” Another marker shifted deeper into the facility. “Three.” The final signal split toward another corridor.</w:t>
      </w:r>
    </w:p>
    <w:p w:rsidR="00095185" w:rsidRDefault="00E41A6A">
      <w:r>
        <w:t>“They’re moving toward the northeast wing.” Ethic didn’t hesitate. His expression hardened immediately. Every trace of casual conversation vanished. The atmosphere inside the transport shifted in an instant. The mission had begun. He looked at the rest of the team. “Helmets.” Everyone moved at once. Visors lowered with synchronized mechanical clicks. Weapons came free for one final inspection. Armor systems awakened. Status indicators illuminated across forearms and chest plates. The interior of the transport filled with quiet electronic tones as combat systems synchronized with each operator’s Disc Icon. Ethic gripped the overhead support rail as Mecca accelerated.</w:t>
      </w:r>
    </w:p>
    <w:p w:rsidR="00095185" w:rsidRDefault="00E41A6A">
      <w:r>
        <w:t>Anari called the plant’s operations desk. A frightened controller confirmed that the mapped subbasement bay was clear and locked its access lane. She checked his camera feed before opening the blue-green gateway. The tank crossed; the portal closed behind it.</w:t>
      </w:r>
    </w:p>
    <w:p w:rsidR="00095185" w:rsidRDefault="00E41A6A">
      <w:r>
        <w:t>The team disembarked and gathered around Ethic as their tactical displays synchronized.</w:t>
      </w:r>
    </w:p>
    <w:p w:rsidR="00095185" w:rsidRDefault="00E41A6A">
      <w:r>
        <w:t>Routes changed every second as fresh telemetry arrived. He turned to his team. His voice became all business. “Troix.” Troix immediately stepped forward. “You take Khalid.” A portion of the facility illuminated on the tactical display. “Plant yourselves in the northeast wing.” Troix gave one sharp nod. “Yes, sir.” Ethic shifted toward Zion. “Zion.” He pointed to the center of the hologram.</w:t>
      </w:r>
    </w:p>
    <w:p w:rsidR="00095185" w:rsidRDefault="00E41A6A">
      <w:r>
        <w:t>“You’re taking the middle.” Then he highlighted two adjoining maintenance corridors. “I’ll sweep both sides of you.” “If anyone slips through…” His eyes met Zion’s through the reflective visor. “…they answer to me.” Zion gave a silent nod. The lingering fear from the previous night disappeared beneath instinct and training. For now, there was only the mission. Before anyone could move, Anari stiffened. Her fingers flew across the controls hovering above her Disc Icon. “Wait.”</w:t>
      </w:r>
    </w:p>
    <w:p w:rsidR="00095185" w:rsidRDefault="00E41A6A">
      <w:r>
        <w:t>Fresh readings streamed onto the display faster than Anari could dismiss them. Three sections of the plant flashed red, then five, then nine. “C7.” Her fingers stopped for half a beat. More markers appeared. “They’re seeding the whole facility.”</w:t>
      </w:r>
    </w:p>
    <w:p w:rsidR="00095185" w:rsidRDefault="00E41A6A">
      <w:r>
        <w:t>She looked up sharply. “Hurry. If those charges start talking to one another, we lose the grid before we reach them.” Another anomaly surfaced beneath the warning field. Her expression shifted. “Wait.”</w:t>
      </w:r>
    </w:p>
    <w:p w:rsidR="00095185" w:rsidRDefault="00E41A6A">
      <w:r>
        <w:t>Ethic noticed immediately. “What?” She expanded another section of the display. A single glowing trail separated itself from the others. “The first wormhole signature.” A glowing marker appeared outside the building. “Originated here.” Anari expanded the map, the holographic blueprint shrinking as the surrounding terrain came into view. She zoomed farther out. “Approximately sixty meters above ground level.” Another pause. “Right outside the facility.” The marker remained suspended in empty space, isolated from the rest of the wormhole signatures inside the plant. Ethic’s expression hardened. “So they’re using an aerial staging point.”</w:t>
      </w:r>
    </w:p>
    <w:p w:rsidR="00095185" w:rsidRDefault="00E41A6A">
      <w:r>
        <w:t>“Looks that way.” Anari rotated the projection, studying the elevation from multiple angles before nodding to herself. “The residue is concentrated. Whatever they’re using hasn’t moved very much.” Ethic turned to Troix. “Change of plans.” Troix immediately focused on him. “Scout it.” He pointed to the surface. “Use Sonar.” “If there’s another team waiting outside…” He let the thought linger for only a moment. “I want eyes on them.” “Yes, sir.” Ethic turned to Khalid and Zion. “We’re switching formations.”</w:t>
      </w:r>
    </w:p>
    <w:p w:rsidR="00095185" w:rsidRDefault="00E41A6A">
      <w:r>
        <w:t>Another tactical overlay expanded above his wrist. “Delta Formation.” Three blue arrows spread outward across the blueprint before overlapping into a single advancing front. “We push together from the Northeast corridor and work outward.” His finger traced the route through the facility. “No one operates alone.” The overlapping paths ensured every member remained within seconds of supporting the others. No blind spots. No isolated targets. Ethic studied Anari. “You’re our eyes.” She nodded. “Keep feeding us updates.”</w:t>
      </w:r>
    </w:p>
    <w:p w:rsidR="00095185" w:rsidRDefault="00E41A6A">
      <w:r>
        <w:t>“I’ll track every wormhole signature, every energy spike, every movement I can.” Already, fresh streams of telemetry were flowing across her display as the battlefield evolved by the second. He shifted toward Mecca. “There should be another vehicle outside somewhere.” His visor briefly highlighted the unidentified contact marker hovering beyond the facility. “The second it reveals itself.” He pointed to the surface. “Attack.” Mecca’s grin returned immediately. “I was hoping you’d say that.” She climbed back into the driver’s compartment of the armored transport, her hands already moving across the controls as weapons systems awakened one after another. Targeting displays illuminated. Ammunition counters appeared. The heavy chassis vibrated faintly as dormant combat systems powered online. The garage-like silence of the subbasement settled over them one final time.</w:t>
      </w:r>
    </w:p>
    <w:p>
      <w:r>
        <w:t>Ethic looked over the team. “Questions before we split?”</w:t>
      </w:r>
    </w:p>
    <w:p>
      <w:r>
        <w:t>Khalid lifted one hand. “Yeah. If one of those red portals opens behind me, do I shoot first or scream first?”</w:t>
      </w:r>
    </w:p>
    <w:p>
      <w:r>
        <w:t>Zion answered before Ethic could. “You’re going to scream either way.”</w:t>
      </w:r>
    </w:p>
    <w:p>
      <w:r>
        <w:t>“Correct, but professionally.”</w:t>
      </w:r>
    </w:p>
    <w:p>
      <w:r>
        <w:t>Ethic pointed toward the corridor. “Move first. Shoot second. Scream whenever your schedule permits.”</w:t>
      </w:r>
    </w:p>
    <w:p>
      <w:r>
        <w:t>Troix glanced at him. “That is not doctrine.”</w:t>
      </w:r>
    </w:p>
    <w:p>
      <w:r>
        <w:t>“It is tonight.”</w:t>
      </w:r>
    </w:p>
    <w:p w:rsidR="00095185" w:rsidRDefault="00E41A6A">
      <w:r>
        <w:t>Ethic looked across his team one last time. Troix stepped backward first. A blue-green gateway bloomed beneath his boots, its watery light climbing around him. He studied Ethic. “Sir.”</w:t>
      </w:r>
    </w:p>
    <w:p w:rsidR="00095185" w:rsidRDefault="00E41A6A">
      <w:r>
        <w:t>Khalid checked the charge on his rifle one final time. The weapon responded with a quiet electronic confirmation. Zion tightened his grip around the hilt of his QuickSword. Despite the mission ahead, his thoughts flickered briefly to the nightmare. The green light. Ethic drew one slow, controlled breath. “Move.” Three more portals blossomed almost simultaneously. One after another, Ethic, Khalid, and Zion vanished.</w:t>
      </w:r>
    </w:p>
    <w:p w:rsidR="00095185" w:rsidRDefault="00E41A6A">
      <w:r>
        <w:t>The three emerged among the corridors beneath the plant, keeping one another’s markers in view.</w:t>
      </w:r>
    </w:p>
    <w:p w:rsidR="00095185" w:rsidRDefault="00E41A6A">
      <w:r>
        <w:t>Outside, nightfall settled over Charge City with quiet inevitability. The last streaks of burnt sienna bled from the western horizon before disappearing beneath an ever-deepening twilight. The operation had entered its next phase.</w:t>
      </w:r>
    </w:p>
    <w:p w:rsidR="00095185" w:rsidRDefault="00E41A6A">
      <w:r>
        <w:t>Troix emerged beside a bank of electrical conduits and knelt behind them. “Sonar.” The visor assembled returning echoes into a wireframe over his view.</w:t>
      </w:r>
    </w:p>
    <w:p w:rsidR="00095185" w:rsidRDefault="00E41A6A">
      <w:r>
        <w:t>Troix studied the results. “Found you.” One contact hovered high above the facility. Completely motionless. Its cloaking technology rendered it invisible to the naked eye. Sonar ignored appearances. It painted the aircraft’s outline with perfect precision. “Stationary.” A second signal circled the perimeter below. Slow. Methodical. Watching. Never lingering in one location for long. “Sentry vehicle.”</w:t>
      </w:r>
    </w:p>
    <w:p w:rsidR="00095185" w:rsidRDefault="00E41A6A">
      <w:r>
        <w:t>Troix activated his Disc Icon. “Walkie-Talkie mode.” The encrypted channel linked with the rest of the team almost instantly. “Two vehicles.” He watched the rotating wireframe. “Just like you said.” His visor automatically tagged each contact. “One stationary.” The elevated craft remained frozen in place. Watching. He shifted his attention to the second marker. “One sentry.” A brief pause. “Engage?” Ethic answered through the encrypted channel. “Negative.”</w:t>
      </w:r>
    </w:p>
    <w:p w:rsidR="00095185" w:rsidRDefault="00E41A6A">
      <w:r>
        <w:t>Troix frowned slightly beneath his helmet. “Wait until Mecca engages the second vehicle.” His tone left no room for misunderstanding. “We don’t want to alert them early.” Troix acknowledged without complaint. “Roger that.” He adjusted his position slightly, settling deeper behind cover. “Standing by.” His visor highlighted the stationary aircraft once more. Without taking his eyes off the display, he quietly locked its exact spatial coordinates into his upgraded Disc Icon. Target acquired. The instant Ethic gave the word, he intended to gate directly into the driver’s seat. No warning. No pursuit.</w:t>
      </w:r>
    </w:p>
    <w:p w:rsidR="00095185" w:rsidRDefault="00E41A6A">
      <w:r>
        <w:t>Troix settled into cover and waited for the signal.</w:t>
      </w:r>
    </w:p>
    <w:p w:rsidR="00095185" w:rsidRDefault="00E41A6A">
      <w:pPr>
        <w:pStyle w:val="ActuatorSceneStart"/>
        <w:ind/>
      </w:pPr>
      <w:r>
        <w:t>Ethic, Khalid, and Zion regrouped in the northeast wing as their emerald portals closed.</w:t>
      </w:r>
    </w:p>
    <w:p w:rsidR="00095185" w:rsidRDefault="00E41A6A">
      <w:r>
        <w:t>No one spoke. Ethic raised one gloved fist. Everyone stopped. He studied the tactical display inside his visor without moving. The blue markers advanced one by one.</w:t>
      </w:r>
    </w:p>
    <w:p w:rsidR="00095185" w:rsidRDefault="00E41A6A">
      <w:r>
        <w:t>His head tilted almost imperceptibly. “Nobody move.” Both Zion and Khalid exchanged brief, confused glances. “Yet.” Ethic continued studying the blueprint. A slow smile formed beneath his visor. Not excitement. Recognition. “I have an idea.” Khalid lowered his rifle slightly. “What kind of idea?” Ethic enlarged the facility schematic. Three blue markers representing Team D.A.R.C. advanced steadily through the structure. Methodical. Predictable.</w:t>
      </w:r>
    </w:p>
    <w:p w:rsidR="00095185" w:rsidRDefault="00E41A6A">
      <w:r>
        <w:t>“They’re a little more than halfway through the facility.” He traced another route with one finger. “If we continue intercepting them here…” He shook his head. “…we’ll spend the entire operation reacting.” His finger slid farther ahead, stopping several corridors beyond the enemy’s projected path. His finger jumped across the blueprint. “Instead, we go to the Southeast Wing.” A new route illuminated, cutting diagonally across the facility before intersecting their route. “We get ahead of them.” Zion immediately understood. “You’re thinking…” Ethic nodded. “We start collecting explosives.”</w:t>
      </w:r>
    </w:p>
    <w:p w:rsidR="00095185" w:rsidRDefault="00E41A6A">
      <w:r>
        <w:t>His finger highlighted the blinking C7 charges scattered throughout the plant. The red indicators pulsed steadily across the map like a string of ticking clocks. “One by one.” “We disarm what we can before they ever get the chance to detonate them.” Khalid looked uncertain. His visor displayed nearly a dozen armed charges spread across multiple sectors of the facility. He scratched the back of his helmet. “Okay…” A pause. “But…” He looked directly at Ethic. “How can we be sure they won’t blow us up?”</w:t>
      </w:r>
    </w:p>
    <w:p w:rsidR="00095185" w:rsidRDefault="00E41A6A">
      <w:r>
        <w:t>Ethic turned to him. Even behind the visor, Khalid could tell he was smiling. The kind of smile that usually meant Ethic had already solved the problem everyone else was still trying to understand. “Trust me.” Ethic’s confidence never wavered. “They’re not expecting this.” He tapped the blinking red icons representing the planted explosives. “They think we’re going to chase them.” His finger traced a new route across the holographic blueprint, deliberately bypassing the enemy’s current position. “We’re going to dismantle their operation behind them.” For a moment, the strategy settled into place. If D.A.R.C. reached the end of their mission only to discover their explosives had vanished, their entire operation would collapse without a single detonation.</w:t>
      </w:r>
    </w:p>
    <w:p w:rsidR="00095185" w:rsidRDefault="00E41A6A">
      <w:r>
        <w:t>He looked from Khalid to Zion. “Stick to Delta Formation.” His tone sharpened. “No heroes.” “No unnecessary risks.” “If one of us gets into trouble…” Three blue lines appeared on the map, remaining within rapid support distance of one another no matter which corridor they entered. “…the other two respond immediately.” Neither man argued. Both nodded. Ethic turned slightly. “Anari.” Her voice answered through the encrypted channel almost instantly, accompanied by the quiet tapping of keys in the background. “Yeah?” “Can you wire us their warp trails?”</w:t>
      </w:r>
    </w:p>
    <w:p w:rsidR="00095185" w:rsidRDefault="00E41A6A">
      <w:r>
        <w:t>Anari’s visor flooded with streams of quantum telemetry. Residual wormhole signatures overlapped one another throughout the facility, creating a tangled web of fading energy. She isolated the lingering traces left behind by Team D.A.R.C., filtering out T.R.A.P.S.’ own portal activity until only three distinct paths remained. They resembled glowing threads woven through the building itself, each carrying a faint quantum resonance unique to its user. “Give me a second.” Her fingers moved rapidly across the holographic controls. “I’ve almost got it.” The signatures sharpened. Background interference disappeared. Each trail gradually assumed its own distinct color. Siege. Vulcan. Youmi.</w:t>
      </w:r>
    </w:p>
    <w:p w:rsidR="00095185" w:rsidRDefault="00E41A6A">
      <w:r>
        <w:t>She smiled. “Transmitting now.” Three luminous paths appeared simultaneously inside the helmets of Ethic, Khalid, and Zion. The glowing trails wound through walls, maintenance corridors, stairwells, and electrical junctions like spectral footprints invisible to the naked eye. “They’re about sixty percent complete.” Residual energy still lingered strongly enough to follow with confidence. “But it’ll decay.” Her tone became more urgent. “You’ve got maybe fifteen minutes before the trails become too faint to track accurately.” Ethic studied the glowing routes for only a moment. His mind had already committed them to memory.</w:t>
      </w:r>
    </w:p>
    <w:p w:rsidR="00095185" w:rsidRDefault="00E41A6A">
      <w:r>
        <w:t>“That’ll be enough.” He lowered his rifle. “Okay…” His eyes swept across both teammates. “Go.” Three blue-green gateways blossomed almost simultaneously. Emerald light climbed around their armor, weapons, and helmets. Then they vanished.</w:t>
      </w:r>
    </w:p>
    <w:p w:rsidR="00095185" w:rsidRDefault="00E41A6A">
      <w:pPr>
        <w:pStyle w:val="ActuatorSceneStart"/>
        <w:ind/>
      </w:pPr>
      <w:r>
        <w:t>Zion emerged first. His boots landed silently inside another service corridor. The glowing trail assigned to Vulcan floated just above the floor like a faint ribbon of emerald mist, drifting lazily through the corridor before disappearing around the next corner. Every few feet, the residual energy shimmered against the concrete walls where Shadow Gates had briefly touched reality. He broke into a controlled sprint. Measured enough not to outrun the rest of Delta Formation. His visor continuously swept every doorway, maintenance alcove, overhead catwalk, and blind corner for movement. Vulcan was moving ahead of him. Zion’s hand tightened around the hilt of his QuickSword.</w:t>
      </w:r>
    </w:p>
    <w:p w:rsidR="00095185" w:rsidRDefault="00E41A6A">
      <w:pPr>
        <w:pStyle w:val="ActuatorSceneStart"/>
        <w:ind/>
      </w:pPr>
      <w:r>
        <w:t>Khalid materialized beside a maze of massive coolant pipes.</w:t>
      </w:r>
    </w:p>
    <w:p w:rsidR="00095185" w:rsidRDefault="00E41A6A">
      <w:r>
        <w:t>Youmi’s warp trail shimmered against the concrete, climbing walls and vanishing through ceilings where successive Shadow Gates had bypassed obstacles. Khalid checked another corner and tightened his grip on the rifle. “She moves fast,” he muttered. Whoever she was, she wasted nothing.</w:t>
      </w:r>
    </w:p>
    <w:p w:rsidR="00095185" w:rsidRDefault="00E41A6A">
      <w:pPr>
        <w:pStyle w:val="ActuatorSceneStart"/>
        <w:ind/>
      </w:pPr>
      <w:r>
        <w:t>Ethic appeared alone inside another electrical junction room. Towering breaker assemblies lined the walls while thick bundles of armored cable disappeared into reinforced conduits overhead.</w:t>
      </w:r>
    </w:p>
    <w:p w:rsidR="00095185" w:rsidRDefault="00E41A6A">
      <w:r>
        <w:t>Siege’s residual trail ran past a bank of breaker assemblies. Ethic checked the marked charge location before following it. The man who had killed Squad Five was somewhere ahead.</w:t>
      </w:r>
    </w:p>
    <w:p w:rsidR="00095185" w:rsidRDefault="00E41A6A">
      <w:r>
        <w:t>For a moment the old war won. Ethic wanted to abandon the charges and close the distance with Siege. Then Khalid’s voice came over the radio, calm, checking his assigned route exactly as ordered. Ethic looked at the explosive beneath the panel. These people were here because he had asked them to trust his judgment. He could not demand discipline from them and abandon it the instant an old wound walked into reach. He finished the work first. Siege would still be there.</w:t>
      </w:r>
    </w:p>
    <w:p w:rsidR="00095185" w:rsidRDefault="00E41A6A">
      <w:pPr>
        <w:pStyle w:val="ActuatorChapterTitle"/>
        <w:rPr>
          <w:rFonts w:hint="eastAsia"/>
        </w:rPr>
      </w:pPr>
      <w:r>
        <w:t>Chapter 19: Engage</w:t>
      </w:r>
    </w:p>
    <w:p w:rsidR="00095185" w:rsidRDefault="00E41A6A">
      <w:pPr>
        <w:pStyle w:val="ActuatorSceneStart"/>
        <w:ind/>
      </w:pPr>
      <w:r>
        <w:t>Alarms spread across the power plant. Floodlights snapped on, and a fleet of police cruisers rounded the access road with weapons powering beneath their bumpers.</w:t>
      </w:r>
    </w:p>
    <w:p w:rsidR="00095185" w:rsidRDefault="00E41A6A">
      <w:r>
        <w:t>Gideon brought the cloaked BMW out of its orbit. He slipped behind the police formation, turned, and fired. Twin scarlet beams destroyed the rear cruiser, throwing its wreckage into the car beside it.</w:t>
      </w:r>
    </w:p>
    <w:p w:rsidR="00095185" w:rsidRDefault="00E41A6A">
      <w:r>
        <w:t>Chaos erupted. “AMBUSH!” The remaining officers scattered instinctively. Cruisers broke hard left and right, weaving violently across multiple lanes as desperate eyes searched for an enemy they couldn’t even see. Dyce laughed. “They’re looking everywhere except where I am.” He rolled the BMW ninety degrees onto its side, weaving effortlessly between the panicked vehicles with movements so smooth they almost looked leisurely. The weapon systems rotated automatically. Laser emitters deployed from both the front and rear of the car. “Let’s thin the herd.” He fired.</w:t>
      </w:r>
    </w:p>
    <w:p w:rsidR="00095185" w:rsidRDefault="00E41A6A">
      <w:r>
        <w:t>Brilliant crimson lances carved through the darkness from opposite ends of the vehicle simultaneously. Another cruiser lost its anti-gravity stabilizers, dropped violently toward the pavement, and slammed nose-first into the highway before skidding into a roadside barrier in a shower of metal and concrete. A third erupted into flames after a beam punched cleanly through its power core. Streams of blue-white energy streaked through the night toward the invisible attacker.</w:t>
      </w:r>
    </w:p>
    <w:p w:rsidR="00095185" w:rsidRDefault="00E41A6A">
      <w:r>
        <w:t>Ripples of shimmering blue expanded across the protective barrier with each impact, absorbing and scattering the incoming fire harmlessly into the darkness. Dyce barely noticed. He laughed harder. “You’ll have to do better than that.” Another squeeze of the trigger. One of the remaining cruisers disappeared beneath another violent explosion, sending armored plating cartwheeling across the highway while burning debris rained onto the surrounding asphalt. The final police vehicle swerved wildly. Its occupants shouted desperately into their radios. “We’re under attack!” “Target invisible!” “Request immediate military support!” The transmission cut off. Dyce eased the BMW alongside them.</w:t>
      </w:r>
    </w:p>
    <w:p w:rsidR="00095185" w:rsidRDefault="00E41A6A">
      <w:r>
        <w:t>He paced it long enough for Sheol to open her door. She stepped onto the moving frame and leapt toward the cruiser.</w:t>
      </w:r>
    </w:p>
    <w:p w:rsidR="00095185" w:rsidRDefault="00E41A6A">
      <w:r>
        <w:t>Her silver eyes met the officers’ through the windshield. Violet light gathered around her eyes and mouth.</w:t>
      </w:r>
    </w:p>
    <w:p w:rsidR="00095185" w:rsidRDefault="00E41A6A">
      <w:r>
        <w:t>The purple energy continued pouring from Sheol’s eyes and mouth in slow, swirling ribbons, silently flooding the interior of the cruiser. Within seconds, both men went completely still. The squad car drifted aimlessly across the roadway before gently striking the median and rolling to a stop. Its engine continued idling. Its emergency lights continued flashing. Its radio continued transmitting static. Sheol stepped lightly back onto the BMW.</w:t>
      </w:r>
    </w:p>
    <w:p w:rsidR="00095185" w:rsidRDefault="00E41A6A">
      <w:r>
        <w:t>She climbed back inside and closed the passenger door. Dyce reengaged the cloak.</w:t>
      </w:r>
    </w:p>
    <w:p w:rsidR="00095185" w:rsidRDefault="00E41A6A">
      <w:pPr>
        <w:pStyle w:val="ActuatorSceneStart"/>
        <w:ind/>
      </w:pPr>
      <w:r>
        <w:t>Inside the cloaked silver BMW, Fate calmly monitored the battlefield. Every responding emergency vehicle appeared as glowing markers across his tactical display. New contacts continued flooding into the area.</w:t>
      </w:r>
    </w:p>
    <w:p w:rsidR="00095185" w:rsidRDefault="00E41A6A">
      <w:r>
        <w:t>“More coming,” Fate reported. He moved the incoming contacts onto the map. A medical-response marker slipped between the police units. He tagged it separately before returning to the charge controls.</w:t>
      </w:r>
    </w:p>
    <w:p w:rsidR="00095185" w:rsidRDefault="00E41A6A">
      <w:pPr>
        <w:pStyle w:val="ActuatorSceneStart"/>
        <w:ind/>
      </w:pPr>
      <w:r>
        <w:t>Deep inside the power plant, Anari’s visor suddenly flooded with fresh telemetry. Residual wormhole signatures strengthened. The quantum residue was no longer fading. It was being continuously reinforced by recent movement. She looked up immediately.</w:t>
      </w:r>
    </w:p>
    <w:p w:rsidR="00095185" w:rsidRDefault="00E41A6A">
      <w:r>
        <w:t>“Eighty percent!” Her voice carried through every helmet in the squad. The tracking data updated almost faster than she could read it. “They’re accelerating!” She highlighted the three moving signatures. Each marker advanced deeper into the facility. Rapidly. “You are right on their heels!” The hunt had become a race. Not simply to stop D.A.R.C., but to reach the explosives before the entire power grid disappeared beneath fire and collapsing infrastructure. Ethic’s voice cut cleanly through the communications channel. “Troix.” The response came instantly. “You ready?”</w:t>
      </w:r>
    </w:p>
    <w:p w:rsidR="00095185" w:rsidRDefault="00E41A6A">
      <w:r>
        <w:t>Outside the plant, Troix remained crouched behind a massive transformer housing. His rifle rested comfortably across one knee while his visor continuously tracked the two cloaked vehicles overhead. A grin spread beneath his visor. “Ready as ever!” His pulse had already begun to quicken. His breathing slowed instead. Training settled over him like instinct. The waiting was over. Deep inside the power plant, Ethic glanced at Khalid and Zion before returning his attention to the tactical display floating inside his visor.</w:t>
      </w:r>
    </w:p>
    <w:p w:rsidR="00095185" w:rsidRDefault="00E41A6A">
      <w:r>
        <w:t>“On my mark.” His eyes narrowed. “I’ve got a little gift for you first.” Troix chuckled. “I was hoping you’d say that.” Ethic crouched beside one of the armed C7 charges his team had just recovered. He rested a gloved hand against the explosive, studying it for only a moment before looking back toward the tactical display. A quiet smile formed beneath his visor. If D.A.R.C. wanted explosives, he was about to return one. “On three…” He turned to Khalid. Then Zion. “You two and I are sending Troix three bags of C7 through a portal.” Khalid glanced down at the heavy duffel slung over his shoulder.</w:t>
      </w:r>
    </w:p>
    <w:p w:rsidR="00095185" w:rsidRDefault="00E41A6A">
      <w:r>
        <w:t>His grin widened. “I like this plan.” Zion couldn’t help but smirk beneath his visor. For the first time since entering the facility, the pressure eased, if only for a moment. Ethic checked the comm channel. “I want you…” His voice became almost conversational. “…to return them to our friend when you make your way over for a visit.” Troix laughed through the headset. “You mean personally?” Ethic’s answer came without hesitation. “Personally.”</w:t>
      </w:r>
    </w:p>
    <w:p w:rsidR="00095185" w:rsidRDefault="00E41A6A">
      <w:r>
        <w:t>Troix rose smoothly to one foot, tightening the sling on his rifle before checking the fresh coordinates he’d locked onto the hovering sentry vehicle. The targeting reticle settled over the invisible aircraft. “Oh…” He rolled his shoulders once. Then cracked his neck. “He’s getting them.” “Yes, sir!” There wasn’t the slightest trace of hesitation in his voice. Only anticipation. Ethic shifted communication channels. “Mecca.” The response came through over the steady growl of engines and the quiet hum of charging systems. “Yeah?” Ethic smiled faintly. “Go ahead…”</w:t>
      </w:r>
    </w:p>
    <w:p w:rsidR="00095185" w:rsidRDefault="00E41A6A">
      <w:r>
        <w:t>He watched another enemy marker sweep lazily around the facility perimeter. “And tango with Dyce.” A brief silence followed. Then came the answer. “He’s a good pilot.” Ethic’s voice carried complete confidence. He glanced at the driver compartment where Mecca’s signal glowed brightly on his tactical display. “But I know damn well that you’re better.” His smile widened. Inside the armored transport, Mecca’s eyes lit up. She settled both hands firmly around the flight controls. Her pulse quickened. Not from nerves.</w:t>
      </w:r>
    </w:p>
    <w:p w:rsidR="00095185" w:rsidRDefault="00E41A6A">
      <w:r>
        <w:t>Excitement. Pure and immediate. “Oh…” She couldn’t hide the grin in her voice. “I’ve been waiting for this.” Ethic continued, “We’ve got things handled in here.” “Copy that.” She settled deeper into the pilot’s seat. A crooked grin stretched across her face. “Yes, sir.” She gently pushed the throttle forward. The massive armored vehicle answered with a deep mechanical growl as hidden propulsion systems awakened beneath its reinforced hull. Warning lights shifted from amber to green.</w:t>
      </w:r>
    </w:p>
    <w:p w:rsidR="00095185" w:rsidRDefault="00E41A6A">
      <w:r>
        <w:t>Outside, a small emerald portal blossomed beside Troix. Its liquid-like surface rippled softly before widening just enough to admit three heavy duffel bags. The third crashed onto the gravel beside the first two with enough force to kick up a cloud of dust. Packed solid with recovered C7. His grin widened. “Well…” He slung one over each shoulder before gripping the third in his free hand.</w:t>
      </w:r>
    </w:p>
    <w:p w:rsidR="00095185" w:rsidRDefault="00E41A6A">
      <w:r>
        <w:t>“Delivery service,” Troix finished. He secured the bags behind the transformer and checked the silver BMW’s position again.</w:t>
      </w:r>
    </w:p>
    <w:p w:rsidR="00095185" w:rsidRDefault="00E41A6A">
      <w:pPr>
        <w:pStyle w:val="ActuatorSceneStart"/>
        <w:ind/>
      </w:pPr>
      <w:r>
        <w:t>Anari’s last uncertainty markers cleared as the hostile trails updated.</w:t>
      </w:r>
    </w:p>
    <w:p w:rsidR="00095185" w:rsidRDefault="00E41A6A">
      <w:r>
        <w:t>She smiled. “They’re fully resolved.” Her fingers danced across the holographic interface. “One hundred percent!” The glowing trails inside every T.R.A.P.S. visor brightened dramatically. No longer fading. No longer uncertain. “They’re locked!”</w:t>
      </w:r>
    </w:p>
    <w:p w:rsidR="00095185" w:rsidRDefault="00E41A6A">
      <w:pPr>
        <w:pStyle w:val="ActuatorSceneStart"/>
        <w:ind/>
      </w:pPr>
      <w:r>
        <w:t>At that exact moment, Mecca slammed the throttle forward. The armored transport burst from concealment. Anti-gravity engines roared as the enormous vehicle erupted from beneath the power plant and climbed sharply into the night sky, scattering dust and loose debris in its wake.</w:t>
      </w:r>
    </w:p>
    <w:p w:rsidR="00095185" w:rsidRDefault="00E41A6A">
      <w:r>
        <w:t>Her target was the black BMW carrying Gideon Dyce. Mecca grinned. “Let’s see what you’ve got.” The chase had begun. “Stay at a distance!” Ethic’s command rang through every helmet. “Do not get into a turning fight with him.” Ethic tracked the tactical display inside his visor. “Make him react to you.” “Gotcha!” Mecca answered without missing a beat. She relaxed her grip slightly, allowing the armored transport to drift farther outside Dyce’s patrol pattern. Every movement was deliberate. Measured. Patient. She refused to rush.</w:t>
      </w:r>
    </w:p>
    <w:p w:rsidR="00095185" w:rsidRDefault="00E41A6A">
      <w:r>
        <w:t>Pilots like Gideon thrived on impatience. She had no intention of giving him that advantage. “Let’s dance…” she murmured to herself. With a flick of several switches, hidden panels beneath the transport’s hull separated. The weapon extended fully beyond the vehicle’s nose as concentric focusing rings began spinning faster and faster.</w:t>
      </w:r>
    </w:p>
    <w:p w:rsidR="00095185" w:rsidRDefault="00E41A6A">
      <w:r>
        <w:t>The cannon emitted a deep, rising hum that resonated through the armored frame beneath Mecca’s seat. “Main cannon…” She glanced at the charging indicator. “Armed.”</w:t>
      </w:r>
    </w:p>
    <w:p w:rsidR="00095185" w:rsidRDefault="00E41A6A">
      <w:r>
        <w:t>Outside the facility, Troix watched the cloaked silver BMW hovering motionless sixty meters above the ground. His visor picked out Fate alone at the controls through the Sonar overlay. Everything was exactly where it needed to be. “Perfect…” He activated his wormhole device.</w:t>
      </w:r>
    </w:p>
    <w:p w:rsidR="00095185" w:rsidRDefault="00E41A6A">
      <w:r>
        <w:t>Inside the silver BMW, Fate calmly hovered one finger above the detonation sequence. The holographic map displayed every planted C7 charge throughout the facility. One touch, and the power plant would cease to exist. He inhaled quietly. “Commencing deto…” A blue-green gateway rippled open beside him. His head turned.</w:t>
      </w:r>
    </w:p>
    <w:p w:rsidR="00095185" w:rsidRDefault="00E41A6A">
      <w:r>
        <w:t>Fate’s eyes widened. “What?” Troix came through carrying all three C7 bags. Their eyes met. Neither spoke. Neither needed to. Troix dropped the bags, then stepped backward into the still-open blue-green gateway as their timers began to shriek.</w:t>
      </w:r>
    </w:p>
    <w:p w:rsidR="00095185" w:rsidRDefault="00E41A6A">
      <w:r>
        <w:t>Fate opened a crimson Shadow Gate and escaped as the timers sounded their final warning. The control module remained on the seat.</w:t>
      </w:r>
    </w:p>
    <w:p w:rsidR="00095185" w:rsidRDefault="00E41A6A">
      <w:pPr>
        <w:pStyle w:val="ActuatorSceneBreak"/>
        <w:rPr>
          <w:rFonts w:hint="eastAsia"/>
        </w:rPr>
      </w:pPr>
      <w:r>
        <w:t>* * *</w:t>
      </w:r>
    </w:p>
    <w:p w:rsidR="00095185" w:rsidRDefault="00E41A6A">
      <w:pPr>
        <w:pStyle w:val="ActuatorSceneStart"/>
      </w:pPr>
      <w:r>
        <w:t>Gideon waited for the power plant to go dark. Instead, a fireball rose to the southwest.</w:t>
      </w:r>
    </w:p>
    <w:p w:rsidR="00095185" w:rsidRDefault="00E41A6A">
      <w:r>
        <w:t>The silver BMW disappeared inside a blinding bloom of orange and white as the three duffel bags detonated simultaneously.</w:t>
      </w:r>
    </w:p>
    <w:p w:rsidR="00095185" w:rsidRDefault="00E41A6A">
      <w:r>
        <w:t>Gideon stared at the blast. Then the empty charge locations resolved across his display. Ethic had gone behind the planting team. “You son of a bitch.”</w:t>
      </w:r>
    </w:p>
    <w:p w:rsidR="00095185" w:rsidRDefault="00E41A6A">
      <w:r>
        <w:t>Fate’s image resolved through a burst of static. He was breathing harder but appeared intact. “We have unexpected visitors.” The understatement nearly pulled a laugh from Gideon. Instead, his fist struck the steering controls. “Ethic.” Contempt flattened the name. Fate watched him through the transmission. “You sound surprised.” “I am annoyed.” “Those are not mutually exclusive.” Gideon’s glare could not reach through the screen strongly enough to stop him. Fate continued, “The charges are disappearing. Someone is moving behind the planting teams.” Gideon forced one breath through his nose and steadied himself. Anger could wait. “Track what remains. Do not improvise the detonation sequence.” Fate’s expression shifted by a fraction. “Good. I was hoping you would say that.” Then the tactical alarm began to scream.</w:t>
      </w:r>
    </w:p>
    <w:p w:rsidR="00095185" w:rsidRDefault="00E41A6A">
      <w:r>
        <w:t>“You finally decided to show yourself.” A targeting alarm cut off whatever came next. TARGET LOCK. Gideon snapped his head up. Too late. Far across the night sky, Mecca’s armored transport hovered at extreme range, little more than a silhouette against the darkness. The cannon beneath its hull burned like a miniature sun, focusing rings pulsing blue-white through the clouds. Mecca lined up the shot. “Smile for the camera.” She fired.</w:t>
      </w:r>
    </w:p>
    <w:p w:rsidR="00095185" w:rsidRDefault="00E41A6A">
      <w:r>
        <w:t>The beam overloaded the BMW’s Runner shield and drove through the collapsing barrier. The car lurched sideways, alarms filling its cabin.</w:t>
      </w:r>
    </w:p>
    <w:p w:rsidR="00095185" w:rsidRDefault="00E41A6A">
      <w:r>
        <w:t>For a split second, the horizon became nothing but a blur of stars, clouds, and distant city lights. “Damn!” Dyce wrestled the steering controls with both hands, fighting the aircraft’s momentum before it could tumble completely out of control. The anti-gravity stabilizers groaned under the strain. The vehicle finally leveled out. Smoke curled from the ruined shield emitters beneath the chassis. His knuckles whitened around the controls. “What…” His voice climbed into an enraged growl. “FUCKING timing…” Across the battlefield, Mecca laughed. “First hit’s free.”</w:t>
      </w:r>
    </w:p>
    <w:p w:rsidR="00095185" w:rsidRDefault="00E41A6A">
      <w:r>
        <w:t>The BMW’s damaged stabilizers struggled to regain equilibrium while smoke continued pouring from scorched vents beneath the chassis. “Cute…” he muttered through clenched teeth. “Now let’s see you dodge this.” Hidden compartments along the nose of the BMW slid open. Twin laser emitters rotated smoothly into firing position. Without hesitation, he squeezed the triggers.</w:t>
      </w:r>
    </w:p>
    <w:p w:rsidR="00095185" w:rsidRDefault="00E41A6A">
      <w:r>
        <w:t>Brilliant crimson beams lanced through the darkness in rapid succession, carving glowing scars across the night toward Mecca’s transport. Mecca was already moving. “Too slow.” She rolled the enormous transport ninety degrees, allowing the first volley to slice harmlessly beneath her hull. A quick burst from the lateral thrusters carried the armored vehicle sideways just as another pair of beams tore through the space she’d occupied only moments earlier. The transport responded almost like a fighter despite weighing several times more than the sleek BMW. She dipped. Climbed. Rolled. Twisted. Every maneuver flowed naturally into the next. Every dodge wasted almost no movement. Inside the cockpit, Mecca couldn’t help smiling.</w:t>
      </w:r>
    </w:p>
    <w:p w:rsidR="00095185" w:rsidRDefault="00E41A6A">
      <w:r>
        <w:t>“You’re good…” She nudged the controls again, anticipating his next attack before it came. “But you telegraph your shots.” Dyce growled. He reached toward the cloaking controls. Anari’s voice suddenly cut across the communications channel. “He’s shifting energy!” Her eyes darted across streams of telemetry cascading over her Disc Icon. Residual shield harmonics. Power redistribution. Cloaking initialization. “There!” She pointed to what appeared to be empty air outside Mecca’s windshield. “Three degrees left!” “A little high!”</w:t>
      </w:r>
    </w:p>
    <w:p w:rsidR="00095185" w:rsidRDefault="00E41A6A">
      <w:r>
        <w:t>“That’s him!” Although the BMW had already disappeared from sight, lingering wormhole residue and damaged shield harmonics painted a ghostly outline across Anari’s display. It was enough. Mecca trusted her instantly. She adjusted her aim without hesitation. “Got him.” The main cannon discharged again. Another concentrated beam of blue-white energy crossed the distance in an instant. The invisible BMW shimmered violently as the blast struck squarely against its damaged hull. The cloak flickered. Failed. The aircraft reappeared in a shower of sparks as warning alarms erupted throughout Gideon’s cockpit.</w:t>
      </w:r>
    </w:p>
    <w:p w:rsidR="00095185" w:rsidRDefault="00E41A6A">
      <w:r>
        <w:t>This time, he didn’t hesitate. He knew exactly what the hit meant. His shields were gone. His cloak was compromised. His greatest tactical advantage had vanished. “This fight…” He gritted his teeth. “…is over.” His hand slammed another control. A deep crimson sphere unfolded before the BMW. The sphere flattened, widened, and twisted into a familiar vortex that churned like liquid fire suspended in midair. “Sheol.” She turned to him. He didn’t need to explain. She nodded once. The BMW banked sharply toward the portal.</w:t>
      </w:r>
    </w:p>
    <w:p>
      <w:pPr/>
      <w:r>
        <w:t>Before the portal fully stabilized, Gideon opened an old coalition hailing channel both men had used during the war. “Ethic.” Deep inside the plant, the name cut across Ethic’s helmet. He stopped only long enough to answer. “Gideon.” “Still protecting the people who ordered her death?” Gideon asked. Ethic looked at the charge he had just disarmed. “Still using a city full of civilians to punish people who are not here?” Silence held for half a beat. Gideon glanced at Sheol. “They called her a weapon before they bothered to ask what she wanted.” “And if you decide who gets sacrificed to prove them wrong,” Ethic said, “you become another man making the choice for everyone else.” Gideon’s jaw tightened. “You always did believe restraint could redeem a rotten system.” Ethic’s answer came without hesitation. “And you always did confuse vengeance with freedom.”</w:t>
      </w:r>
    </w:p>
    <w:p w:rsidR="00095185" w:rsidRDefault="00E41A6A">
      <w:r>
        <w:t>Dyce’s mouth tightened. “You win this round, Ethic.”</w:t>
      </w:r>
    </w:p>
    <w:p>
      <w:pPr/>
      <w:r>
        <w:t>Far from Charge City, emergency bulletins crawled across a wall display in Sirius’s hidden workshop. Gauge looked up from the unfinished machine secured in a fabrication cradle beside him. It was barely a body yet: reinforced frame, exposed control spine, unfinished armor mounts, and a dark power cavity waiting for a stable core. PARAGON glowed across the diagnostic panel while another systems test failed red.</w:t>
      </w:r>
    </w:p>
    <w:p>
      <w:pPr/>
      <w:r>
        <w:t>Sirius muted the news feed as shaky civilian footage caught a crimson gateway collapsing above the power complex. “That them?” Gauge stared at the image. “Dyce. Sheol.” His eyes moved back to the unfinished frame. Sirius nodded toward it. “Can Paragon help?”</w:t>
      </w:r>
    </w:p>
    <w:p>
      <w:pPr/>
      <w:r>
        <w:t>“Not tonight.” Gauge tightened a connector and reran the failed diagnostic. “If I rush this, it becomes one more machine that hurts whoever happens to be standing nearby.” The test failed again. He did not flinch. “Paragon gets one job. When it finally meets her, it does that job right.” He killed the news audio and returned to work while emergency footage from Charge City played across the silent screen.</w:t>
      </w:r>
    </w:p>
    <w:p w:rsidR="00095185" w:rsidRDefault="00E41A6A">
      <w:pPr>
        <w:pStyle w:val="ActuatorSceneStart"/>
        <w:ind/>
      </w:pPr>
      <w:r>
        <w:t>Mecca lowered the transport onto the cracked pavement outside the plant. Troix came out from cover, brushing dust off his shoulder.</w:t>
      </w:r>
    </w:p>
    <w:p w:rsidR="00095185" w:rsidRDefault="00E41A6A">
      <w:r>
        <w:t>“Well…” He looked at the empty sky where Dyce had vanished. “They ran.” Mecca climbed down from the cockpit. “They’ll be back.” There wasn’t triumph in her voice. Only certainty. Anari joined them moments later, lowering the visor of her helmet as her Disc Icon continued sweeping the surrounding airspace. Fresh telemetry rolled continuously across her display. “No remaining aerial signatures.” She exhaled slowly. “For now.”</w:t>
      </w:r>
    </w:p>
    <w:p w:rsidR="00095185" w:rsidRDefault="00E41A6A">
      <w:pPr>
        <w:pStyle w:val="ActuatorSceneStart"/>
        <w:ind/>
      </w:pPr>
      <w:r>
        <w:t>At the southeast edge of the complex, Siege, Vulcan, and Youmi gathered beneath the damaged service roof. T.R.A.P.S. held the ground between them and the transport.</w:t>
      </w:r>
    </w:p>
    <w:p w:rsidR="00095185" w:rsidRDefault="00E41A6A">
      <w:r>
        <w:t>Gideon’s order arrived over their encrypted channel: engage T.R.A.P.S. Reinforcements were coming.</w:t>
      </w:r>
    </w:p>
    <w:p>
      <w:pPr/>
      <w:r>
        <w:t>Youmi checked the order twice.</w:t>
      </w:r>
    </w:p>
    <w:p>
      <w:pPr/>
      <w:r>
        <w:t>“Direct engagement.”</w:t>
      </w:r>
    </w:p>
    <w:p>
      <w:pPr/>
      <w:r>
        <w:t>Vulcan rolled one shoulder. “You sound disappointed.”</w:t>
      </w:r>
    </w:p>
    <w:p>
      <w:pPr/>
      <w:r>
        <w:t>“I preferred the part where nobody knew we were here.”</w:t>
      </w:r>
    </w:p>
    <w:p>
      <w:pPr/>
      <w:r>
        <w:t>“That part is finished.”</w:t>
      </w:r>
    </w:p>
    <w:p>
      <w:pPr/>
      <w:r>
        <w:t>Siege grinned. “Finally.”</w:t>
      </w:r>
    </w:p>
    <w:p>
      <w:pPr/>
      <w:r>
        <w:t>Youmi turned to him. “Your definition of finally is why briefings take so long.”</w:t>
      </w:r>
    </w:p>
    <w:p>
      <w:pPr/>
      <w:r>
        <w:t>Siege laughed.</w:t>
      </w:r>
    </w:p>
    <w:p>
      <w:pPr/>
      <w:r>
        <w:t>Vulcan checked the Light Axe charge. “We stop them from reaching Dyce. We leave when ordered.”</w:t>
      </w:r>
    </w:p>
    <w:p>
      <w:pPr/>
      <w:r>
        <w:t>Youmi glanced toward the damaged roofline where T.R.A.P.S. markers were closing. “And the civilians?”</w:t>
      </w:r>
    </w:p>
    <w:p>
      <w:pPr/>
      <w:r>
        <w:t>Siege’s grin faded. “I’m not hunting civilians. I’m not slowing down for them either.”</w:t>
      </w:r>
    </w:p>
    <w:p>
      <w:pPr/>
      <w:r>
        <w:t>“It becomes our problem if you drop the roof on them.”</w:t>
      </w:r>
    </w:p>
    <w:p>
      <w:pPr/>
      <w:r>
        <w:t>He turned to her.</w:t>
      </w:r>
    </w:p>
    <w:p>
      <w:pPr/>
      <w:r>
        <w:t>She held his gaze.</w:t>
      </w:r>
    </w:p>
    <w:p>
      <w:pPr/>
      <w:r>
        <w:t>Vulcan spoke before either pushed it farther. “No unnecessary bodies.”</w:t>
      </w:r>
    </w:p>
    <w:p>
      <w:pPr/>
      <w:r>
        <w:t>Siege gave an irritated exhale. “Fine. No roof.”</w:t>
      </w:r>
    </w:p>
    <w:p>
      <w:pPr/>
      <w:r>
        <w:t>Youmi’s tone stayed level. “That was not difficult.”</w:t>
      </w:r>
    </w:p>
    <w:p>
      <w:pPr/>
      <w:r>
        <w:t>“It was annoying.”</w:t>
      </w:r>
    </w:p>
    <w:p>
      <w:pPr/>
      <w:r>
        <w:t>“Survive it.”</w:t>
      </w:r>
    </w:p>
    <w:p>
      <w:pPr/>
      <w:r>
        <w:t>The first T.R.A.P.S. round struck the wall above them.</w:t>
      </w:r>
    </w:p>
    <w:p>
      <w:pPr/>
      <w:r>
        <w:t>Conversation ended.</w:t>
      </w:r>
    </w:p>
    <w:p>
      <w:pPr/>
      <w:r>
        <w:t>They moved.</w:t>
      </w:r>
    </w:p>
    <w:p>
      <w:pPr/>
      <w:r>
        <w:t>Youmi disappeared sideways through a Shadow Gate. Vulcan went low. Siege charged directly toward the sound because subtlety had never survived contact with him.</w:t>
      </w:r>
    </w:p>
    <w:p>
      <w:pPr/>
      <w:r>
        <w:t>On the opposite side of the courtyard, Khalid heard the incoming fire change rhythm.</w:t>
      </w:r>
    </w:p>
    <w:p>
      <w:pPr/>
      <w:r>
        <w:t>“That’s Youmi.”</w:t>
      </w:r>
    </w:p>
    <w:p>
      <w:pPr/>
      <w:r>
        <w:t>Zion looked over while drawing his sword. “How you know?”</w:t>
      </w:r>
    </w:p>
    <w:p>
      <w:pPr/>
      <w:r>
        <w:t>“She shoots in pairs.”</w:t>
      </w:r>
    </w:p>
    <w:p>
      <w:pPr/>
      <w:r>
        <w:t>“That’s a thing?”</w:t>
      </w:r>
    </w:p>
    <w:p>
      <w:pPr/>
      <w:r>
        <w:t>“It’s a her thing.”</w:t>
      </w:r>
    </w:p>
    <w:p>
      <w:pPr/>
      <w:r>
        <w:t>A pair of rounds snapped past Khalid’s shoulder.</w:t>
      </w:r>
    </w:p>
    <w:p>
      <w:pPr/>
      <w:r>
        <w:t>He ducked.</w:t>
      </w:r>
    </w:p>
    <w:p>
      <w:pPr/>
      <w:r>
        <w:t>“See?”</w:t>
      </w:r>
    </w:p>
    <w:p>
      <w:pPr/>
      <w:r>
        <w:t>Zion laughed despite himself. “Man, fight.”</w:t>
      </w:r>
    </w:p>
    <w:p>
      <w:pPr/>
      <w:r>
        <w:t>Khalid fired back.</w:t>
      </w:r>
    </w:p>
    <w:p>
      <w:pPr/>
      <w:r>
        <w:t>Youmi reappeared behind a concrete divider and heard him through the open combat channel.</w:t>
      </w:r>
    </w:p>
    <w:p>
      <w:pPr/>
      <w:r>
        <w:t>“You study me?”</w:t>
      </w:r>
    </w:p>
    <w:p>
      <w:pPr/>
      <w:r>
        <w:t>Khalid froze.</w:t>
      </w:r>
    </w:p>
    <w:p>
      <w:pPr/>
      <w:r>
        <w:t>Her voice came through his helmet, calm and almost amused.</w:t>
      </w:r>
    </w:p>
    <w:p>
      <w:pPr/>
      <w:r>
        <w:t>He grinned.</w:t>
      </w:r>
    </w:p>
    <w:p>
      <w:pPr/>
      <w:r>
        <w:t>“Little bit.”</w:t>
      </w:r>
    </w:p>
    <w:p>
      <w:pPr/>
      <w:r>
        <w:t>“Then study faster.”</w:t>
      </w:r>
    </w:p>
    <w:p>
      <w:pPr/>
      <w:r>
        <w:t>She fired.</w:t>
      </w:r>
    </w:p>
    <w:p>
      <w:pPr/>
      <w:r>
        <w:t>Khalid threw himself behind cover.</w:t>
      </w:r>
    </w:p>
    <w:p>
      <w:pPr/>
      <w:r>
        <w:t>“Okay!” he shouted. “That’s rude!”</w:t>
      </w:r>
    </w:p>
    <w:p>
      <w:pPr/>
      <w:r>
        <w:t>Vulcan’s voice entered the channel from somewhere farther left. “She is being polite.”</w:t>
      </w:r>
    </w:p>
    <w:p>
      <w:pPr/>
      <w:r>
        <w:t>Zion blocked a heavy strike and answered, “If that’s polite, I don’t wanna meet her mad.”</w:t>
      </w:r>
    </w:p>
    <w:p>
      <w:pPr/>
      <w:r>
        <w:t>Youmi said, “You already did.”</w:t>
      </w:r>
    </w:p>
    <w:p>
      <w:pPr/>
      <w:r>
        <w:t>For half a heartbeat, even Khalid laughed.</w:t>
      </w:r>
    </w:p>
    <w:p>
      <w:pPr/>
      <w:r>
        <w:t>Then the battlefield closed around them again.</w:t>
      </w:r>
    </w:p>
    <w:p>
      <w:pPr/>
      <w:r>
        <w:t>The exchange did not make them friends.</w:t>
      </w:r>
    </w:p>
    <w:p>
      <w:pPr/>
      <w:r>
        <w:t>It did something stranger.</w:t>
      </w:r>
    </w:p>
    <w:p>
      <w:pPr/>
      <w:r>
        <w:t>It reminded everyone inside the armor that the voices trying to kill them belonged to people.</w:t>
      </w:r>
    </w:p>
    <w:p w:rsidR="00095185" w:rsidRDefault="00E41A6A">
      <w:r>
        <w:t>Ethic reached the roof above them.</w:t>
      </w:r>
    </w:p>
    <w:p w:rsidR="00095185" w:rsidRDefault="00E41A6A">
      <w:pPr>
        <w:pStyle w:val="ActuatorSceneStart"/>
        <w:ind/>
      </w:pPr>
      <w:r>
        <w:t>Troix returned to the transport. He climbed inside the vehicle and began opening storage compartments.</w:t>
      </w:r>
    </w:p>
    <w:p w:rsidR="00095185" w:rsidRDefault="00E41A6A">
      <w:r>
        <w:t>He shifted replacement magazines aside until his hands found what he wanted. “There you are.” He pulled the weapon free. Troix grinned beneath his helmet. Exactly what he’d been looking for. He slung it across his back and headed for the shattered cooling tower overlooking the complex.</w:t>
      </w:r>
    </w:p>
    <w:p w:rsidR="00095185" w:rsidRDefault="00E41A6A">
      <w:pPr>
        <w:pStyle w:val="ActuatorSceneStart"/>
        <w:ind/>
      </w:pPr>
      <w:r>
        <w:t>Outside, Siege lifted his head. His eyes found Ethic standing high above him.</w:t>
      </w:r>
    </w:p>
    <w:p w:rsidR="00095185" w:rsidRDefault="00E41A6A">
      <w:r>
        <w:t>Their paths had once run together before splitting apart completely. Finally, Siege broke the silence. “So…” A faint smile tugged at one corner of his mouth. “We meet again.” Ethic’s expression never changed. “How many years has it been?” Siege asked. His tone carried an almost nostalgic calm, as though they were old friends crossing paths instead of enemies preparing to fight. Ethic stared down at him. The memories came rushing back all at once.</w:t>
      </w:r>
    </w:p>
    <w:p w:rsidR="00095185" w:rsidRDefault="00E41A6A">
      <w:r>
        <w:t>They had endured losses together. Everything that had come before had been buried beneath that single choice. His jaw tightened. “Not enough.” His voice carried across the ruined courtyard like ice. “I don’t mind if I never see your ugly fucking mug ever again.” The insult only widened Siege’s smile. He slowly spread his hands.</w:t>
      </w:r>
    </w:p>
    <w:p w:rsidR="00095185" w:rsidRDefault="00E41A6A">
      <w:r>
        <w:t>Almost welcoming. As if they were standing in the middle of an old reunion instead of a battlefield. “Now…” His grin broadened. “That’s no way to treat an old friend.” Something inside Ethic snapped. Years of discipline. Years of restraint. Years spent burying old wounds beneath duty. Gone. His voice thundered across the shattered courtyard. “MURDERER!”</w:t>
      </w:r>
    </w:p>
    <w:p w:rsidR="00095185" w:rsidRDefault="00E41A6A">
      <w:r>
        <w:t>He left the roof through a blue-green gateway and emerged in front of Siege. The giant fired a full magazine. Ethic cut sideways into another opening instead of returning to the formation he had ordered.</w:t>
      </w:r>
    </w:p>
    <w:p w:rsidR="00095185" w:rsidRDefault="00E41A6A">
      <w:r>
        <w:t>The portals redirected him through the fire. At the edge of the fight, Vulcan and Youmi watched his separation from the others.</w:t>
      </w:r>
    </w:p>
    <w:p w:rsidR="00095185" w:rsidRDefault="00E41A6A">
      <w:r>
        <w:t>Siege’s rifle clicked dry. Ethic was already inside his reach. One QuickSword sliced cleanly through the weapon’s barrel before Siege could reload.</w:t>
      </w:r>
    </w:p>
    <w:p w:rsidR="00095185" w:rsidRDefault="00E41A6A">
      <w:r>
        <w:t>Ethic drove Siege backward with both swords. The second cut caught armor as Siege reached for his own blade.</w:t>
      </w:r>
    </w:p>
    <w:p w:rsidR="00095185" w:rsidRDefault="00E41A6A">
      <w:r>
        <w:t>“Damn…” Siege vanished through a Shadow Gate. Another opened several feet behind Ethic. Two rapid steps. Then another. His own blade finally cleared its housing. A whirlwind of slashes designed to overwhelm Ethic before he could pivot.</w:t>
      </w:r>
    </w:p>
    <w:p w:rsidR="00095185" w:rsidRDefault="00E41A6A">
      <w:r>
        <w:t>Neither blinked. Vulcan moved. Youmi sprang alongside him. Her movements contrasted sharply against Vulcan’s brute force.</w:t>
      </w:r>
    </w:p>
    <w:p w:rsidR="00095185" w:rsidRDefault="00E41A6A">
      <w:pPr>
        <w:pStyle w:val="ActuatorSceneStart"/>
        <w:ind/>
      </w:pPr>
      <w:r>
        <w:t>Khalid intercepted Youmi before she ever reached Ethic. Twin pistols appeared in her hands almost magically, drawn so quickly they seemed to materialize from the shadows themselves.</w:t>
      </w:r>
    </w:p>
    <w:p w:rsidR="00095185" w:rsidRDefault="00E41A6A">
      <w:r>
        <w:t>Khalid drew both QuickSwords and knocked her pistols off line. Youmi retreated from the blades, searching for a shot past his shoulder.</w:t>
      </w:r>
    </w:p>
    <w:p w:rsidR="00095185" w:rsidRDefault="00E41A6A">
      <w:r>
        <w:t>Khalid matched her rhythm blow for blow. Each collision echoed through the ruined power station. Youmi stumbled backward just enough to create breathing room. Both QuickSwords disappeared across his back. His assault rifle dropped cleanly into waiting hands. He leveled the barrel squarely at her chest. His finger rested against the trigger. He didn’t fire.</w:t>
      </w:r>
    </w:p>
    <w:p w:rsidR="00095185" w:rsidRDefault="00E41A6A">
      <w:r>
        <w:t>His voice carried genuine warning. “Don’t make me kill you.” His helmet concealed his face. His tone did not. “Leave.”</w:t>
      </w:r>
    </w:p>
    <w:p>
      <w:r>
        <w:t>Youmi kept both pistols trained on him. “You think warning me makes you merciful?”</w:t>
      </w:r>
    </w:p>
    <w:p>
      <w:r>
        <w:t>Khalid held his rifle steady. “No. Means I’d rather not kill somebody if I don’t have to.”</w:t>
      </w:r>
    </w:p>
    <w:p>
      <w:r>
        <w:t>“Then you chose the wrong profession.”</w:t>
      </w:r>
    </w:p>
    <w:p>
      <w:r>
        <w:t>“I chose the people next to me. Job came with it.”</w:t>
      </w:r>
    </w:p>
    <w:p>
      <w:r>
        <w:t>Her eyes narrowed. “That answer will get you hurt.”</w:t>
      </w:r>
    </w:p>
    <w:p>
      <w:r>
        <w:t>Khalid’s grin disappeared. “Probably. Still my answer.”</w:t>
      </w:r>
    </w:p>
    <w:p w:rsidR="00095185" w:rsidRDefault="00E41A6A">
      <w:pPr>
        <w:pStyle w:val="ActuatorSceneStart"/>
        <w:ind/>
      </w:pPr>
      <w:r>
        <w:t>Several yards away, Vulcan’s Light Axe roared through the air. The energized double blade carved a blazing crimson arc toward Zion’s head.</w:t>
      </w:r>
    </w:p>
    <w:p w:rsidR="00095185" w:rsidRDefault="00E41A6A">
      <w:r>
        <w:t>Zion bent backward beneath the blade until only his bent knees kept him upright. The instant it cleared, Zion snapped upright.</w:t>
      </w:r>
    </w:p>
    <w:p w:rsidR="00095185" w:rsidRDefault="00E41A6A">
      <w:r>
        <w:t>Zion drove his first sword through Vulcan’s forearm and into his shoulder, pinning the arm against his chest. His second blade went for the neck. Vulcan caught it with the Light Axe, chipping its edge and wrenching Zion off balance.</w:t>
      </w:r>
    </w:p>
    <w:p w:rsidR="00095185" w:rsidRDefault="00E41A6A">
      <w:r>
        <w:t>Zion struck the broken concrete and rolled. Vulcan tore the embedded sword out of his arm; silver filaments closed the wound behind it.</w:t>
      </w:r>
    </w:p>
    <w:p w:rsidR="00095185" w:rsidRDefault="00E41A6A">
      <w:r>
        <w:t>Vulcan casually dropped the recovered QuickSword onto the ground. His healing complete. He turned his head. None of them were finished. “Shit…” The word escaped Vulcan almost involuntarily.</w:t>
      </w:r>
    </w:p>
    <w:p w:rsidR="00095185" w:rsidRDefault="00E41A6A">
      <w:r>
        <w:t>A gate opened behind Khalid. Vulcan came through with a kick that drove him face-first into the pavement.</w:t>
      </w:r>
    </w:p>
    <w:p w:rsidR="00095185" w:rsidRDefault="00E41A6A">
      <w:r>
        <w:t>His rifle skidded from his grasp, bouncing across the fractured concrete before disappearing into the rubble. Before he could recover, Vulcan shifted his full weight onto him. The enormous Light Axe slowly rose overhead. Its twin crimson blades emitted a low, hungry hum, their glow reflecting across Khalid’s visor like twin rivers of molten steel. From beneath Vulcan, Khalid pushed with everything he had. Nothing. Vulcan’s weight pinned him against the pavement.</w:t>
      </w:r>
    </w:p>
    <w:p w:rsidR="00095185" w:rsidRDefault="00E41A6A">
      <w:r>
        <w:t>A single downward swing would end it. “K!” Zion’s voice tore across the battlefield. He vanished into an emerald gateway. Reality folded around him. An instant later, another blue-green opening erupted beside Vulcan. Zion burst from the light already lunging forward, his remaining QuickSword driving directly toward the larger man’s exposed ribs. Vulcan didn’t even look. He never turned his head. He simply tightened both hands around the axe. Preparing to finish Khalid first.</w:t>
      </w:r>
    </w:p>
    <w:p w:rsidR="00095185" w:rsidRDefault="00E41A6A">
      <w:r>
        <w:t>Something enormous punched completely through Vulcan’s torso. The tremendous force lifted him partially off Khalid before hurling Vulcan backward several yards.</w:t>
      </w:r>
    </w:p>
    <w:p w:rsidR="00095185" w:rsidRDefault="00E41A6A">
      <w:r>
        <w:t>Vulcan’s damaged tissue began closing. A second shot broke his balance before it finished. The Light Axe fell from his hands. Troix’s voice came across the channel.</w:t>
      </w:r>
    </w:p>
    <w:p w:rsidR="00095185" w:rsidRDefault="00E41A6A">
      <w:r>
        <w:t>“I LOVE this sniper rifle, Khalid!” Across the complex, perched atop a shattered cooling tower overlooking the entire facility, Troix smoothly worked the action on the massive rifle resting comfortably against his shoulder. A smoking shell casing clinked onto the steel catwalk beneath him. The barrel still glowed faintly from the shot. His visor calmly recalculated wind speed, atmospheric density, and bullet trajectory despite the fact his target had already fallen. “Seriously…” He admired the weapon with unmistakable satisfaction. “This thing is beautiful.” Still lying flat on the ground, Khalid couldn’t help smiling despite struggling to draw a full breath. “Told you…” He coughed once. “…you’d like it.” Before Zion could capitalize on the opening, a Shadow Gate blossomed beside Vulcan.</w:t>
      </w:r>
    </w:p>
    <w:p w:rsidR="00095185" w:rsidRDefault="00E41A6A">
      <w:r>
        <w:t>Youmi didn’t waste a single movement. She hooked one arm beneath Vulcan’s shoulder while activating another portal with her free hand. “You’re getting sloppy.” Vulcan answered only with a low grunt. Neither argued. Neither looked back. Together they disappeared into the darkness. The battlefield grew quiet. Only for a heartbeat. Khalid rolled to one knee, found his rifle half-buried in the rubble, and yanked it free. His ribs protested when he shouldered it, but the sling and receiver were intact.</w:t>
      </w:r>
    </w:p>
    <w:p w:rsidR="00095185" w:rsidRDefault="00E41A6A">
      <w:pPr>
        <w:pStyle w:val="ActuatorSceneStart"/>
        <w:ind/>
      </w:pPr>
      <w:r>
        <w:t>Across the battlefield, Ethic and Siege continued their duel.</w:t>
      </w:r>
    </w:p>
    <w:p w:rsidR="00095185" w:rsidRDefault="00E41A6A">
      <w:r>
        <w:t>Fresh cuts scarred both suits of armor where QuickSwords had missed flesh by fractions of an inch. Scorch marks covered broken plating. Ethic twisted beneath one slash before driving his shoulder squarely into Siege’s chest.</w:t>
      </w:r>
    </w:p>
    <w:p w:rsidR="00095185" w:rsidRDefault="00E41A6A">
      <w:r>
        <w:t>Ethic swept Siege’s ankle and raised both blades as he fell. “You’re finished.” A Shadow Gate opened beneath the giant. Ethic struck concrete.</w:t>
      </w:r>
    </w:p>
    <w:p w:rsidR="00095185" w:rsidRDefault="00E41A6A">
      <w:r>
        <w:t>Siege stepped calmly back onto the battlefield. Quietly at first. Then louder. “You…” He caught his breath. “…must’ve been really attached to Squad Five.” Ethic’s grip tightened around both swords. His knuckles whitened beneath armored gloves. Siege’s smile never faded. “Sorry…”</w:t>
      </w:r>
    </w:p>
    <w:p w:rsidR="00095185" w:rsidRDefault="00E41A6A">
      <w:r>
        <w:t>He spread his hands with exaggerated innocence. “That you weren’t able to join them today.” The words landed harder than any blade. Because they weren’t meant to wound his body. They were aimed directly at memory. He knew exactly where to twist the knife. Ethic took one step forward. Siege remained perfectly relaxed. “Another time…” He backed toward another waiting Shadow Gate. “Another place…” The crimson portal churned behind him like liquid fire. “Perhaps.” The smile disappeared. For the first time that evening, his eyes hardened.</w:t>
      </w:r>
    </w:p>
    <w:p w:rsidR="00095185" w:rsidRDefault="00E41A6A">
      <w:r>
        <w:t>“But…” His voice lowered. The portal’s crimson glow reflected across his scarred face. “I can assure you, the next time we meet, I won’t be retreating.” He stepped backward toward the swirling darkness. He stopped at the edge of the vortex.</w:t>
      </w:r>
    </w:p>
    <w:p w:rsidR="00095185" w:rsidRDefault="00E41A6A">
      <w:r>
        <w:t>A crooked grin spread across Siege’s scarred face. “Oh…” He tilted his head ever so slightly. “And the Boss sends his regards.”</w:t>
      </w:r>
    </w:p>
    <w:p w:rsidR="00095185" w:rsidRDefault="00E41A6A">
      <w:r>
        <w:t>Ethic’s expression hardened even further. “You tell Gideon.” His voice was low. Steady. “I’ll be delivering mine personally.” Siege chuckled. Then something changed. Instead of completing the retreat, his outline dissolved. His body unraveled into writhing shadows that spilled across the shattered pavement like liquid ink. Within seconds, there was nothing left standing.</w:t>
      </w:r>
    </w:p>
    <w:p w:rsidR="00095185" w:rsidRDefault="00E41A6A">
      <w:r>
        <w:t>Ethic’s instincts reacted before his mind did. “Contact!” The darkness erupted. Metallic hands burst upward through the black mass. Then helmets. Arms. Weapons. One after another, humanoid figures climbed silently from the swirling shadows with unnerving synchronization.</w:t>
      </w:r>
    </w:p>
    <w:p w:rsidR="00095185" w:rsidRDefault="00E41A6A">
      <w:r>
        <w:t>More continued emerging until a disciplined firing line stood exactly where Siege had disappeared only moments earlier. Every glowing red optic locked onto T.R.A.P.S.</w:t>
      </w:r>
    </w:p>
    <w:p w:rsidR="00095185" w:rsidRDefault="00E41A6A">
      <w:r>
        <w:t>Khalid stared. Then released a long, defeated sigh. “Dammit…” He adjusted his grip on his rifle. The stock settled firmly into his shoulder. “I was hoping we’d at least get a breather.” The joke landed flat. No one laughed. There wasn’t time. One android raised its weapon. The others mirrored the motion instantly. Every rifle lifted with perfect mechanical precision. Not a fraction of a second separated them. Anari’s voice exploded through every helmet. “Ethic!”</w:t>
      </w:r>
    </w:p>
    <w:p w:rsidR="00095185" w:rsidRDefault="00E41A6A">
      <w:r>
        <w:t>Recognition confirmed. “Those aren’t D.A.R.C. signatures!” A brief pause. “They’re the Brigg androids!” Ethic never took his eyes off the advancing machines. “I figured.” He calmly rolled one shoulder, loosening muscles already stiff from the duel with Siege, before raising both QuickSwords once more. The blades caught the floodlights, scattering streaks of silver across the broken battlefield. “They’re combat models.” Another deliberate step forward. His boots crunched across fractured concrete. “Well-trained.”</w:t>
      </w:r>
    </w:p>
    <w:p w:rsidR="00095185" w:rsidRDefault="00E41A6A">
      <w:r>
        <w:t>Another. “And heavily armored.” He looked at the rest of his team. For just a moment, his eyes met each of theirs. No panic. No uncertainty. Only focus. “Same plan.” His voice carried just enough to rise above the crackling transformers and distant sirens. “Stay moving.” He shifted one blade toward the growing firing line. “Don’t let them establish a firing line.” That single instruction carried more weight than the others. He knew exactly what disciplined combat androids could do once they settled into formation. High above them, Troix settled behind his rifle.</w:t>
      </w:r>
    </w:p>
    <w:p w:rsidR="00095185" w:rsidRDefault="00E41A6A">
      <w:r>
        <w:t>Ethic spun both QuickSwords once before settling them into guard. “I’ve been wanting to test these.” A grin spread beneath his helmet. His pulse was already climbing. Mecca climbed effortlessly onto the armored transport’s hull. She rotated one of the remote weapon stations toward the expanding line of androids. The servos hummed as the turret tracked targets automatically. “Now this…” She smiled. “…looks like fun.” Khalid slammed a fresh magazine into his rifle. CLICK.</w:t>
      </w:r>
    </w:p>
    <w:p w:rsidR="00095185" w:rsidRDefault="00E41A6A">
      <w:r>
        <w:t>The weapon answered with a satisfying metallic snap as the bolt locked forward. Ready. “Oh…” He grinned. “I’ve got something for y’all.” He planted his feet. The rifle came to his shoulder. His breathing slowed. Zion lowered into a fighting stance. The ruined battlefield disappeared for only the briefest instant. The nightmare returned. The glowing green eyes. The impossible forest. The claws tearing into him.</w:t>
      </w:r>
    </w:p>
    <w:p w:rsidR="00095185" w:rsidRDefault="00E41A6A">
      <w:r>
        <w:t>The suffocating fear. His chest tightened. No illusion. This was real. These enemies bled. These enemies could be beaten. The broken fragments of its twin still lay somewhere behind him. “Let’s do this.” Across the battlefield, the androids moved as one. No shouted commands. No hesitation.</w:t>
      </w:r>
    </w:p>
    <w:p w:rsidR="00095185" w:rsidRDefault="00E41A6A">
      <w:r>
        <w:t>The machines acquired their targets. Ethic gave the order.</w:t>
      </w:r>
    </w:p>
    <w:p w:rsidR="00095185" w:rsidRDefault="00E41A6A">
      <w:r>
        <w:t>“Engage.” The battlefield exploded into motion. Blue-white beams ripped through the darkness. The armored transport’s cannon thundered, shaking the ground beneath everyone’s feet. Remote weapon stations erupted into sustained fire. QuickSwords flashed beneath the emergency lights, carving brilliant silver arcs through smoke and drifting dust. Pulse rifles barked. Energy bolts screamed overhead. Metal collided with metal in showers of sparks. Concrete burst apart beneath missed shots. The quiet ruins of the power plant disappeared beneath a deafening storm of gunfire, shattering steel, burning circuitry, and collapsing masonry as T.R.A.P.S. surged forward without hesitation, crashing headlong into the advancing wall of Brigg androids. The battle for Charge City had only just begun.</w:t>
      </w:r>
    </w:p>
    <w:p w:rsidR="00095185" w:rsidRDefault="00E41A6A">
      <w:pPr>
        <w:pStyle w:val="ActuatorChapterTitle"/>
        <w:rPr>
          <w:rFonts w:hint="eastAsia"/>
        </w:rPr>
      </w:pPr>
      <w:r>
        <w:t>Chapter 20: They Heal</w:t>
      </w:r>
    </w:p>
    <w:p w:rsidR="00095185" w:rsidRDefault="00E41A6A">
      <w:pPr>
        <w:pStyle w:val="ActuatorSceneStart"/>
      </w:pPr>
      <w:r>
        <w:t>A burst of android fire hammered the transport’s underside. The cabin lurched hard enough to throw Anari against her restraints. Two anti-gravity emitters flashed amber on Mecca’s display; a third went red. The vehicle was still airborne, but not for long. Another cluster of targeting locks climbed across the warning screen. Mecca read them, then looked at the four Air Jumper bays. “Well…” Her grin returned. “No point carrying all my toys into the ground.”</w:t>
      </w:r>
    </w:p>
    <w:p>
      <w:pPr/>
      <w:r>
        <w:t>She hit two launch commands. Panels beneath the transport snapped open and a pair of empty Air Jumpers dropped into the night. Their engines caught immediately. With no pilots aboard, both craft slaved to the transport’s flight computer exactly as Mecca had designed them to do. One broke hard left. The other climbed right, throwing enough engine heat, motion, and electromagnetic noise across the androids’ sensors to demand separate tracking solutions.</w:t>
      </w:r>
    </w:p>
    <w:p>
      <w:pPr/>
      <w:r>
        <w:t>The android firing line split. Half the weapons tracked the first Jumper; the rest chased the second across the sky. Blue-white rounds stitched after them. One craft juked behind a cooling tower under Mecca’s remote control. The other took a direct hit, spun once through a spray of sparks, and dropped behind the outer wall as its status went dark. Anari stared at the dead signal. “You just lost one.” Mecca shoved the transport into a descending turn. “Disabled. Maybe repairable. Bought us the landing.”</w:t>
      </w:r>
    </w:p>
    <w:p>
      <w:pPr/>
      <w:r>
        <w:t>The surviving Jumper cut back across the battlefield, dragging a second volley away from the transport before Mecca recalled it to a holding pattern beyond the plant. “Three still combat-ready,” she said. “And now we’re done being a target in the sky.” She reached for the ground-mode controls.</w:t>
      </w:r>
    </w:p>
    <w:p>
      <w:pPr/>
      <w:r>
        <w:t>Anari kept looking at the dead Air Jumper signal. Mecca flicked a secondary telemetry pane open without taking her attention off the descent. A weak emergency beacon blinked beyond the outer wall. “It cleared the plant before it dropped. I cut propulsion when the control bus failed so it wouldn’t turn into a missile.” Anari tracked the last recorded trajectory. No buildings. No friendly markers. No workers in the impact lane. “So you were watching that and flying this?” Mecca corrected the transport’s pitch with one hand. “I built both. I know what they sound like when they’re dying.” The answer was casual; the tightness in her jaw was not.</w:t>
      </w:r>
    </w:p>
    <w:p>
      <w:pPr/>
      <w:r>
        <w:t>“You said maybe repairable.”</w:t>
      </w:r>
    </w:p>
    <w:p>
      <w:pPr/>
      <w:r>
        <w:t>“Maybe.”</w:t>
      </w:r>
    </w:p>
    <w:p>
      <w:pPr/>
      <w:r>
        <w:t>“You don’t sound convinced.”</w:t>
      </w:r>
    </w:p>
    <w:p>
      <w:pPr/>
      <w:r>
        <w:t>“I’m busy not crashing.”</w:t>
      </w:r>
    </w:p>
    <w:p>
      <w:pPr/>
      <w:r>
        <w:t>That shut Anari up for exactly three seconds.</w:t>
      </w:r>
    </w:p>
    <w:p>
      <w:pPr/>
      <w:r>
        <w:t>Then another burst of fire struck the transport.</w:t>
      </w:r>
    </w:p>
    <w:p>
      <w:pPr/>
      <w:r>
        <w:t>The cabin bucked.</w:t>
      </w:r>
    </w:p>
    <w:p>
      <w:pPr/>
      <w:r>
        <w:t>Mecca’s hands tightened on the controls.</w:t>
      </w:r>
    </w:p>
    <w:p>
      <w:pPr/>
      <w:r>
        <w:t>Anari saw it.</w:t>
      </w:r>
    </w:p>
    <w:p>
      <w:pPr/>
      <w:r>
        <w:t>Not fear exactly.</w:t>
      </w:r>
    </w:p>
    <w:p>
      <w:pPr/>
      <w:r>
        <w:t>Something closer to anger.</w:t>
      </w:r>
    </w:p>
    <w:p>
      <w:pPr/>
      <w:r>
        <w:t>“That one bother you?”</w:t>
      </w:r>
    </w:p>
    <w:p>
      <w:pPr/>
      <w:r>
        <w:t>Mecca’s eyes stayed forward. “I built it.”</w:t>
      </w:r>
    </w:p>
    <w:p>
      <w:pPr/>
      <w:r>
        <w:t>“It was empty.”</w:t>
      </w:r>
    </w:p>
    <w:p>
      <w:pPr/>
      <w:r>
        <w:t>“I know.”</w:t>
      </w:r>
    </w:p>
    <w:p>
      <w:pPr/>
      <w:r>
        <w:t>Another warning flashed.</w:t>
      </w:r>
    </w:p>
    <w:p>
      <w:pPr/>
      <w:r>
        <w:t>Mecca killed it with one hard tap.</w:t>
      </w:r>
    </w:p>
    <w:p>
      <w:pPr/>
      <w:r>
        <w:t>“I still built it.”</w:t>
      </w:r>
    </w:p>
    <w:p>
      <w:pPr/>
      <w:r>
        <w:t>Anari understood.</w:t>
      </w:r>
    </w:p>
    <w:p>
      <w:pPr/>
      <w:r>
        <w:t>People assumed engineers loved machines because machines were predictable. That was only partly true. You could spend weeks learning the shape of a system until every vibration meant something. Every warning tone had a personality. Every successful test became memory.</w:t>
      </w:r>
    </w:p>
    <w:p>
      <w:pPr/>
      <w:r>
        <w:t>Watching one fall felt stupidly personal.</w:t>
      </w:r>
    </w:p>
    <w:p>
      <w:pPr/>
      <w:r>
        <w:t>Anari reached across the console and stabilized the damaged emitter feed before Mecca asked.</w:t>
      </w:r>
    </w:p>
    <w:p>
      <w:pPr/>
      <w:r>
        <w:t>“Got your left bank.”</w:t>
      </w:r>
    </w:p>
    <w:p>
      <w:pPr/>
      <w:r>
        <w:t>Mecca glanced at her.</w:t>
      </w:r>
    </w:p>
    <w:p>
      <w:pPr/>
      <w:r>
        <w:t>“Thank you.”</w:t>
      </w:r>
    </w:p>
    <w:p>
      <w:pPr/>
      <w:r>
        <w:t>“No speech?”</w:t>
      </w:r>
    </w:p>
    <w:p>
      <w:pPr/>
      <w:r>
        <w:t>“Later.”</w:t>
      </w:r>
    </w:p>
    <w:p>
      <w:pPr/>
      <w:r>
        <w:t>“Good.”</w:t>
      </w:r>
    </w:p>
    <w:p>
      <w:pPr/>
      <w:r>
        <w:t>They worked.</w:t>
      </w:r>
    </w:p>
    <w:p>
      <w:pPr/>
      <w:r>
        <w:t>Mecca handled the vehicle.</w:t>
      </w:r>
    </w:p>
    <w:p>
      <w:pPr/>
      <w:r>
        <w:t>Anari kept damaged systems alive.</w:t>
      </w:r>
    </w:p>
    <w:p>
      <w:pPr/>
      <w:r>
        <w:t>Neither needed to explain what the other was doing after the first thirty seconds.</w:t>
      </w:r>
    </w:p>
    <w:p>
      <w:pPr/>
      <w:r>
        <w:t>A new lock warning appeared.</w:t>
      </w:r>
    </w:p>
    <w:p>
      <w:pPr/>
      <w:r>
        <w:t>Anari rerouted power.</w:t>
      </w:r>
    </w:p>
    <w:p>
      <w:pPr/>
      <w:r>
        <w:t>Mecca dropped altitude.</w:t>
      </w:r>
    </w:p>
    <w:p>
      <w:pPr/>
      <w:r>
        <w:t>The warning disappeared.</w:t>
      </w:r>
    </w:p>
    <w:p>
      <w:pPr/>
      <w:r>
        <w:t>“Okay,” Mecca said.</w:t>
      </w:r>
    </w:p>
    <w:p>
      <w:pPr/>
      <w:r>
        <w:t>“What?”</w:t>
      </w:r>
    </w:p>
    <w:p>
      <w:pPr/>
      <w:r>
        <w:t>“I get why Ethic wanted you.”</w:t>
      </w:r>
    </w:p>
    <w:p>
      <w:pPr/>
      <w:r>
        <w:t>Anari smiled despite the alarms. “Only took almost dying together?”</w:t>
      </w:r>
    </w:p>
    <w:p>
      <w:pPr/>
      <w:r>
        <w:t>“Team-building exercise.”</w:t>
      </w:r>
    </w:p>
    <w:p>
      <w:pPr/>
      <w:r>
        <w:t>“Your team-building sucks.”</w:t>
      </w:r>
    </w:p>
    <w:p>
      <w:pPr/>
      <w:r>
        <w:t>“Still working.”</w:t>
      </w:r>
    </w:p>
    <w:p>
      <w:pPr/>
      <w:r>
        <w:t>Another impact rolled through the chassis.</w:t>
      </w:r>
    </w:p>
    <w:p>
      <w:pPr/>
      <w:r>
        <w:t>Anari braced herself.</w:t>
      </w:r>
    </w:p>
    <w:p>
      <w:pPr/>
      <w:r>
        <w:t>“Mecca.”</w:t>
      </w:r>
    </w:p>
    <w:p>
      <w:pPr/>
      <w:r>
        <w:t>“Yeah?”</w:t>
      </w:r>
    </w:p>
    <w:p>
      <w:pPr/>
      <w:r>
        <w:t>“If we survive this, I’m driving.”</w:t>
      </w:r>
    </w:p>
    <w:p>
      <w:pPr/>
      <w:r>
        <w:t>Mecca laughed so hard she nearly missed the next turn.</w:t>
      </w:r>
    </w:p>
    <w:p>
      <w:pPr/>
      <w:r>
        <w:t>“Absolutely the fuck not.”</w:t>
      </w:r>
    </w:p>
    <w:p w:rsidR="00095185" w:rsidRDefault="00E41A6A">
      <w:r>
        <w:t>Anari caught Mecca reaching for a short steel lever beside the driver’s seat. “Wait. What does that do?” Mecca’s grin sharpened. “Treads.” Anari blinked twice. “This thing has treads?” Her mind jumped to archival military footage from generations past. “You mean like old technology?” Mecca raised one eyebrow. “You got something against that?” Anari immediately threw both hands into the air. “No! I think it’s awesome.”</w:t>
      </w:r>
    </w:p>
    <w:p w:rsidR="00095185" w:rsidRDefault="00E41A6A">
      <w:r>
        <w:t>“You’re about to find out.” Mecca pulled the lever. CLACK! Power rerouted through the chassis as the anti-gravity emitters faded. Hydraulic locks disengaged beneath the floor, and the transport settled hard onto the ground. Side panels folded outward while suspension assemblies and massive road wheels dropped into place.</w:t>
      </w:r>
    </w:p>
    <w:p w:rsidR="00095185" w:rsidRDefault="00E41A6A">
      <w:r>
        <w:t>Armored treads rolled from hidden compartments and wrapped around the wheels with a chorus of metallic clanks. The stabilizing wings folded into the hull. In seconds, the hovering assault vehicle had become something heavier.</w:t>
      </w:r>
    </w:p>
    <w:p w:rsidR="00095185" w:rsidRDefault="00E41A6A">
      <w:r>
        <w:t>A fortress on tracks. Mecca eased the controls forward. Deep vibrations rolled through the cabin as the tank climbed over shattered debris. Anari braced herself against the dashboard and laughed. “This feels completely different!” Mecca nodded. “Told you.”</w:t>
      </w:r>
    </w:p>
    <w:p w:rsidR="00095185" w:rsidRDefault="00E41A6A">
      <w:r>
        <w:t>“Hover for speed. Tracks when I need it to hold.” She brought the weapons online as the chassis steadied.</w:t>
      </w:r>
    </w:p>
    <w:p w:rsidR="00095185" w:rsidRDefault="00E41A6A">
      <w:r>
        <w:t>AUTO-TARGETING ONLINE. Inside every weapon housing, sophisticated optical arrays came alive. Motion tracking. Green targeting boxes rapidly appeared over every hostile android. None settled on members of T.R.A.P.S. Anari watched the display populate in real time. “How’s it separating friend from foe?” Mecca tapped the side of her helmet. “Easy.” She smiled. “All of our Data Helmets broadcast encrypted identification beacons.”</w:t>
      </w:r>
    </w:p>
    <w:p w:rsidR="00095185" w:rsidRDefault="00E41A6A">
      <w:r>
        <w:t>Tiny blue icons representing Ethic, Troix, Zion, Khalid, and Anari appeared across the tactical display. Mecca pointed at the advancing androids. “The computer triangulates us in real time. If it isn’t broadcasting one of our signatures, it becomes fair game.” Targeting boxes flipped from green to crimson as trajectories recalculated around the moving team. Anari watched the firing lanes update. “That’s actually brilliant.” Mecca settled her hand over the controls. “I don’t build friendly-fire machines.”</w:t>
      </w:r>
    </w:p>
    <w:p w:rsidR="00095185" w:rsidRDefault="00E41A6A">
      <w:r>
        <w:t>“I build smart ones.”</w:t>
      </w:r>
    </w:p>
    <w:p>
      <w:r>
        <w:t>Anari studied the friendly markers. “And if one of our beacons dies?”</w:t>
      </w:r>
    </w:p>
    <w:p>
      <w:r>
        <w:t>Mecca kept the tank moving. “System defaults safe and blocks the firing lane until I confirm the target manually.”</w:t>
      </w:r>
    </w:p>
    <w:p>
      <w:r>
        <w:t>“You built a failure mode for your failure mode.”</w:t>
      </w:r>
    </w:p>
    <w:p>
      <w:r>
        <w:t>“That’s engineering.”</w:t>
      </w:r>
    </w:p>
    <w:p>
      <w:r>
        <w:t>Anari nodded. “I’m stealing that.”</w:t>
      </w:r>
    </w:p>
    <w:p>
      <w:r>
        <w:t>Mecca smiled. “You can quote me after we survive.”</w:t>
      </w:r>
    </w:p>
    <w:p w:rsidR="00095185" w:rsidRDefault="00E41A6A">
      <w:pPr>
        <w:pStyle w:val="ActuatorSceneStart"/>
        <w:ind/>
      </w:pPr>
      <w:r>
        <w:t>Several dozen yards away, Ethic, Khalid, and Zion reformed Delta Formation without a word: Ethic at the point, Khalid right, Zion left. Three androids tightened into an inner ring while seven more formed a moving outer perimeter. Pulse rifles tracked every shift.</w:t>
      </w:r>
    </w:p>
    <w:p w:rsidR="00095185" w:rsidRDefault="00E41A6A">
      <w:r>
        <w:t>Beyond them, seven more androids established a wider perimeter. The formation never stopped moving. Ethic studied the movement through his visor.</w:t>
      </w:r>
    </w:p>
    <w:p w:rsidR="00095185" w:rsidRDefault="00E41A6A">
      <w:r>
        <w:t>Ethic recognized the maneuver. “They’re herding us. Confusion tactic.” His visor traced predictive lines through both rotating rings. “They want our attention split until one of us commits.”</w:t>
      </w:r>
    </w:p>
    <w:p w:rsidR="00095185" w:rsidRDefault="00E41A6A">
      <w:r>
        <w:t>One android stepped closer; another mirrored it from the opposite side. Their spacing held. “Then they collapse on the gap.” Ethic pivoted with them. “Disciplined, but predictable.”</w:t>
      </w:r>
    </w:p>
    <w:p w:rsidR="00095185" w:rsidRDefault="00E41A6A">
      <w:r>
        <w:t>“On three, we gate outside the formation and keep moving clockwise.” Three blue markers illuminated beyond the enemy rings. “Never stop. If one gets close…”</w:t>
      </w:r>
    </w:p>
    <w:p w:rsidR="00095185" w:rsidRDefault="00E41A6A">
      <w:r>
        <w:t>Ethic looked between both teammates. “…move.” Zion settled his remaining QuickSword into guard. Khalid checked his rifle charge. “Works for me.”</w:t>
      </w:r>
    </w:p>
    <w:p w:rsidR="00095185" w:rsidRDefault="00E41A6A">
      <w:pPr>
        <w:pStyle w:val="ActuatorSceneStart"/>
        <w:ind/>
      </w:pPr>
      <w:r>
        <w:t>Above them, Troix settled deeper against the shattered cooling tower and braced the rifle.</w:t>
      </w:r>
    </w:p>
    <w:p w:rsidR="00095185" w:rsidRDefault="00E41A6A">
      <w:r>
        <w:t>Troix tracked a gap in the rotating formation and checked that no friendly marker crossed his firing line.</w:t>
      </w:r>
    </w:p>
    <w:p w:rsidR="00095185" w:rsidRDefault="00E41A6A">
      <w:r>
        <w:t>He settled the reticle over an android’s optic and fired.</w:t>
      </w:r>
    </w:p>
    <w:p w:rsidR="00095185" w:rsidRDefault="00E41A6A">
      <w:r>
        <w:t>The head burst into metal and circuitry. The body dropped, fire pouring from its damaged core.</w:t>
      </w:r>
    </w:p>
    <w:p w:rsidR="00095185" w:rsidRDefault="00E41A6A">
      <w:r>
        <w:t>Zion watched the burning wreckage. “So they aren’t invincible.” Troix opened a blue-green gateway near Vulcan’s fallen Light Axe. The massive weapon still hummed against the fractured pavement. Troix slung the sniper rifle across his back and gripped the long shaft. “Don’t mind if I do.” The weight dragged at his shoulders before he found the balance point. The crimson blades brightened in his hands.</w:t>
      </w:r>
    </w:p>
    <w:p w:rsidR="00095185" w:rsidRDefault="00E41A6A">
      <w:r>
        <w:t>The weapon carved effortlessly through the air, leaving a glowing crimson trail behind it. “Now this…” He broke into a sprint. “…is a toy.”</w:t>
      </w:r>
    </w:p>
    <w:p w:rsidR="00095185" w:rsidRDefault="00E41A6A">
      <w:r>
        <w:t>Ethic counted quietly. “One…” Three emerald gateways shimmered beneath the team. “Two…” The androids continued circling. Predictable.</w:t>
      </w:r>
    </w:p>
    <w:p w:rsidR="00095185" w:rsidRDefault="00E41A6A">
      <w:r>
        <w:t>“Three!” Darkness swallowed Ethic. Khalid. Zion. All three vanished simultaneously. Three new portals opened beyond the outer ring. The members of T.R.A.P.S. emerged already firing. Blue-white bolts slashed across the battlefield from three completely different directions. The carefully constructed encirclement unraveled immediately. Androids pivoted sharply. Formation dissolved. Target priorities shifted. Algorithms recalculated.</w:t>
      </w:r>
    </w:p>
    <w:p w:rsidR="00095185" w:rsidRDefault="00E41A6A">
      <w:r>
        <w:t>Mecca’s cannons opened on the exposed androids, pausing whenever an ally crossed a firing lane. Troix charged from the flank and cut through two torsos with the Light Axe. Anari isolated the repair network’s current carrier from the live telemetry. “Pulse calibration sent.” The suit emitters flashed. Silver filaments inside the cut frames stuttered and stopped for less than a second. Then the surviving nodes rerouted around the disruption and the repair flow resumed. Anari’s expression tightened. “It adapted.”</w:t>
      </w:r>
    </w:p>
    <w:p>
      <w:r>
        <w:t>Anari watched the repair network jump again. “The carrier changed frequencies.”</w:t>
      </w:r>
    </w:p>
    <w:p>
      <w:r>
        <w:t>Mecca glanced at her display. “Can you chase it?”</w:t>
      </w:r>
    </w:p>
    <w:p>
      <w:r>
        <w:t>“For a few seconds at a time.”</w:t>
      </w:r>
    </w:p>
    <w:p>
      <w:r>
        <w:t>Troix’s voice came over the channel. “Give me those seconds.”</w:t>
      </w:r>
    </w:p>
    <w:p>
      <w:r>
        <w:t>Zion answered immediately. “Same.”</w:t>
      </w:r>
    </w:p>
    <w:p>
      <w:r>
        <w:t>Ethic cut in. “Anari, call the windows. Everybody else, hit joints and cores when she opens one.”</w:t>
      </w:r>
    </w:p>
    <w:p>
      <w:r>
        <w:t>Khalid chambered another round. “Finally, a plan that sounds violent enough.”</w:t>
      </w:r>
    </w:p>
    <w:p w:rsidR="00095185" w:rsidRDefault="00E41A6A">
      <w:r>
        <w:t>“Oh!” Troix laughed. “I like this thing!”</w:t>
      </w:r>
    </w:p>
    <w:p w:rsidR="00095185" w:rsidRDefault="00E41A6A">
      <w:pPr>
        <w:pStyle w:val="ActuatorSceneStart"/>
        <w:ind/>
      </w:pPr>
      <w:r>
        <w:t>Zion became a blur. He darted between advancing androids with astonishing speed, opening blue-green gateways only a few feet at a time to constantly alter his angle of attack. One android lunged. Another swung. He ducked beneath the strike.</w:t>
      </w:r>
    </w:p>
    <w:p w:rsidR="00095185" w:rsidRDefault="00E41A6A">
      <w:r>
        <w:t>The machines answered with low kicks and alternating strikes. Zion kept turning between them until the android on his left exposed a shoulder joint.</w:t>
      </w:r>
    </w:p>
    <w:p w:rsidR="00095185" w:rsidRDefault="00E41A6A">
      <w:r>
        <w:t>“Got you.” Zion drove the QuickSword through the exposed shoulder joint and twisted. The android’s right arm tore free. He shifted toward the second machine too late. Its knee slammed into his chest and hurled him across the concrete. He rolled through the impact, ribs screaming, and regained one knee with his sword still in hand.</w:t>
      </w:r>
    </w:p>
    <w:p w:rsidR="00095185" w:rsidRDefault="00E41A6A">
      <w:r>
        <w:t>The first android stood again as internal locks snapped into place. “Seriously?” Zion muttered. Its partner reached him first, hammering his raised forearms with a blur of punches.</w:t>
      </w:r>
    </w:p>
    <w:p w:rsidR="00095185" w:rsidRDefault="00E41A6A">
      <w:r>
        <w:t>Punches battered his raised forearms. He opened a gate at his heels and fell through, emerging several feet away. The android struck empty air.</w:t>
      </w:r>
    </w:p>
    <w:p w:rsidR="00095185" w:rsidRDefault="00E41A6A">
      <w:r>
        <w:t>“They heal…” His eyes widened. “Great.”</w:t>
      </w:r>
    </w:p>
    <w:p w:rsidR="00095185" w:rsidRDefault="00E41A6A">
      <w:r>
        <w:t>Across the battlefield, Khalid continued firing. The PSK-6 barked relentlessly. Blue-white bolts chewed chunks from advancing androids. The rifle’s charge indicator flashed crimson: EMPTY. “Damn.” Khalid released the weapon, allowing it to fall against its sling.</w:t>
      </w:r>
    </w:p>
    <w:p w:rsidR="00095185" w:rsidRDefault="00E41A6A">
      <w:r>
        <w:t>He drew both machine pistols and fired. Two androids slowed under the barrage, then halted as their forearms reshaped into gun barrels.</w:t>
      </w:r>
    </w:p>
    <w:p w:rsidR="00095185" w:rsidRDefault="00E41A6A">
      <w:r>
        <w:t>Khalid froze. “You’ve gotta be kidding me.” Both gun barrels locked onto him. His visor screamed. “Oh shit!” He rolled left as twin streams of blue-white rounds ripped through his previous position, stitching smoking craters across the concrete. He kept firing.</w:t>
      </w:r>
    </w:p>
    <w:p w:rsidR="00095185" w:rsidRDefault="00E41A6A">
      <w:r>
        <w:t>The crossfire forced the androids apart. Khalid walked his barrage from one machine’s chest to its face. BOOM! Its upper body burst apart, and the blast wave hurled the second android sideways.</w:t>
      </w:r>
    </w:p>
    <w:p w:rsidR="00095185" w:rsidRDefault="00E41A6A">
      <w:r>
        <w:t>The second android spun helplessly. Mecca tracked it with a remote cannon and fired until its shell burst apart in midair.</w:t>
      </w:r>
    </w:p>
    <w:p w:rsidR="00095185" w:rsidRDefault="00E41A6A">
      <w:r>
        <w:t>Khalid lowered his weapons enough to see silver liquid escaping the broken shells. The fragments were moving toward one another.</w:t>
      </w:r>
    </w:p>
    <w:p w:rsidR="00095185" w:rsidRDefault="00E41A6A">
      <w:r>
        <w:t>“Hey! Guys…” Another wave of silver liquid joined the growing mass. “Something’s wrong here!” Gunfire and cannon fire buried his voice. No one heard him. Khalid faced the reforming torso. “We have to hurry.”</w:t>
      </w:r>
    </w:p>
    <w:p>
      <w:pPr/>
      <w:r>
        <w:t>Khalid’s hand brushed the red-tagged magnetic magazine on his belt. Then his visor painted Zion’s armor, Troix’s Light Axe, and Mecca’s tank across the same field. The round could choose any one of them. He left the magazine where it was. “Not here.”</w:t>
      </w:r>
    </w:p>
    <w:p w:rsidR="00095185" w:rsidRDefault="00E41A6A">
      <w:r>
        <w:t>He ran to Zion, snatched a charged PSK-6 cell from his belt, and reloaded behind cover. The machines were getting up faster than they could put them down.</w:t>
      </w:r>
    </w:p>
    <w:p w:rsidR="00095185" w:rsidRDefault="00E41A6A">
      <w:pPr>
        <w:pStyle w:val="ActuatorSceneStart"/>
        <w:ind/>
      </w:pPr>
      <w:r>
        <w:t>Ethic turned to Khalid’s marker. The movement nearly cost him: an android dropped from the roof above him.</w:t>
      </w:r>
    </w:p>
    <w:p w:rsidR="00095185" w:rsidRDefault="00E41A6A">
      <w:r>
        <w:t>He crossed his swords under the falling weapon. His knees buckled as he took the impact, and a warning flashed at the damaged shoulder joint of his armor.</w:t>
      </w:r>
    </w:p>
    <w:p w:rsidR="00095185" w:rsidRDefault="00E41A6A">
      <w:r>
        <w:t>The android lifted its weapon again. Ethic stepped inside the opening and cut across its exposed frame with both blades. Its sections fell around him.</w:t>
      </w:r>
    </w:p>
    <w:p w:rsidR="00095185" w:rsidRDefault="00E41A6A">
      <w:r>
        <w:t>He cleared the wreckage, breathing hard. Another android came through the smoke with both forearms already reshaped into energy weapons.</w:t>
      </w:r>
    </w:p>
    <w:p w:rsidR="00095185" w:rsidRDefault="00E41A6A">
      <w:r>
        <w:t>Ethic deflected the first shots and tried to reach cover. His shoulder no longer moved as freely. Two rounds passed his guard.</w:t>
      </w:r>
    </w:p>
    <w:p w:rsidR="00095185" w:rsidRDefault="00E41A6A">
      <w:r>
        <w:t>One punched cleanly into his shoulder. Pain exploded through him. Both QuickSwords slipped from his hands. Ethic staggered. One unsteady step. Then another. His legs finally gave out. He collapsed silently onto the dirt. The android lowered its smoking weapons with mechanical precision. Then walked forward.</w:t>
      </w:r>
    </w:p>
    <w:p w:rsidR="00095185" w:rsidRDefault="00E41A6A">
      <w:r>
        <w:t>Execution mode confirmed. “ETHIC!” Mecca slammed both hands onto the targeting controls. Every remote weapon station rotated toward the advancing android. “Not today.” The main cannon fired, sending a blue-white lance across the battlefield.</w:t>
      </w:r>
    </w:p>
    <w:p w:rsidR="00095185" w:rsidRDefault="00E41A6A">
      <w:r>
        <w:t>The android simply stopped existing. Everything vanished inside a cloud of incandescent particles that drifted away on the night wind. Mecca’s eyes immediately returned to Ethic’s motionless body. “Ethic?” Her voice was barely above a whisper.</w:t>
      </w:r>
    </w:p>
    <w:p>
      <w:pPr/>
      <w:r>
        <w:t>Anari saw Mecca’s breathing change.</w:t>
      </w:r>
    </w:p>
    <w:p>
      <w:pPr/>
      <w:r>
        <w:t>“Mecca.”</w:t>
      </w:r>
    </w:p>
    <w:p>
      <w:pPr/>
      <w:r>
        <w:t>“I’m good.”</w:t>
      </w:r>
    </w:p>
    <w:p>
      <w:pPr/>
      <w:r>
        <w:t>“You are not.”</w:t>
      </w:r>
    </w:p>
    <w:p>
      <w:pPr/>
      <w:r>
        <w:t>“I’m driving a tank through combat. This is not the time.”</w:t>
      </w:r>
    </w:p>
    <w:p>
      <w:pPr/>
      <w:r>
        <w:t>Another android crossed the targeting arc. Mecca destroyed it with a short cannon burst.</w:t>
      </w:r>
    </w:p>
    <w:p>
      <w:pPr/>
      <w:r>
        <w:t>Anari checked Ethic’s biometrics.</w:t>
      </w:r>
    </w:p>
    <w:p>
      <w:pPr/>
      <w:r>
        <w:t>Pulse present.</w:t>
      </w:r>
    </w:p>
    <w:p>
      <w:pPr/>
      <w:r>
        <w:t>Armor breach.</w:t>
      </w:r>
    </w:p>
    <w:p>
      <w:pPr/>
      <w:r>
        <w:t>Blood loss rising.</w:t>
      </w:r>
    </w:p>
    <w:p>
      <w:pPr/>
      <w:r>
        <w:t>“He’s alive.”</w:t>
      </w:r>
    </w:p>
    <w:p>
      <w:pPr/>
      <w:r>
        <w:t>Mecca’s shoulders dropped a fraction.</w:t>
      </w:r>
    </w:p>
    <w:p>
      <w:pPr/>
      <w:r>
        <w:t>“Say it again.”</w:t>
      </w:r>
    </w:p>
    <w:p>
      <w:pPr/>
      <w:r>
        <w:t>“Ethic is alive.”</w:t>
      </w:r>
    </w:p>
    <w:p>
      <w:pPr/>
      <w:r>
        <w:t>“Good.”</w:t>
      </w:r>
    </w:p>
    <w:p>
      <w:pPr/>
      <w:r>
        <w:t>The word cracked.</w:t>
      </w:r>
    </w:p>
    <w:p>
      <w:pPr/>
      <w:r>
        <w:t>Anari studied her.</w:t>
      </w:r>
    </w:p>
    <w:p>
      <w:pPr/>
      <w:r>
        <w:t>Mecca’s hands stayed perfect on the controls.</w:t>
      </w:r>
    </w:p>
    <w:p>
      <w:pPr/>
      <w:r>
        <w:t>That frightened Anari more than shaking would have.</w:t>
      </w:r>
    </w:p>
    <w:p>
      <w:pPr/>
      <w:r>
        <w:t>Troix’s voice came over the channel, breathless from the weight of Vulcan’s axe. “Status.” Anari answered, “Commander is down. Alive. Shoulder penetration. Armor joint compromised.” A beat passed before Troix replied in the same formal tone he used for everything. “Understood.”</w:t>
      </w:r>
    </w:p>
    <w:p>
      <w:pPr/>
      <w:r>
        <w:t>Khalid broke in. “Boss down?”</w:t>
      </w:r>
    </w:p>
    <w:p>
      <w:pPr/>
      <w:r>
        <w:t>Zion answered before Anari could. “Keep moving, K.”</w:t>
      </w:r>
    </w:p>
    <w:p>
      <w:pPr/>
      <w:r>
        <w:t>“I asked if he down.”</w:t>
      </w:r>
    </w:p>
    <w:p>
      <w:pPr/>
      <w:r>
        <w:t>“Yeah.”</w:t>
      </w:r>
    </w:p>
    <w:p>
      <w:pPr/>
      <w:r>
        <w:t>“Shit.”</w:t>
      </w:r>
    </w:p>
    <w:p>
      <w:pPr/>
      <w:r>
        <w:t>Khalid’s voice returned to the channel. “He better not die before he pays Dave for that booth.”</w:t>
      </w:r>
    </w:p>
    <w:p>
      <w:pPr/>
      <w:r>
        <w:t>Zion understood the joke for what it was. “He won’t.”</w:t>
      </w:r>
    </w:p>
    <w:p>
      <w:pPr/>
      <w:r>
        <w:t>Troix answered, “Channel discipline.”</w:t>
      </w:r>
    </w:p>
    <w:p>
      <w:pPr/>
      <w:r>
        <w:t>“That was discipline,” Khalid said. “You should hear what I wanted to say.”</w:t>
      </w:r>
    </w:p>
    <w:p>
      <w:pPr/>
      <w:r>
        <w:t>Troix’s reply came after one breath. “Later.”</w:t>
      </w:r>
    </w:p>
    <w:p>
      <w:pPr/>
      <w:r>
        <w:t>Khalid tightened his grip on the pistols. “Yeah. Later.”</w:t>
      </w:r>
    </w:p>
    <w:p>
      <w:pPr/>
      <w:r>
        <w:t>Gunfire swallowed the channel.</w:t>
      </w:r>
    </w:p>
    <w:p>
      <w:pPr/>
      <w:r>
        <w:t>Mecca looked at the tactical display. Red markers moved between them and Ethic.</w:t>
      </w:r>
    </w:p>
    <w:p>
      <w:pPr/>
      <w:r>
        <w:t>“No.”</w:t>
      </w:r>
    </w:p>
    <w:p>
      <w:pPr/>
      <w:r>
        <w:t>Anari recognized the tone.</w:t>
      </w:r>
    </w:p>
    <w:p>
      <w:pPr/>
      <w:r>
        <w:t>“Mecca.”</w:t>
      </w:r>
    </w:p>
    <w:p>
      <w:pPr/>
      <w:r>
        <w:t>“No.”</w:t>
      </w:r>
    </w:p>
    <w:p>
      <w:pPr/>
      <w:r>
        <w:t>“Do not do something stupid.”</w:t>
      </w:r>
    </w:p>
    <w:p>
      <w:pPr/>
      <w:r>
        <w:t>“Define stupid.”</w:t>
      </w:r>
    </w:p>
    <w:p>
      <w:pPr/>
      <w:r>
        <w:t>“Anything that starts with you saying no like that.”</w:t>
      </w:r>
    </w:p>
    <w:p>
      <w:pPr/>
      <w:r>
        <w:t>Mecca almost smiled.</w:t>
      </w:r>
    </w:p>
    <w:p>
      <w:pPr/>
      <w:r>
        <w:t>Then the tactical picture changed. Another android broke toward Ethic. Troix saw it too and started moving, fast.</w:t>
      </w:r>
    </w:p>
    <w:p>
      <w:pPr/>
      <w:r>
        <w:t>Anari watched the distance close. “He won’t make it.” Mecca’s jaw tightened. “Then we will.”</w:t>
      </w:r>
    </w:p>
    <w:p>
      <w:pPr/>
      <w:r>
        <w:t>She began rerouting weapon control.</w:t>
      </w:r>
    </w:p>
    <w:p>
      <w:pPr/>
      <w:r>
        <w:t>Anari grabbed her wrist.</w:t>
      </w:r>
    </w:p>
    <w:p>
      <w:pPr/>
      <w:r>
        <w:t>“Wait.”</w:t>
      </w:r>
    </w:p>
    <w:p>
      <w:pPr/>
      <w:r>
        <w:t>Mecca faced her.</w:t>
      </w:r>
    </w:p>
    <w:p>
      <w:pPr/>
      <w:r>
        <w:t>Anari opened a blue-green target solution on the display. “I can put a gateway beside him.”</w:t>
      </w:r>
    </w:p>
    <w:p>
      <w:pPr/>
      <w:r>
        <w:t>“In that fire?”</w:t>
      </w:r>
    </w:p>
    <w:p>
      <w:pPr/>
      <w:r>
        <w:t>“Not safely.”</w:t>
      </w:r>
    </w:p>
    <w:p>
      <w:pPr/>
      <w:r>
        <w:t>Mecca stared.</w:t>
      </w:r>
    </w:p>
    <w:p>
      <w:pPr/>
      <w:r>
        <w:t>Anari’s voice hardened. “But safer than leaving him there.” Mecca met her eyes and nodded. “Tell me when.”</w:t>
      </w:r>
    </w:p>
    <w:p>
      <w:pPr/>
      <w:r>
        <w:t>Anari tracked the opening she needed. “I need three clean seconds.”</w:t>
      </w:r>
    </w:p>
    <w:p>
      <w:pPr/>
      <w:r>
        <w:t>Mecca studied the hostile markers. “I can give you two.”</w:t>
      </w:r>
    </w:p>
    <w:p>
      <w:pPr/>
      <w:r>
        <w:t>“Then make the third.”</w:t>
      </w:r>
    </w:p>
    <w:p>
      <w:pPr/>
      <w:r>
        <w:t>Mecca glanced at her. “That’s rude.”</w:t>
      </w:r>
    </w:p>
    <w:p>
      <w:pPr/>
      <w:r>
        <w:t>“So is bleeding out.”</w:t>
      </w:r>
    </w:p>
    <w:p>
      <w:pPr/>
      <w:r>
        <w:t>A grim smile touched Mecca’s mouth. “Fine. Three.”</w:t>
      </w:r>
    </w:p>
    <w:p>
      <w:pPr/>
      <w:r>
        <w:t>Anari began calculating.</w:t>
      </w:r>
    </w:p>
    <w:p w:rsidR="00095185" w:rsidRDefault="00E41A6A">
      <w:r>
        <w:t>Troix planted his lead foot and swung Vulcan’s Light Axe in one brutal arc. An android tried to pivot away. The blade cut through its waist; both halves crashed onto the pavement in a shower of sparks. Troix exhaled. “Well… that’s satisfying.”</w:t>
      </w:r>
    </w:p>
    <w:p w:rsidR="00095185" w:rsidRDefault="00E41A6A">
      <w:r>
        <w:t>The axe was heavier than anything Troix had ever wielded. As the adrenaline ebbed, he let its butt strike the ground and leaned on the shaft for one breath while his visor resumed scanning.</w:t>
      </w:r>
    </w:p>
    <w:p w:rsidR="00095185" w:rsidRDefault="00E41A6A">
      <w:r>
        <w:t>Mecca’s tank crawled through the debris field, automatic cannons hammering anything that moved. Nearby, Khalid and Zion fought shoulder to shoulder against two androids that kept forcing them backward. Troix watched their markers. “They’re holding…”</w:t>
      </w:r>
    </w:p>
    <w:p w:rsidR="00095185" w:rsidRDefault="00E41A6A">
      <w:r>
        <w:t>“But not for long.” Another hostile signature flashed. A third android had broken from the fight and selected Ethic, still motionless where he had fallen. One forearm unfolded into a blade, the other into an energy cannon. Execution mode.</w:t>
      </w:r>
    </w:p>
    <w:p w:rsidR="00095185" w:rsidRDefault="00E41A6A">
      <w:r>
        <w:t>Troix’s exhaustion vanished. “No.” He forced himself upright and sprinted through smoke and broken concrete. “No!”</w:t>
      </w:r>
    </w:p>
    <w:p w:rsidR="00095185" w:rsidRDefault="00E41A6A">
      <w:r>
        <w:t>He shifted the axe into his left hand and reached for the sniper rifle on his back. The machine kept closing, but Ethic blocked the shot.</w:t>
      </w:r>
    </w:p>
    <w:p w:rsidR="00095185" w:rsidRDefault="00E41A6A">
      <w:r>
        <w:t>“Don’t you dare.” Troix drove himself harder as the android raised its blade over Ethic.</w:t>
      </w:r>
    </w:p>
    <w:p w:rsidR="00095185" w:rsidRDefault="00E41A6A">
      <w:r>
        <w:t>Its optics found Troix. The cannon turned toward him while the execution blade stayed raised. He was still too far away.</w:t>
      </w:r>
    </w:p>
    <w:p w:rsidR="00095185" w:rsidRDefault="00E41A6A">
      <w:pPr>
        <w:pStyle w:val="ActuatorChapterTitle"/>
        <w:rPr>
          <w:rFonts w:hint="eastAsia"/>
        </w:rPr>
      </w:pPr>
      <w:r>
        <w:t>Chapter 21: One Shot</w:t>
      </w:r>
    </w:p>
    <w:p w:rsidR="00095185" w:rsidRDefault="00E41A6A">
      <w:pPr>
        <w:pStyle w:val="ActuatorSceneStart"/>
      </w:pPr>
      <w:r>
        <w:t>“Dammit!” Troix’s voice thundered across the team channel. “Cover Ethic!” The android advanced on their fallen commander. “Got him!” Mecca answered. “Just cover me!” A blue-green wormhole blossomed beside Ethic, and Mecca burst through at a dead sprint, dropping to one knee beside him.</w:t>
      </w:r>
    </w:p>
    <w:p w:rsidR="00095185" w:rsidRDefault="00E41A6A">
      <w:r>
        <w:t>“Come on, Boss.” Mecca slid one arm beneath Ethic’s shoulders. He barely stirred. The android closed the final steps. Mecca triggered another blue-green gateway, and the glowing blade stabbed into empty pavement.</w:t>
      </w:r>
    </w:p>
    <w:p w:rsidR="00095185" w:rsidRDefault="00E41A6A">
      <w:r>
        <w:t>The android searched the empty ground. Troix dropped the Light Axe, brought the sniper rifle to his shoulder, and acquired it as it turned toward him.</w:t>
      </w:r>
    </w:p>
    <w:p w:rsidR="00095185" w:rsidRDefault="00E41A6A">
      <w:r>
        <w:t>The machine sprinted. “Too fast.” Troix led it with the reticle. Eight-mile-per-hour crosswind, left to right. His visor corrected the firing solution.</w:t>
      </w:r>
    </w:p>
    <w:p w:rsidR="00095185" w:rsidRDefault="00E41A6A">
      <w:r>
        <w:t>His finger relaxed against the trigger. “One shot…” The crosshair steadied. “…is all I need.” BOOOOOOM! The anti-materiel round punched through the android’s upper torso and spun it across the shattered concrete. Its damaged power core ruptured on impact.</w:t>
      </w:r>
    </w:p>
    <w:p w:rsidR="00095185" w:rsidRDefault="00E41A6A">
      <w:r>
        <w:t>Troix lowered the rifle. “Still love this thing.” His visor swept through smoke and drifting debris toward Khalid and Zion. Two hostile markers. Gunfire strobed through the haze, followed by Zion’s QuickSword. One marker vanished. One android remained.</w:t>
      </w:r>
    </w:p>
    <w:p w:rsidR="00095185" w:rsidRDefault="00E41A6A">
      <w:pPr>
        <w:pStyle w:val="ActuatorSceneStart"/>
        <w:ind/>
      </w:pPr>
      <w:r>
        <w:t>Zion and Khalid spread apart without a word. Neither needed instructions.</w:t>
      </w:r>
    </w:p>
    <w:p w:rsidR="00095185" w:rsidRDefault="00E41A6A">
      <w:r>
        <w:t>Repeated drills had turned teamwork into instinct. Zion and Khalid circled from opposite directions, denying the android a stationary target. “Your left,” Khalid called. “I see it.” They attacked together: Khalid suppressing, Zion darting beneath the barrage with his QuickSword aimed at the machine’s neck.</w:t>
      </w:r>
    </w:p>
    <w:p w:rsidR="00095185" w:rsidRDefault="00E41A6A">
      <w:r>
        <w:t>The android redirected Zion’s blade, knocked Khalid’s rifle aside, checked Zion’s follow-up with one knee, and deflected another shot with its elbow. Every block flowed into the next without wasted movement.</w:t>
      </w:r>
    </w:p>
    <w:p w:rsidR="00095185" w:rsidRDefault="00E41A6A">
      <w:r>
        <w:t>It fought with precision no human body could reproduce. “What the hell?” Zion muttered as another parry knocked him off balance. The android settled into an impossible-looking stance, perfectly balanced. Then its back opened and blue flames erupted.</w:t>
      </w:r>
    </w:p>
    <w:p w:rsidR="00095185" w:rsidRDefault="00E41A6A">
      <w:r>
        <w:t>The android blasted upward, arced over both men, and landed beside the growing mound of silver nanofluid. The liquid surged up its legs like living mercury, wrapped its waist and torso, then poured into every crack, damaged seam, and exposed joint.</w:t>
      </w:r>
    </w:p>
    <w:p w:rsidR="00095185" w:rsidRDefault="00E41A6A">
      <w:r>
        <w:t>Silver mass sealed fractured armor and filled damaged components with rippling metallic skin. Inside the tank, Anari leaned toward the telemetry. “It’s feeding it.” The readings changed. “No. It’s upgrading it.” The android broadened as damaged sections vanished beneath the flowing shell.</w:t>
      </w:r>
    </w:p>
    <w:p w:rsidR="00095185" w:rsidRDefault="00E41A6A">
      <w:r>
        <w:t>The readings confirmed it: not healing, evolving. “Don’t let it finish!” Troix shouted. Khalid opened fire, Zion charged, Troix fired, and Mecca’s cannons thundered from the tank. Blue energy, armor-piercing rounds, and explosive slugs slammed into the transforming machine.</w:t>
      </w:r>
    </w:p>
    <w:p w:rsidR="00095185" w:rsidRDefault="00E41A6A">
      <w:r>
        <w:t>Fragments fell, then flowed back into the body. The surface smoothed.</w:t>
      </w:r>
    </w:p>
    <w:p w:rsidR="00095185" w:rsidRDefault="00E41A6A">
      <w:r>
        <w:t>The team stopped firing long enough to see that the android was still growing.</w:t>
      </w:r>
    </w:p>
    <w:p w:rsidR="00095185" w:rsidRDefault="00E41A6A">
      <w:r>
        <w:t>Hundreds of miles away, Dyce watched the battlefield feed with a satisfied grin. “Well, well…”</w:t>
      </w:r>
    </w:p>
    <w:p w:rsidR="00095185" w:rsidRDefault="00E41A6A">
      <w:r>
        <w:t>Fragmented angles streamed through sensors still active across the nanomachine network. “This might be worth all the trouble T.R.A.P.S. caused me after all.” The display tagged weapon preferences, reactions, and weaknesses. “Data on their capabilities. Data on the limits of their technology.”</w:t>
      </w:r>
    </w:p>
    <w:p w:rsidR="00095185" w:rsidRDefault="00E41A6A">
      <w:r>
        <w:t>Ethic appeared briefly on the display before collapsing. Dyce’s eyes lingered. “And Ethic’s defeat. How sweet life can be.” Beside him, Sheol watched with a different fascination, drawn less to the destruction than to soldiers who kept fighting through impossible odds.</w:t>
      </w:r>
    </w:p>
    <w:p w:rsidR="00095185" w:rsidRDefault="00E41A6A">
      <w:r>
        <w:t>Sheol rested against Gideon’s shoulder. “This is a rather interesting escapade.” Her fingertips traced down his arm. “Baby… it’s turning me on.” Gideon looked from the battlefield to her. “You need not say any more.” He drew her closer, though his eyes kept returning to the live feed and Ethic’s apparent downfall.</w:t>
      </w:r>
    </w:p>
    <w:p w:rsidR="00095185" w:rsidRDefault="00E41A6A">
      <w:r>
        <w:t>Back inside the tank, Anari isolated the silver mass from the rest of the battlefield telemetry. Every scan returned the same impossible result. “Wait…” Her fingers moved faster across the interface.</w:t>
      </w:r>
    </w:p>
    <w:p w:rsidR="00095185" w:rsidRDefault="00E41A6A">
      <w:r>
        <w:t>The repair networks were converging, and combat records moved with them. “I’ve got you.” Then she saw what they were building.</w:t>
      </w:r>
    </w:p>
    <w:p w:rsidR="00095185" w:rsidRDefault="00E41A6A">
      <w:r>
        <w:t>“This is bad!” Anari cut across the team channel. Khalid ducked beneath incoming fire. “I kinda figured, given the giant robot that won’t die.” She did not smile.</w:t>
      </w:r>
    </w:p>
    <w:p w:rsidR="00095185" w:rsidRDefault="00E41A6A">
      <w:r>
        <w:t>“No. Really bad.” Anari expanded the nanomachine model. “You guys aren’t fighting ten androids anymore. They’ve been collecting combat telemetry from every engagement.” Weapon trajectories, reaction times, and impact tolerances filled the display.</w:t>
      </w:r>
    </w:p>
    <w:p w:rsidR="00095185" w:rsidRDefault="00E41A6A">
      <w:r>
        <w:t>“They’ve been watching all of you.” Separate windows tracked Ethic, Troix, Zion, Khalid, Mecca, and Anari’s support data. “They’ve analyzed everyone’s fighting styles.”</w:t>
      </w:r>
    </w:p>
    <w:p w:rsidR="00095185" w:rsidRDefault="00E41A6A">
      <w:r>
        <w:t>The windows merged into one combat model. “Your reflexes. Your preferred weapons. Your timing. It’s using all of it.” She zoomed deeper. “The nanomachines are networking. They’re sharing information faster than we can create it.”</w:t>
      </w:r>
    </w:p>
    <w:p w:rsidR="00095185" w:rsidRDefault="00E41A6A">
      <w:r>
        <w:t>Anari’s hands slowed. “They’re building a super-android.” Another warning appeared. “Every second this fight lasts, it gets smarter, faster, more efficient. It’ll predict our attacks before we commit to them.”</w:t>
      </w:r>
    </w:p>
    <w:p w:rsidR="00095185" w:rsidRDefault="00E41A6A">
      <w:r>
        <w:t>She looked toward the team. “Anything we’ve already shown it, techniques, weapons, strategies, is losing value by the second.”</w:t>
      </w:r>
    </w:p>
    <w:p w:rsidR="00095185" w:rsidRDefault="00E41A6A">
      <w:pPr>
        <w:pStyle w:val="ActuatorSceneStart"/>
        <w:ind/>
      </w:pPr>
      <w:r>
        <w:t>Troix slowly turned toward the transport.</w:t>
      </w:r>
    </w:p>
    <w:p w:rsidR="00095185" w:rsidRDefault="00E41A6A">
      <w:r>
        <w:t>Their commander still lay unconscious inside the transport while Mecca monitored him between bursts of combat. Troix tightened his grip on the sniper rifle. “We need to act fast.”</w:t>
      </w:r>
    </w:p>
    <w:p w:rsidR="00095185" w:rsidRDefault="00E41A6A">
      <w:pPr>
        <w:pStyle w:val="ActuatorSceneStart"/>
        <w:ind/>
      </w:pPr>
      <w:r>
        <w:t>Khalid lowered one of his smoking machine pistols. His thoughts raced. Every weapon he’d ever designed. Nothing solved this.</w:t>
      </w:r>
    </w:p>
    <w:p w:rsidR="00095185" w:rsidRDefault="00E41A6A">
      <w:r>
        <w:t>A thought surfaced. He looked toward Anari. “What…” He hesitated only briefly. “…can disable nanomachines?” Anari didn’t answer immediately. She was already searching. Electromagnetic interference. Microwave disruption. Magnetic containment. Cryogenic suppression. Directed radiation. One by one, she rejected them. “No…” she whispered. “That won’t work…”</w:t>
      </w:r>
    </w:p>
    <w:p w:rsidR="00095185" w:rsidRDefault="00E41A6A">
      <w:r>
        <w:t>Another equation vanished. “Too slow…” Another disappeared. “They’d adapt…” She bit gently against her lower lip. Her fingers continued dancing across the holographic controls as possibilities appeared… Then vanished… Almost as quickly as she imagined them. One equation remained. The answer hovered just beyond certainty. “I…” She drew a slow breath.</w:t>
      </w:r>
    </w:p>
    <w:p w:rsidR="00095185" w:rsidRDefault="00E41A6A">
      <w:r>
        <w:t xml:space="preserve">“…might have something.” “Umm…” Her eyes never left the torrent of equations streaming across the display. “There are a few possibilities.” She expanded several molecular diagrams of the nanomachines, discarding dozens of failed theories before settling on the few that still appeared viable. “An electromagnetic pulse…” She </w:t>
      </w:r>
      <w:r>
        <w:lastRenderedPageBreak/>
        <w:t>highlighted the first model. “…could overload or short-circuit their internal systems long enough to interrupt the nanomachines’ coordination.” Another window appeared. “A sophisticated virus…” Streams of code raced across the display. “…could corrupt their operating system or erase their combat programming entirely.” She frowned. “But we’d have to get it inside first.”</w:t>
      </w:r>
    </w:p>
    <w:p w:rsidR="00095185" w:rsidRDefault="00E41A6A">
      <w:r>
        <w:t>“Enough heat could destroy the swarm, if we could hold it there.” Another failed projection. She opened a vibration model. Mecca steered around a crater. “What’s that?”</w:t>
      </w:r>
    </w:p>
    <w:p w:rsidR="00095185" w:rsidRDefault="00E41A6A">
      <w:r>
        <w:t>“Resonance.” Anari enlarged the silver lattice. “The assembled structure has modes we might excite. If we drive one hard enough, we could break its connections faster than it repairs them.” She altered the model’s uncertain parameters. Several trials held together; others came apart. “I don’t have a measured frequency. This is a possibility, not a solution yet.”</w:t>
      </w:r>
    </w:p>
    <w:p w:rsidR="00095185" w:rsidRDefault="00E41A6A">
      <w:r>
        <w:t>“A sonic blast?” Mecca asked. “Or a sufficiently powerful shockwave. Something that disrupts the structure before it adapts.” On Anari’s display the lattice separated. Outside, the last silver ripples stopped. The model had not told her how much force they would need.</w:t>
      </w:r>
    </w:p>
    <w:p w:rsidR="00095185" w:rsidRDefault="00E41A6A">
      <w:r>
        <w:t>The rebuilt android rose to its full height.</w:t>
      </w:r>
    </w:p>
    <w:p w:rsidR="00095185" w:rsidRDefault="00E41A6A">
      <w:r>
        <w:t>Its crimson optics narrowed on the team. Troix lowered his rifle. “Well.”</w:t>
      </w:r>
    </w:p>
    <w:p w:rsidR="00095185" w:rsidRDefault="00E41A6A">
      <w:r>
        <w:t>“That’s unsettling.” The machine studied each of them, then fixed its attention on the tank.</w:t>
      </w:r>
    </w:p>
    <w:p w:rsidR="00095185" w:rsidRDefault="00E41A6A">
      <w:pPr>
        <w:pStyle w:val="ActuatorSceneStart"/>
        <w:ind/>
      </w:pPr>
      <w:r>
        <w:t>Mecca wasted no time. “Oh, hell no.” She shoved the throttle forward. The transport rumbled beneath her hands as the anti-gravity systems roared back to life. Hydraulic locks disengaged.</w:t>
      </w:r>
    </w:p>
    <w:p w:rsidR="00095185" w:rsidRDefault="00E41A6A">
      <w:r>
        <w:t>Broad flight wings unfolded smoothly from within the chassis, extending outward section by section until locking firmly into place. The vehicle rose from the shattered pavement. The evolved android never looked away. Its crimson optics tracked every movement with frightening precision. Not once did it lose its lock. Then… Its back split open.</w:t>
      </w:r>
    </w:p>
    <w:p w:rsidR="00095185" w:rsidRDefault="00E41A6A">
      <w:r>
        <w:t>Hundreds of articulated segments overlapped with mechanical precision until they formed a pair of intimidating wings stretching several feet beyond its body. Tiny blue thrusters ignited along their edges. Without warning… The android launched. It didn’t simply take flight. It exploded upward. Cracks raced across the ground as it rocketed skyward, leaving behind a cloud of dust and pulverized stone. Within seconds… It climbed directly toward Mecca’s transport. “…You’ve got to be kidding me!”</w:t>
      </w:r>
    </w:p>
    <w:p w:rsidR="00095185" w:rsidRDefault="00E41A6A">
      <w:r>
        <w:t>Mecca yanked hard on the controls. The evolved machine matched the maneuver almost effortlessly, continuing to close the distance with alarming speed. Inside the cockpit… Mecca’s grin slowly returned. Not because the situation had improved. Because an idea had finally formed. “…Okay.” She glanced quickly toward the tactical display. “I’ve got a plan.” The words immediately captured everyone’s attention. Even in the middle of the battle, every communications channel fell silent. “But…” She exhaled. “…I’m going to need every single one of you.”</w:t>
      </w:r>
    </w:p>
    <w:p w:rsidR="00095185" w:rsidRDefault="00E41A6A">
      <w:pPr>
        <w:keepNext/>
      </w:pPr>
      <w:r>
        <w:t>Her eyes never left the rapidly approaching android. “No improvising.” “No heroes.” “This only works if everybody commits.” The evolved android accelerated again. Its metallic wings sliced effortlessly through the night. Blue thrusters burned brighter. Mecca tightened both hands around the controls. “It’ll be risky.” A smile tugged at one corner of her mouth despite the danger. “…but I think it’ll work.” Her eyes flicked briefly toward the team status indicators. Everyone was still alive. Barely.</w:t>
      </w:r>
    </w:p>
    <w:p w:rsidR="00095185" w:rsidRDefault="00E41A6A">
      <w:r>
        <w:t>“Listen carefully.” The distance between hunter and prey continued shrinking. “We only get one shot at this…” Her voice settled into complete calm. Certain. “So stay sharp…” Without warning… The targeting alarm screamed throughout the cockpit. TARGET LOCK. “…and look alive.”</w:t>
      </w:r>
    </w:p>
    <w:sectPr w:rsidR="00095185" w:rsidSect="00034616">
      <w:footerReference w:type="default" r:id="rId9"/>
      <w:footerReference w:type="first" r:id="rId12"/>
      <w:pgSz w:w="8640" w:h="12960"/>
      <w:pgMar w:top="1037" w:right="893" w:bottom="1008" w:left="1080" w:header="432"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142" w:rsidRDefault="00BB3142">
      <w:pPr>
        <w:spacing w:line="240" w:lineRule="auto"/>
      </w:pPr>
      <w:r>
        <w:separator/>
      </w:r>
    </w:p>
  </w:endnote>
  <w:endnote w:type="continuationSeparator" w:id="0">
    <w:p w:rsidR="00BB3142" w:rsidRDefault="00BB31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EB Garamond">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A6A" w:rsidRDefault="00E41A6A">
    <w:pPr>
      <w:pStyle w:val="Footer"/>
      <w:spacing w:before="0" w:after="0"/>
      <w:ind w:firstLine="0"/>
      <w:jc w:val="center"/>
    </w:pPr>
    <w:r>
      <w:rPr>
        <w:rFonts w:ascii="EB Garamond" w:hAnsi="EB Garamond"/>
        <w:sz w:val="18"/>
      </w:rPr>
      <w:fldChar w:fldCharType="begin"/>
      <w:instrText xml:space="preserve"> PAGE </w:instrText>
      <w:fldChar w:fldCharType="separate"/>
      <w:t>2</w: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142" w:rsidRDefault="00BB3142">
      <w:pPr>
        <w:spacing w:line="240" w:lineRule="auto"/>
      </w:pPr>
      <w:r>
        <w:separator/>
      </w:r>
    </w:p>
  </w:footnote>
  <w:footnote w:type="continuationSeparator" w:id="0">
    <w:p w:rsidR="00BB3142" w:rsidRDefault="00BB314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95185"/>
    <w:rsid w:val="001345F7"/>
    <w:rsid w:val="0015074B"/>
    <w:rsid w:val="0029639D"/>
    <w:rsid w:val="00326F90"/>
    <w:rsid w:val="004D3024"/>
    <w:rsid w:val="006C770D"/>
    <w:rsid w:val="00A25E01"/>
    <w:rsid w:val="00AA1D8D"/>
    <w:rsid w:val="00B47730"/>
    <w:rsid w:val="00BB3142"/>
    <w:rsid w:val="00CB0664"/>
    <w:rsid w:val="00E41A6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mirrorMargin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0" w:line="259" w:lineRule="auto"/>
      <w:ind w:firstLine="346"/>
      <w:jc w:val="both"/>
    </w:pPr>
    <w:rPr>
      <w:rFonts w:ascii="EB Garamond" w:eastAsia="EB Garamond" w:hAnsi="EB Garamond" w:cs="EB Garamond"/>
      <w:sz w:val="23"/>
      <w:lang w:val="en-US" w:eastAsia="en-US"/>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346"/>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ctuatorBookTitle">
    <w:name w:val="Actuator Book Title"/>
    <w:pPr>
      <w:keepNext/>
      <w:widowControl/>
      <w:spacing w:after="160" w:before="3400"/>
      <w:ind w:firstLine="0"/>
      <w:jc w:val="center"/>
    </w:pPr>
    <w:rPr>
      <w:rFonts w:ascii="EB Garamond" w:hAnsi="EB Garamond"/>
      <w:b/>
      <w:sz w:val="68"/>
    </w:rPr>
  </w:style>
  <w:style w:type="paragraph" w:customStyle="1" w:styleId="ActuatorBookSubtitle">
    <w:name w:val="Actuator Book Subtitle"/>
    <w:pPr>
      <w:keepNext/>
      <w:widowControl/>
      <w:ind w:firstLine="0"/>
      <w:jc w:val="center"/>
    </w:pPr>
    <w:rPr>
      <w:rFonts w:ascii="EB Garamond" w:hAnsi="EB Garamond"/>
      <w:smallCaps/>
      <w:sz w:val="32"/>
    </w:rPr>
  </w:style>
  <w:style w:type="paragraph" w:customStyle="1" w:styleId="ActuatorChapterTitle">
    <w:name w:val="Actuator Chapter Title"/>
    <w:pPr>
      <w:keepNext/>
      <w:keepLines/>
      <w:pageBreakBefore/>
      <w:widowControl/>
      <w:spacing w:before="1440" w:after="600"/>
      <w:ind w:firstLine="0"/>
      <w:jc w:val="center"/>
      <w:outlineLvl w:val="0"/>
    </w:pPr>
    <w:rPr>
      <w:rFonts w:ascii="EB Garamond" w:hAnsi="EB Garamond"/>
      <w:b/>
      <w:sz w:val="36"/>
    </w:rPr>
  </w:style>
  <w:style w:type="paragraph" w:customStyle="1" w:styleId="ActuatorSceneBreak">
    <w:name w:val="Actuator Scene Break"/>
    <w:pPr>
      <w:keepNext/>
      <w:keepLines/>
      <w:widowControl/>
      <w:spacing w:before="120" w:after="120"/>
      <w:ind w:firstLine="0"/>
      <w:jc w:val="center"/>
    </w:pPr>
    <w:rPr>
      <w:rFonts w:ascii="EB Garamond" w:hAnsi="EB Garamond"/>
      <w:sz w:val="20"/>
    </w:rPr>
  </w:style>
  <w:style w:type="paragraph" w:customStyle="1" w:styleId="ActuatorSceneStart">
    <w:name w:val="Actuator Scene Start"/>
    <w:basedOn w:val="Normal"/>
    <w:pPr>
      <w:widowControl/>
      <w:spacing w:after="0" w:line="259" w:lineRule="auto"/>
      <w:ind w:firstLine="0"/>
    </w:pPr>
  </w:style>
  <w:style w:type="paragraph" w:customStyle="1" w:styleId="ActuatorByline">
    <w:name w:val="Actuator Byline"/>
    <w:basedOn w:val="Normal"/>
    <w:pPr>
      <w:widowControl/>
      <w:spacing w:before="520"/>
      <w:ind w:firstLine="0"/>
      <w:jc w:val="center"/>
    </w:pPr>
    <w:rPr>
      <w:rFonts w:ascii="EB Garamond" w:hAnsi="EB Garamon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259" w:lineRule="auto"/>
      <w:ind w:firstLine="346"/>
      <w:jc w:val="both"/>
    </w:pPr>
    <w:rPr>
      <w:rFonts w:ascii="EB Garamond" w:eastAsia="EB Garamond" w:hAnsi="EB Garamond" w:cs="EB Garamond"/>
      <w:sz w:val="23"/>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346"/>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ctuatorBookTitle">
    <w:name w:val="Actuator Book Title"/>
    <w:pPr>
      <w:spacing w:after="160"/>
      <w:jc w:val="center"/>
    </w:pPr>
    <w:rPr>
      <w:rFonts w:ascii="EB Garamond" w:hAnsi="EB Garamond"/>
      <w:b/>
      <w:sz w:val="68"/>
    </w:rPr>
  </w:style>
  <w:style w:type="paragraph" w:customStyle="1" w:styleId="ActuatorBookSubtitle">
    <w:name w:val="Actuator Book Subtitle"/>
    <w:pPr>
      <w:jc w:val="center"/>
    </w:pPr>
    <w:rPr>
      <w:rFonts w:ascii="EB Garamond" w:hAnsi="EB Garamond"/>
      <w:smallCaps/>
      <w:sz w:val="32"/>
    </w:rPr>
  </w:style>
  <w:style w:type="paragraph" w:customStyle="1" w:styleId="ActuatorChapterTitle">
    <w:name w:val="Actuator Chapter Title"/>
    <w:pPr>
      <w:keepNext/>
      <w:pageBreakBefore/>
      <w:spacing w:before="1440" w:after="600"/>
      <w:jc w:val="center"/>
    </w:pPr>
    <w:rPr>
      <w:rFonts w:ascii="EB Garamond" w:hAnsi="EB Garamond"/>
      <w:b/>
      <w:sz w:val="36"/>
    </w:rPr>
  </w:style>
  <w:style w:type="paragraph" w:customStyle="1" w:styleId="ActuatorSceneBreak">
    <w:name w:val="Actuator Scene Break"/>
    <w:pPr>
      <w:spacing w:before="200"/>
      <w:jc w:val="center"/>
    </w:pPr>
    <w:rPr>
      <w:rFonts w:ascii="EB Garamond" w:hAnsi="EB Garamon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7EC79-A6D4-451D-9BDB-0CFD99A0E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290</Pages>
  <Words>95943</Words>
  <Characters>546881</Characters>
  <Application>Microsoft Office Word</Application>
  <DocSecurity>0</DocSecurity>
  <Lines>4557</Lines>
  <Paragraphs>1283</Paragraphs>
  <ScaleCrop>false</ScaleCrop>
  <HeadingPairs>
    <vt:vector size="2" baseType="variant">
      <vt:variant>
        <vt:lpstr>Title</vt:lpstr>
      </vt:variant>
      <vt:variant>
        <vt:i4>1</vt:i4>
      </vt:variant>
    </vt:vector>
  </HeadingPairs>
  <TitlesOfParts>
    <vt:vector size="1" baseType="lpstr">
      <vt:lpstr>Actuator: Volume I</vt:lpstr>
    </vt:vector>
  </TitlesOfParts>
  <Manager/>
  <Company/>
  <LinksUpToDate>false</LinksUpToDate>
  <CharactersWithSpaces>641541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ACTUATOR: Volume I</dc:title>
  <dc:subject>ACTUATOR Volume I publication master</dc:subject>
  <dc:creator>Glenn McDowell</dc:creator>
  <cp:keywords>ACTUATOR, science fiction, military science fiction</cp:keywords>
  <dc:description/>
  <cp:lastModifiedBy/>
  <cp:revision>3</cp:revision>
  <dcterms:created xsi:type="dcterms:W3CDTF">2013-12-23T23:15:00Z</dcterms:created>
  <dcterms:modified xsi:type="dcterms:W3CDTF">2026-09-11T18:30:00Z</dcterms:modified>
  <cp:category>Fiction</cp:category>
</cp:coreProperties>
</file>